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D1D5F" w14:textId="77777777" w:rsidR="00A06E61" w:rsidRDefault="00A06E61"/>
    <w:p w14:paraId="3F9C8DE5" w14:textId="77777777" w:rsidR="00A06E61" w:rsidRDefault="00A06E61"/>
    <w:p w14:paraId="73FC4F7F" w14:textId="77777777" w:rsidR="00A06E61" w:rsidRDefault="00A06E61"/>
    <w:p w14:paraId="3182BC04" w14:textId="77777777" w:rsidR="00A06E61" w:rsidRDefault="00A06E61"/>
    <w:p w14:paraId="7F73A91C" w14:textId="77777777" w:rsidR="00A06E61" w:rsidRDefault="00000000">
      <w:pPr>
        <w:jc w:val="center"/>
      </w:pPr>
      <w:r>
        <w:rPr>
          <w:b/>
          <w:color w:val="0F4D7A"/>
          <w:sz w:val="52"/>
        </w:rPr>
        <w:t>KASTAMONU UNIVERSITY</w:t>
      </w:r>
    </w:p>
    <w:p w14:paraId="132B9834" w14:textId="77777777" w:rsidR="00A06E61" w:rsidRDefault="00000000">
      <w:pPr>
        <w:jc w:val="center"/>
      </w:pPr>
      <w:r>
        <w:rPr>
          <w:b/>
          <w:sz w:val="40"/>
        </w:rPr>
        <w:t>2026-2027 ACADEMIC YEAR</w:t>
      </w:r>
    </w:p>
    <w:p w14:paraId="0A7AAE47" w14:textId="77777777" w:rsidR="00A06E61" w:rsidRDefault="00000000">
      <w:pPr>
        <w:jc w:val="center"/>
      </w:pPr>
      <w:r>
        <w:rPr>
          <w:b/>
          <w:sz w:val="40"/>
        </w:rPr>
        <w:t>FALL SEMESTER</w:t>
      </w:r>
    </w:p>
    <w:p w14:paraId="1F7C93CA" w14:textId="20993AB7" w:rsidR="00A06E61" w:rsidRDefault="00260D09">
      <w:pPr>
        <w:jc w:val="center"/>
      </w:pPr>
      <w:r>
        <w:rPr>
          <w:b/>
          <w:color w:val="0F4D7A"/>
          <w:sz w:val="44"/>
        </w:rPr>
        <w:t>ADDITIONAL STUDENT ADMISSION ANNOUNCEMENT</w:t>
      </w:r>
    </w:p>
    <w:p w14:paraId="093E767E" w14:textId="77777777" w:rsidR="00A06E61" w:rsidRDefault="00000000">
      <w:r>
        <w:br w:type="page"/>
      </w:r>
    </w:p>
    <w:p w14:paraId="3C54658A" w14:textId="77777777" w:rsidR="00A06E61" w:rsidRDefault="00000000" w:rsidP="00865662">
      <w:pPr>
        <w:spacing w:after="0"/>
        <w:jc w:val="center"/>
      </w:pPr>
      <w:r>
        <w:rPr>
          <w:b/>
          <w:sz w:val="24"/>
        </w:rPr>
        <w:lastRenderedPageBreak/>
        <w:t>REPUBLIC OF TÜRKİYE</w:t>
      </w:r>
    </w:p>
    <w:p w14:paraId="0CC82798" w14:textId="77777777" w:rsidR="00A06E61" w:rsidRDefault="00000000" w:rsidP="00865662">
      <w:pPr>
        <w:spacing w:after="0"/>
        <w:jc w:val="center"/>
      </w:pPr>
      <w:r>
        <w:rPr>
          <w:b/>
          <w:sz w:val="24"/>
        </w:rPr>
        <w:t>KASTAMONU UNIVERSITY</w:t>
      </w:r>
    </w:p>
    <w:p w14:paraId="75A39821" w14:textId="77777777" w:rsidR="00A06E61" w:rsidRDefault="00000000" w:rsidP="00865662">
      <w:pPr>
        <w:spacing w:after="0"/>
        <w:jc w:val="center"/>
      </w:pPr>
      <w:r>
        <w:rPr>
          <w:b/>
          <w:sz w:val="24"/>
        </w:rPr>
        <w:t>INSTITUTE OF GRADUATE EDUCATION</w:t>
      </w:r>
    </w:p>
    <w:p w14:paraId="201026BF" w14:textId="46328AAA" w:rsidR="00A06E61" w:rsidRDefault="00260D09">
      <w:pPr>
        <w:spacing w:after="120"/>
        <w:jc w:val="center"/>
        <w:rPr>
          <w:b/>
          <w:color w:val="0F4D7A"/>
          <w:sz w:val="22"/>
        </w:rPr>
      </w:pPr>
      <w:r w:rsidRPr="00260D09">
        <w:rPr>
          <w:b/>
          <w:color w:val="0F4D7A"/>
          <w:sz w:val="22"/>
        </w:rPr>
        <w:t>ADDITIONAL STUDENT ADMISSION ANNOUNCEMENT FOR THE 2026–2027 ACADEMIC YEAR, FALL SEMESTER</w:t>
      </w:r>
    </w:p>
    <w:p w14:paraId="0643F8EC" w14:textId="77777777" w:rsidR="00260D09" w:rsidRDefault="00260D09">
      <w:pPr>
        <w:spacing w:after="120"/>
        <w:jc w:val="center"/>
      </w:pPr>
    </w:p>
    <w:p w14:paraId="26AB3180" w14:textId="31E5E88A" w:rsidR="00A06E61" w:rsidRDefault="00260D09">
      <w:pPr>
        <w:spacing w:after="120"/>
      </w:pPr>
      <w:r w:rsidRPr="00260D09">
        <w:t>Student admissions will be conducted for the relevant graduate programs offered by the departments and art departments affiliated with the Graduate Education Institute of our University for the Fall Semester of the 2026–2027 Academic Year. Information regarding program quotas, application requirements, and the application schedule is provided below</w:t>
      </w:r>
      <w:r>
        <w:t>.</w:t>
      </w:r>
    </w:p>
    <w:p w14:paraId="1096B340" w14:textId="77777777" w:rsidR="00A06E61" w:rsidRDefault="00000000">
      <w:pPr>
        <w:spacing w:after="100"/>
      </w:pPr>
      <w:r>
        <w:rPr>
          <w:i/>
          <w:sz w:val="16"/>
        </w:rPr>
        <w:t>ALES score types: SAY = Quantitative; SÖZ = Verbal; EA = Equally Weighted.</w:t>
      </w:r>
    </w:p>
    <w:p w14:paraId="00675720" w14:textId="77777777" w:rsidR="00A06E61" w:rsidRDefault="00000000">
      <w:pPr>
        <w:shd w:val="clear" w:color="auto" w:fill="1F6AA5"/>
        <w:spacing w:before="120" w:after="60"/>
        <w:jc w:val="center"/>
      </w:pPr>
      <w:r>
        <w:rPr>
          <w:b/>
          <w:color w:val="FFFFFF"/>
          <w:sz w:val="24"/>
        </w:rPr>
        <w:t>DOCTORAL AND PROFICIENCY IN ART PROGRAMS</w:t>
      </w:r>
    </w:p>
    <w:tbl>
      <w:tblPr>
        <w:tblStyle w:val="TabloKlavuzu"/>
        <w:tblW w:w="5000" w:type="pct"/>
        <w:jc w:val="center"/>
        <w:tblLayout w:type="fixed"/>
        <w:tblLook w:val="04A0" w:firstRow="1" w:lastRow="0" w:firstColumn="1" w:lastColumn="0" w:noHBand="0" w:noVBand="1"/>
      </w:tblPr>
      <w:tblGrid>
        <w:gridCol w:w="1778"/>
        <w:gridCol w:w="1898"/>
        <w:gridCol w:w="949"/>
        <w:gridCol w:w="1007"/>
        <w:gridCol w:w="7236"/>
        <w:gridCol w:w="741"/>
        <w:gridCol w:w="741"/>
        <w:gridCol w:w="918"/>
        <w:gridCol w:w="652"/>
      </w:tblGrid>
      <w:tr w:rsidR="00A06E61" w14:paraId="371E626A" w14:textId="77777777">
        <w:trPr>
          <w:tblHeader/>
          <w:jc w:val="center"/>
        </w:trPr>
        <w:tc>
          <w:tcPr>
            <w:tcW w:w="1701" w:type="dxa"/>
            <w:shd w:val="clear" w:color="auto" w:fill="1F6AA5"/>
            <w:tcMar>
              <w:top w:w="40" w:type="dxa"/>
              <w:left w:w="35" w:type="dxa"/>
              <w:bottom w:w="40" w:type="dxa"/>
              <w:right w:w="35" w:type="dxa"/>
            </w:tcMar>
            <w:vAlign w:val="center"/>
          </w:tcPr>
          <w:p w14:paraId="178614EF" w14:textId="77777777" w:rsidR="00A06E61" w:rsidRDefault="00000000">
            <w:pPr>
              <w:jc w:val="center"/>
            </w:pPr>
            <w:r>
              <w:rPr>
                <w:b/>
                <w:color w:val="FFFFFF"/>
                <w:sz w:val="14"/>
              </w:rPr>
              <w:t>Department / Department of Art</w:t>
            </w:r>
          </w:p>
        </w:tc>
        <w:tc>
          <w:tcPr>
            <w:tcW w:w="1814" w:type="dxa"/>
            <w:shd w:val="clear" w:color="auto" w:fill="1F6AA5"/>
            <w:tcMar>
              <w:top w:w="40" w:type="dxa"/>
              <w:left w:w="35" w:type="dxa"/>
              <w:bottom w:w="40" w:type="dxa"/>
              <w:right w:w="35" w:type="dxa"/>
            </w:tcMar>
            <w:vAlign w:val="center"/>
          </w:tcPr>
          <w:p w14:paraId="0DDDD20C" w14:textId="77777777" w:rsidR="00A06E61" w:rsidRDefault="00000000">
            <w:pPr>
              <w:jc w:val="center"/>
            </w:pPr>
            <w:r>
              <w:rPr>
                <w:b/>
                <w:color w:val="FFFFFF"/>
                <w:sz w:val="14"/>
              </w:rPr>
              <w:t>Program</w:t>
            </w:r>
          </w:p>
        </w:tc>
        <w:tc>
          <w:tcPr>
            <w:tcW w:w="907" w:type="dxa"/>
            <w:shd w:val="clear" w:color="auto" w:fill="1F6AA5"/>
            <w:tcMar>
              <w:top w:w="40" w:type="dxa"/>
              <w:left w:w="35" w:type="dxa"/>
              <w:bottom w:w="40" w:type="dxa"/>
              <w:right w:w="35" w:type="dxa"/>
            </w:tcMar>
            <w:vAlign w:val="center"/>
          </w:tcPr>
          <w:p w14:paraId="11CFC134" w14:textId="77777777" w:rsidR="00A06E61" w:rsidRDefault="00000000">
            <w:pPr>
              <w:jc w:val="center"/>
            </w:pPr>
            <w:r>
              <w:rPr>
                <w:b/>
                <w:color w:val="FFFFFF"/>
                <w:sz w:val="14"/>
              </w:rPr>
              <w:t>ALES Score</w:t>
            </w:r>
          </w:p>
        </w:tc>
        <w:tc>
          <w:tcPr>
            <w:tcW w:w="963" w:type="dxa"/>
            <w:shd w:val="clear" w:color="auto" w:fill="1F6AA5"/>
            <w:tcMar>
              <w:top w:w="40" w:type="dxa"/>
              <w:left w:w="35" w:type="dxa"/>
              <w:bottom w:w="40" w:type="dxa"/>
              <w:right w:w="35" w:type="dxa"/>
            </w:tcMar>
            <w:vAlign w:val="center"/>
          </w:tcPr>
          <w:p w14:paraId="6A339F51" w14:textId="77777777" w:rsidR="00A06E61" w:rsidRDefault="00000000">
            <w:pPr>
              <w:jc w:val="center"/>
            </w:pPr>
            <w:r>
              <w:rPr>
                <w:b/>
                <w:color w:val="FFFFFF"/>
                <w:sz w:val="14"/>
              </w:rPr>
              <w:t>Foreign Language Score</w:t>
            </w:r>
          </w:p>
        </w:tc>
        <w:tc>
          <w:tcPr>
            <w:tcW w:w="6917" w:type="dxa"/>
            <w:shd w:val="clear" w:color="auto" w:fill="1F6AA5"/>
            <w:tcMar>
              <w:top w:w="40" w:type="dxa"/>
              <w:left w:w="35" w:type="dxa"/>
              <w:bottom w:w="40" w:type="dxa"/>
              <w:right w:w="35" w:type="dxa"/>
            </w:tcMar>
            <w:vAlign w:val="center"/>
          </w:tcPr>
          <w:p w14:paraId="5973D7FF" w14:textId="77777777" w:rsidR="00A06E61" w:rsidRDefault="00000000">
            <w:pPr>
              <w:jc w:val="center"/>
            </w:pPr>
            <w:r>
              <w:rPr>
                <w:b/>
                <w:color w:val="FFFFFF"/>
                <w:sz w:val="14"/>
              </w:rPr>
              <w:t>Eligible Graduation Fields</w:t>
            </w:r>
          </w:p>
        </w:tc>
        <w:tc>
          <w:tcPr>
            <w:tcW w:w="708" w:type="dxa"/>
            <w:shd w:val="clear" w:color="auto" w:fill="1F6AA5"/>
            <w:tcMar>
              <w:top w:w="40" w:type="dxa"/>
              <w:left w:w="35" w:type="dxa"/>
              <w:bottom w:w="40" w:type="dxa"/>
              <w:right w:w="35" w:type="dxa"/>
            </w:tcMar>
            <w:vAlign w:val="center"/>
          </w:tcPr>
          <w:p w14:paraId="4C32416E" w14:textId="77777777" w:rsidR="00A06E61" w:rsidRDefault="00000000">
            <w:pPr>
              <w:jc w:val="center"/>
            </w:pPr>
            <w:r>
              <w:rPr>
                <w:b/>
                <w:color w:val="FFFFFF"/>
                <w:sz w:val="14"/>
              </w:rPr>
              <w:t>In-Field</w:t>
            </w:r>
          </w:p>
        </w:tc>
        <w:tc>
          <w:tcPr>
            <w:tcW w:w="708" w:type="dxa"/>
            <w:shd w:val="clear" w:color="auto" w:fill="1F6AA5"/>
            <w:tcMar>
              <w:top w:w="40" w:type="dxa"/>
              <w:left w:w="35" w:type="dxa"/>
              <w:bottom w:w="40" w:type="dxa"/>
              <w:right w:w="35" w:type="dxa"/>
            </w:tcMar>
            <w:vAlign w:val="center"/>
          </w:tcPr>
          <w:p w14:paraId="3F04F31A" w14:textId="77777777" w:rsidR="00A06E61" w:rsidRDefault="00000000">
            <w:pPr>
              <w:jc w:val="center"/>
            </w:pPr>
            <w:r>
              <w:rPr>
                <w:b/>
                <w:color w:val="FFFFFF"/>
                <w:sz w:val="14"/>
              </w:rPr>
              <w:t>Out-of-Field</w:t>
            </w:r>
          </w:p>
        </w:tc>
        <w:tc>
          <w:tcPr>
            <w:tcW w:w="878" w:type="dxa"/>
            <w:shd w:val="clear" w:color="auto" w:fill="1F6AA5"/>
            <w:tcMar>
              <w:top w:w="40" w:type="dxa"/>
              <w:left w:w="35" w:type="dxa"/>
              <w:bottom w:w="40" w:type="dxa"/>
              <w:right w:w="35" w:type="dxa"/>
            </w:tcMar>
            <w:vAlign w:val="center"/>
          </w:tcPr>
          <w:p w14:paraId="3BEEF3A1" w14:textId="77777777" w:rsidR="00A06E61" w:rsidRDefault="00000000">
            <w:pPr>
              <w:jc w:val="center"/>
            </w:pPr>
            <w:r>
              <w:rPr>
                <w:b/>
                <w:color w:val="FFFFFF"/>
                <w:sz w:val="14"/>
              </w:rPr>
              <w:t>International</w:t>
            </w:r>
          </w:p>
        </w:tc>
        <w:tc>
          <w:tcPr>
            <w:tcW w:w="623" w:type="dxa"/>
            <w:shd w:val="clear" w:color="auto" w:fill="1F6AA5"/>
            <w:tcMar>
              <w:top w:w="40" w:type="dxa"/>
              <w:left w:w="35" w:type="dxa"/>
              <w:bottom w:w="40" w:type="dxa"/>
              <w:right w:w="35" w:type="dxa"/>
            </w:tcMar>
            <w:vAlign w:val="center"/>
          </w:tcPr>
          <w:p w14:paraId="59053064" w14:textId="77777777" w:rsidR="00A06E61" w:rsidRDefault="00000000">
            <w:pPr>
              <w:jc w:val="center"/>
            </w:pPr>
            <w:r>
              <w:rPr>
                <w:b/>
                <w:color w:val="FFFFFF"/>
                <w:sz w:val="14"/>
              </w:rPr>
              <w:t>Total</w:t>
            </w:r>
          </w:p>
        </w:tc>
      </w:tr>
      <w:tr w:rsidR="00A06E61" w14:paraId="4844BC15" w14:textId="77777777" w:rsidTr="00865662">
        <w:trPr>
          <w:jc w:val="center"/>
        </w:trPr>
        <w:tc>
          <w:tcPr>
            <w:tcW w:w="1701" w:type="dxa"/>
            <w:shd w:val="clear" w:color="auto" w:fill="DDEBF7"/>
            <w:tcMar>
              <w:top w:w="35" w:type="dxa"/>
              <w:left w:w="35" w:type="dxa"/>
              <w:bottom w:w="35" w:type="dxa"/>
              <w:right w:w="35" w:type="dxa"/>
            </w:tcMar>
            <w:vAlign w:val="center"/>
          </w:tcPr>
          <w:p w14:paraId="23B2608A" w14:textId="77777777" w:rsidR="00A06E61" w:rsidRDefault="00000000" w:rsidP="00865662">
            <w:r>
              <w:rPr>
                <w:color w:val="000000"/>
                <w:sz w:val="13"/>
              </w:rPr>
              <w:t>Biology</w:t>
            </w:r>
          </w:p>
        </w:tc>
        <w:tc>
          <w:tcPr>
            <w:tcW w:w="1814" w:type="dxa"/>
            <w:shd w:val="clear" w:color="auto" w:fill="DDEBF7"/>
            <w:tcMar>
              <w:top w:w="35" w:type="dxa"/>
              <w:left w:w="35" w:type="dxa"/>
              <w:bottom w:w="35" w:type="dxa"/>
              <w:right w:w="35" w:type="dxa"/>
            </w:tcMar>
            <w:vAlign w:val="center"/>
          </w:tcPr>
          <w:p w14:paraId="0D2E546B" w14:textId="77777777" w:rsidR="00A06E61" w:rsidRDefault="00000000" w:rsidP="00865662">
            <w:r>
              <w:rPr>
                <w:color w:val="000000"/>
                <w:sz w:val="13"/>
              </w:rPr>
              <w:t>Biology</w:t>
            </w:r>
          </w:p>
        </w:tc>
        <w:tc>
          <w:tcPr>
            <w:tcW w:w="907" w:type="dxa"/>
            <w:shd w:val="clear" w:color="auto" w:fill="DDEBF7"/>
            <w:tcMar>
              <w:top w:w="35" w:type="dxa"/>
              <w:left w:w="35" w:type="dxa"/>
              <w:bottom w:w="35" w:type="dxa"/>
              <w:right w:w="35" w:type="dxa"/>
            </w:tcMar>
            <w:vAlign w:val="center"/>
          </w:tcPr>
          <w:p w14:paraId="45694EE2" w14:textId="77777777" w:rsidR="00A06E61" w:rsidRDefault="00000000">
            <w:pPr>
              <w:jc w:val="center"/>
            </w:pPr>
            <w:r>
              <w:rPr>
                <w:color w:val="000000"/>
                <w:sz w:val="13"/>
              </w:rPr>
              <w:t>SAY (65)</w:t>
            </w:r>
          </w:p>
        </w:tc>
        <w:tc>
          <w:tcPr>
            <w:tcW w:w="963" w:type="dxa"/>
            <w:shd w:val="clear" w:color="auto" w:fill="DDEBF7"/>
            <w:tcMar>
              <w:top w:w="35" w:type="dxa"/>
              <w:left w:w="35" w:type="dxa"/>
              <w:bottom w:w="35" w:type="dxa"/>
              <w:right w:w="35" w:type="dxa"/>
            </w:tcMar>
            <w:vAlign w:val="center"/>
          </w:tcPr>
          <w:p w14:paraId="74040EE9"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5ABD068A" w14:textId="77777777" w:rsidR="00A06E61" w:rsidRDefault="00000000">
            <w:r>
              <w:rPr>
                <w:b/>
                <w:color w:val="000000"/>
                <w:sz w:val="13"/>
              </w:rPr>
              <w:t>In-Field:</w:t>
            </w:r>
            <w:r>
              <w:rPr>
                <w:color w:val="000000"/>
                <w:sz w:val="13"/>
              </w:rPr>
              <w:t xml:space="preserve"> To hold a master’s degree with thesis in Biochemistry, Biology, or Molecular Biology and Genetics.</w:t>
            </w:r>
          </w:p>
          <w:p w14:paraId="20B0CCC1"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39ABBBD1" w14:textId="4101E28D" w:rsidR="00A06E61" w:rsidRDefault="006811E5">
            <w:pPr>
              <w:jc w:val="center"/>
            </w:pPr>
            <w:r>
              <w:rPr>
                <w:color w:val="000000"/>
                <w:sz w:val="13"/>
              </w:rPr>
              <w:t>1</w:t>
            </w:r>
          </w:p>
        </w:tc>
        <w:tc>
          <w:tcPr>
            <w:tcW w:w="708" w:type="dxa"/>
            <w:shd w:val="clear" w:color="auto" w:fill="DDEBF7"/>
            <w:tcMar>
              <w:top w:w="35" w:type="dxa"/>
              <w:left w:w="35" w:type="dxa"/>
              <w:bottom w:w="35" w:type="dxa"/>
              <w:right w:w="35" w:type="dxa"/>
            </w:tcMar>
            <w:vAlign w:val="center"/>
          </w:tcPr>
          <w:p w14:paraId="0C510125"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1AA58F1B"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C6FCE28" w14:textId="0FD82326" w:rsidR="00A06E61" w:rsidRDefault="006811E5">
            <w:pPr>
              <w:jc w:val="center"/>
            </w:pPr>
            <w:r>
              <w:rPr>
                <w:color w:val="000000"/>
                <w:sz w:val="13"/>
              </w:rPr>
              <w:t>3</w:t>
            </w:r>
          </w:p>
        </w:tc>
      </w:tr>
      <w:tr w:rsidR="00A06E61" w14:paraId="300D8574" w14:textId="77777777" w:rsidTr="00865662">
        <w:trPr>
          <w:jc w:val="center"/>
        </w:trPr>
        <w:tc>
          <w:tcPr>
            <w:tcW w:w="1701" w:type="dxa"/>
            <w:shd w:val="clear" w:color="auto" w:fill="FFFFFF"/>
            <w:tcMar>
              <w:top w:w="35" w:type="dxa"/>
              <w:left w:w="35" w:type="dxa"/>
              <w:bottom w:w="35" w:type="dxa"/>
              <w:right w:w="35" w:type="dxa"/>
            </w:tcMar>
            <w:vAlign w:val="center"/>
          </w:tcPr>
          <w:p w14:paraId="0FF04C85" w14:textId="77777777" w:rsidR="00A06E61" w:rsidRDefault="00000000" w:rsidP="00865662">
            <w:r>
              <w:rPr>
                <w:color w:val="000000"/>
                <w:sz w:val="13"/>
              </w:rPr>
              <w:t>Contemporary Turkish Dialects and Literatures</w:t>
            </w:r>
          </w:p>
        </w:tc>
        <w:tc>
          <w:tcPr>
            <w:tcW w:w="1814" w:type="dxa"/>
            <w:shd w:val="clear" w:color="auto" w:fill="FFFFFF"/>
            <w:tcMar>
              <w:top w:w="35" w:type="dxa"/>
              <w:left w:w="35" w:type="dxa"/>
              <w:bottom w:w="35" w:type="dxa"/>
              <w:right w:w="35" w:type="dxa"/>
            </w:tcMar>
            <w:vAlign w:val="center"/>
          </w:tcPr>
          <w:p w14:paraId="10B44A75" w14:textId="77777777" w:rsidR="00A06E61" w:rsidRDefault="00000000" w:rsidP="00865662">
            <w:r>
              <w:rPr>
                <w:color w:val="000000"/>
                <w:sz w:val="13"/>
              </w:rPr>
              <w:t>Contemporary Turkish Dialects and Literatures</w:t>
            </w:r>
          </w:p>
        </w:tc>
        <w:tc>
          <w:tcPr>
            <w:tcW w:w="907" w:type="dxa"/>
            <w:shd w:val="clear" w:color="auto" w:fill="FFFFFF"/>
            <w:tcMar>
              <w:top w:w="35" w:type="dxa"/>
              <w:left w:w="35" w:type="dxa"/>
              <w:bottom w:w="35" w:type="dxa"/>
              <w:right w:w="35" w:type="dxa"/>
            </w:tcMar>
            <w:vAlign w:val="center"/>
          </w:tcPr>
          <w:p w14:paraId="6F99308F" w14:textId="77777777" w:rsidR="00A06E61" w:rsidRDefault="00000000">
            <w:pPr>
              <w:jc w:val="center"/>
            </w:pPr>
            <w:r>
              <w:rPr>
                <w:color w:val="000000"/>
                <w:sz w:val="13"/>
              </w:rPr>
              <w:t>SÖZ (60)</w:t>
            </w:r>
          </w:p>
        </w:tc>
        <w:tc>
          <w:tcPr>
            <w:tcW w:w="963" w:type="dxa"/>
            <w:shd w:val="clear" w:color="auto" w:fill="FFFFFF"/>
            <w:tcMar>
              <w:top w:w="35" w:type="dxa"/>
              <w:left w:w="35" w:type="dxa"/>
              <w:bottom w:w="35" w:type="dxa"/>
              <w:right w:w="35" w:type="dxa"/>
            </w:tcMar>
            <w:vAlign w:val="center"/>
          </w:tcPr>
          <w:p w14:paraId="62E8D7C8"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19AAFAFC" w14:textId="77777777" w:rsidR="00A06E61" w:rsidRDefault="00000000">
            <w:r>
              <w:rPr>
                <w:b/>
                <w:color w:val="000000"/>
                <w:sz w:val="13"/>
              </w:rPr>
              <w:t>In-Field:</w:t>
            </w:r>
            <w:r>
              <w:rPr>
                <w:color w:val="000000"/>
                <w:sz w:val="13"/>
              </w:rPr>
              <w:t xml:space="preserve"> To hold a master’s degree with thesis in Contemporary Turkish Dialects and Literatures or Turkish Language and Literature.</w:t>
            </w:r>
          </w:p>
          <w:p w14:paraId="4F6B5B87" w14:textId="77777777" w:rsidR="00A06E61" w:rsidRDefault="00000000">
            <w:r>
              <w:rPr>
                <w:b/>
                <w:color w:val="000000"/>
                <w:sz w:val="13"/>
              </w:rPr>
              <w:t>Out-of-Field:</w:t>
            </w:r>
            <w:r>
              <w:rPr>
                <w:color w:val="000000"/>
                <w:sz w:val="13"/>
              </w:rPr>
              <w:t xml:space="preserve"> To hold a master’s degree with thesis in Linguistics, Folklore, Turkish Language and Literature Teaching, or Turkish Teaching.</w:t>
            </w:r>
          </w:p>
        </w:tc>
        <w:tc>
          <w:tcPr>
            <w:tcW w:w="708" w:type="dxa"/>
            <w:shd w:val="clear" w:color="auto" w:fill="FFFFFF"/>
            <w:tcMar>
              <w:top w:w="35" w:type="dxa"/>
              <w:left w:w="35" w:type="dxa"/>
              <w:bottom w:w="35" w:type="dxa"/>
              <w:right w:w="35" w:type="dxa"/>
            </w:tcMar>
            <w:vAlign w:val="center"/>
          </w:tcPr>
          <w:p w14:paraId="64A33CE8" w14:textId="77777777" w:rsidR="00A06E61" w:rsidRDefault="00000000">
            <w:pPr>
              <w:jc w:val="center"/>
            </w:pPr>
            <w:r>
              <w:rPr>
                <w:color w:val="000000"/>
                <w:sz w:val="13"/>
              </w:rPr>
              <w:t>10</w:t>
            </w:r>
          </w:p>
        </w:tc>
        <w:tc>
          <w:tcPr>
            <w:tcW w:w="708" w:type="dxa"/>
            <w:shd w:val="clear" w:color="auto" w:fill="FFFFFF"/>
            <w:tcMar>
              <w:top w:w="35" w:type="dxa"/>
              <w:left w:w="35" w:type="dxa"/>
              <w:bottom w:w="35" w:type="dxa"/>
              <w:right w:w="35" w:type="dxa"/>
            </w:tcMar>
            <w:vAlign w:val="center"/>
          </w:tcPr>
          <w:p w14:paraId="65647B94"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5AE5BACD"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3A3C22BD" w14:textId="77777777" w:rsidR="00A06E61" w:rsidRDefault="00000000">
            <w:pPr>
              <w:jc w:val="center"/>
            </w:pPr>
            <w:r>
              <w:rPr>
                <w:color w:val="000000"/>
                <w:sz w:val="13"/>
              </w:rPr>
              <w:t>14</w:t>
            </w:r>
          </w:p>
        </w:tc>
      </w:tr>
      <w:tr w:rsidR="00A06E61" w14:paraId="1183318F" w14:textId="77777777" w:rsidTr="00865662">
        <w:trPr>
          <w:jc w:val="center"/>
        </w:trPr>
        <w:tc>
          <w:tcPr>
            <w:tcW w:w="1701" w:type="dxa"/>
            <w:shd w:val="clear" w:color="auto" w:fill="DDEBF7"/>
            <w:tcMar>
              <w:top w:w="35" w:type="dxa"/>
              <w:left w:w="35" w:type="dxa"/>
              <w:bottom w:w="35" w:type="dxa"/>
              <w:right w:w="35" w:type="dxa"/>
            </w:tcMar>
            <w:vAlign w:val="center"/>
          </w:tcPr>
          <w:p w14:paraId="11C56FFC" w14:textId="77777777" w:rsidR="00A06E61" w:rsidRDefault="00000000" w:rsidP="00865662">
            <w:r>
              <w:rPr>
                <w:color w:val="000000"/>
                <w:sz w:val="13"/>
              </w:rPr>
              <w:t>Philosophy</w:t>
            </w:r>
          </w:p>
        </w:tc>
        <w:tc>
          <w:tcPr>
            <w:tcW w:w="1814" w:type="dxa"/>
            <w:shd w:val="clear" w:color="auto" w:fill="DDEBF7"/>
            <w:tcMar>
              <w:top w:w="35" w:type="dxa"/>
              <w:left w:w="35" w:type="dxa"/>
              <w:bottom w:w="35" w:type="dxa"/>
              <w:right w:w="35" w:type="dxa"/>
            </w:tcMar>
            <w:vAlign w:val="center"/>
          </w:tcPr>
          <w:p w14:paraId="5E65DCE7" w14:textId="77777777" w:rsidR="00A06E61" w:rsidRDefault="00000000" w:rsidP="00865662">
            <w:r>
              <w:rPr>
                <w:color w:val="000000"/>
                <w:sz w:val="13"/>
              </w:rPr>
              <w:t>Philosophy</w:t>
            </w:r>
          </w:p>
        </w:tc>
        <w:tc>
          <w:tcPr>
            <w:tcW w:w="907" w:type="dxa"/>
            <w:shd w:val="clear" w:color="auto" w:fill="DDEBF7"/>
            <w:tcMar>
              <w:top w:w="35" w:type="dxa"/>
              <w:left w:w="35" w:type="dxa"/>
              <w:bottom w:w="35" w:type="dxa"/>
              <w:right w:w="35" w:type="dxa"/>
            </w:tcMar>
            <w:vAlign w:val="center"/>
          </w:tcPr>
          <w:p w14:paraId="04D87944" w14:textId="77777777" w:rsidR="00A06E61" w:rsidRDefault="00000000">
            <w:pPr>
              <w:jc w:val="center"/>
            </w:pPr>
            <w:r>
              <w:rPr>
                <w:color w:val="000000"/>
                <w:sz w:val="13"/>
              </w:rPr>
              <w:t>SÖZ (70)</w:t>
            </w:r>
          </w:p>
        </w:tc>
        <w:tc>
          <w:tcPr>
            <w:tcW w:w="963" w:type="dxa"/>
            <w:shd w:val="clear" w:color="auto" w:fill="DDEBF7"/>
            <w:tcMar>
              <w:top w:w="35" w:type="dxa"/>
              <w:left w:w="35" w:type="dxa"/>
              <w:bottom w:w="35" w:type="dxa"/>
              <w:right w:w="35" w:type="dxa"/>
            </w:tcMar>
            <w:vAlign w:val="center"/>
          </w:tcPr>
          <w:p w14:paraId="7FB0D607"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3E0FD0D1" w14:textId="77777777" w:rsidR="00A06E61" w:rsidRDefault="00000000">
            <w:r>
              <w:rPr>
                <w:b/>
                <w:color w:val="000000"/>
                <w:sz w:val="13"/>
              </w:rPr>
              <w:t>In-Field:</w:t>
            </w:r>
            <w:r>
              <w:rPr>
                <w:color w:val="000000"/>
                <w:sz w:val="13"/>
              </w:rPr>
              <w:t xml:space="preserve"> To hold a master’s degree with thesis in Philosophy.</w:t>
            </w:r>
          </w:p>
          <w:p w14:paraId="7FCAA894" w14:textId="77777777" w:rsidR="00A06E61" w:rsidRDefault="00000000">
            <w:r>
              <w:rPr>
                <w:b/>
                <w:color w:val="000000"/>
                <w:sz w:val="13"/>
              </w:rPr>
              <w:t>Out-of-Field:</w:t>
            </w:r>
            <w:r>
              <w:rPr>
                <w:color w:val="000000"/>
                <w:sz w:val="13"/>
              </w:rPr>
              <w:t xml:space="preserve"> To hold a master’s degree with thesis in Anthropology, History of Science, Philosophy Group Education, Philosophy and Religious Sciences, Psychology, Political Science, Sociology, History, or International Relations.</w:t>
            </w:r>
          </w:p>
        </w:tc>
        <w:tc>
          <w:tcPr>
            <w:tcW w:w="708" w:type="dxa"/>
            <w:shd w:val="clear" w:color="auto" w:fill="DDEBF7"/>
            <w:tcMar>
              <w:top w:w="35" w:type="dxa"/>
              <w:left w:w="35" w:type="dxa"/>
              <w:bottom w:w="35" w:type="dxa"/>
              <w:right w:w="35" w:type="dxa"/>
            </w:tcMar>
            <w:vAlign w:val="center"/>
          </w:tcPr>
          <w:p w14:paraId="1CB240FC" w14:textId="4CD2E4BC" w:rsidR="00A06E61" w:rsidRDefault="006811E5">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7D73C9E7" w14:textId="77777777" w:rsidR="00A06E61" w:rsidRDefault="00000000">
            <w:pPr>
              <w:jc w:val="center"/>
            </w:pPr>
            <w:r>
              <w:rPr>
                <w:color w:val="000000"/>
                <w:sz w:val="13"/>
              </w:rPr>
              <w:t>5</w:t>
            </w:r>
          </w:p>
        </w:tc>
        <w:tc>
          <w:tcPr>
            <w:tcW w:w="878" w:type="dxa"/>
            <w:shd w:val="clear" w:color="auto" w:fill="DDEBF7"/>
            <w:tcMar>
              <w:top w:w="35" w:type="dxa"/>
              <w:left w:w="35" w:type="dxa"/>
              <w:bottom w:w="35" w:type="dxa"/>
              <w:right w:w="35" w:type="dxa"/>
            </w:tcMar>
            <w:vAlign w:val="center"/>
          </w:tcPr>
          <w:p w14:paraId="5E159243"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C98EB2E" w14:textId="3307DCE2" w:rsidR="00A06E61" w:rsidRDefault="00000000">
            <w:pPr>
              <w:jc w:val="center"/>
            </w:pPr>
            <w:r>
              <w:rPr>
                <w:color w:val="000000"/>
                <w:sz w:val="13"/>
              </w:rPr>
              <w:t>1</w:t>
            </w:r>
            <w:r w:rsidR="006811E5">
              <w:rPr>
                <w:color w:val="000000"/>
                <w:sz w:val="13"/>
              </w:rPr>
              <w:t>0</w:t>
            </w:r>
          </w:p>
        </w:tc>
      </w:tr>
      <w:tr w:rsidR="00A06E61" w14:paraId="250AACFF" w14:textId="77777777" w:rsidTr="00865662">
        <w:trPr>
          <w:jc w:val="center"/>
        </w:trPr>
        <w:tc>
          <w:tcPr>
            <w:tcW w:w="1701" w:type="dxa"/>
            <w:shd w:val="clear" w:color="auto" w:fill="FFFFFF"/>
            <w:tcMar>
              <w:top w:w="35" w:type="dxa"/>
              <w:left w:w="35" w:type="dxa"/>
              <w:bottom w:w="35" w:type="dxa"/>
              <w:right w:w="35" w:type="dxa"/>
            </w:tcMar>
            <w:vAlign w:val="center"/>
          </w:tcPr>
          <w:p w14:paraId="7110F983" w14:textId="77777777" w:rsidR="00A06E61" w:rsidRDefault="00000000" w:rsidP="00865662">
            <w:r>
              <w:rPr>
                <w:color w:val="000000"/>
                <w:sz w:val="13"/>
              </w:rPr>
              <w:t>Philosophy and Religious Sciences</w:t>
            </w:r>
          </w:p>
        </w:tc>
        <w:tc>
          <w:tcPr>
            <w:tcW w:w="1814" w:type="dxa"/>
            <w:shd w:val="clear" w:color="auto" w:fill="FFFFFF"/>
            <w:tcMar>
              <w:top w:w="35" w:type="dxa"/>
              <w:left w:w="35" w:type="dxa"/>
              <w:bottom w:w="35" w:type="dxa"/>
              <w:right w:w="35" w:type="dxa"/>
            </w:tcMar>
            <w:vAlign w:val="center"/>
          </w:tcPr>
          <w:p w14:paraId="33410A21" w14:textId="77777777" w:rsidR="00A06E61" w:rsidRDefault="00000000" w:rsidP="00865662">
            <w:r>
              <w:rPr>
                <w:color w:val="000000"/>
                <w:sz w:val="13"/>
              </w:rPr>
              <w:t>Philosophy and Religious Sciences</w:t>
            </w:r>
          </w:p>
        </w:tc>
        <w:tc>
          <w:tcPr>
            <w:tcW w:w="907" w:type="dxa"/>
            <w:shd w:val="clear" w:color="auto" w:fill="FFFFFF"/>
            <w:tcMar>
              <w:top w:w="35" w:type="dxa"/>
              <w:left w:w="35" w:type="dxa"/>
              <w:bottom w:w="35" w:type="dxa"/>
              <w:right w:w="35" w:type="dxa"/>
            </w:tcMar>
            <w:vAlign w:val="center"/>
          </w:tcPr>
          <w:p w14:paraId="612E716C"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4DC2297B"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2CBE2715" w14:textId="77777777" w:rsidR="00A06E61" w:rsidRDefault="00000000">
            <w:r>
              <w:rPr>
                <w:b/>
                <w:color w:val="000000"/>
                <w:sz w:val="13"/>
              </w:rPr>
              <w:t>In-Field:</w:t>
            </w:r>
            <w:r>
              <w:rPr>
                <w:color w:val="000000"/>
                <w:sz w:val="13"/>
              </w:rPr>
              <w:t xml:space="preserve"> To hold a master’s degree with thesis in Religious Education, Philosophy of Religion, Psychology of Religion, Sociology of Religion, History of Religions, History of Philosophy, Philosophy and Religious Sciences, Islamic Philosophy, or Logic.</w:t>
            </w:r>
          </w:p>
          <w:p w14:paraId="15EE0A7A" w14:textId="77777777" w:rsidR="00A06E61" w:rsidRDefault="00000000">
            <w:r>
              <w:rPr>
                <w:b/>
                <w:color w:val="000000"/>
                <w:sz w:val="13"/>
              </w:rPr>
              <w:t>Out-of-Field:</w:t>
            </w:r>
            <w:r>
              <w:rPr>
                <w:color w:val="000000"/>
                <w:sz w:val="13"/>
              </w:rPr>
              <w:t xml:space="preserve"> To hold a master’s degree with thesis in Philosophy, Islamic History and Arts, Preschool Teaching, Psychology, Psychological Counseling and Guidance, Guidance and Psychological Counseling, Classroom Teaching, Sociology, History, or Basic Islamic Sciences.</w:t>
            </w:r>
          </w:p>
        </w:tc>
        <w:tc>
          <w:tcPr>
            <w:tcW w:w="708" w:type="dxa"/>
            <w:shd w:val="clear" w:color="auto" w:fill="FFFFFF"/>
            <w:tcMar>
              <w:top w:w="35" w:type="dxa"/>
              <w:left w:w="35" w:type="dxa"/>
              <w:bottom w:w="35" w:type="dxa"/>
              <w:right w:w="35" w:type="dxa"/>
            </w:tcMar>
            <w:vAlign w:val="center"/>
          </w:tcPr>
          <w:p w14:paraId="6814A67C" w14:textId="6BF9B115" w:rsidR="00A06E61" w:rsidRDefault="006811E5">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7B43DDC7" w14:textId="77777777" w:rsidR="00A06E61" w:rsidRDefault="00000000">
            <w:pPr>
              <w:jc w:val="center"/>
            </w:pPr>
            <w:r>
              <w:rPr>
                <w:color w:val="000000"/>
                <w:sz w:val="13"/>
              </w:rPr>
              <w:t>3</w:t>
            </w:r>
          </w:p>
        </w:tc>
        <w:tc>
          <w:tcPr>
            <w:tcW w:w="878" w:type="dxa"/>
            <w:shd w:val="clear" w:color="auto" w:fill="FFFFFF"/>
            <w:tcMar>
              <w:top w:w="35" w:type="dxa"/>
              <w:left w:w="35" w:type="dxa"/>
              <w:bottom w:w="35" w:type="dxa"/>
              <w:right w:w="35" w:type="dxa"/>
            </w:tcMar>
            <w:vAlign w:val="center"/>
          </w:tcPr>
          <w:p w14:paraId="75A0095C"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1794082F" w14:textId="0B2D5255" w:rsidR="00A06E61" w:rsidRDefault="006811E5">
            <w:pPr>
              <w:jc w:val="center"/>
            </w:pPr>
            <w:r>
              <w:rPr>
                <w:color w:val="000000"/>
                <w:sz w:val="13"/>
              </w:rPr>
              <w:t>9</w:t>
            </w:r>
          </w:p>
        </w:tc>
      </w:tr>
      <w:tr w:rsidR="00A06E61" w14:paraId="28715E04" w14:textId="77777777" w:rsidTr="00865662">
        <w:trPr>
          <w:jc w:val="center"/>
        </w:trPr>
        <w:tc>
          <w:tcPr>
            <w:tcW w:w="1701" w:type="dxa"/>
            <w:shd w:val="clear" w:color="auto" w:fill="DDEBF7"/>
            <w:tcMar>
              <w:top w:w="35" w:type="dxa"/>
              <w:left w:w="35" w:type="dxa"/>
              <w:bottom w:w="35" w:type="dxa"/>
              <w:right w:w="35" w:type="dxa"/>
            </w:tcMar>
            <w:vAlign w:val="center"/>
          </w:tcPr>
          <w:p w14:paraId="259B75C6" w14:textId="77777777" w:rsidR="00A06E61" w:rsidRDefault="00000000" w:rsidP="00865662">
            <w:r>
              <w:rPr>
                <w:color w:val="000000"/>
                <w:sz w:val="13"/>
              </w:rPr>
              <w:t>Physics</w:t>
            </w:r>
          </w:p>
        </w:tc>
        <w:tc>
          <w:tcPr>
            <w:tcW w:w="1814" w:type="dxa"/>
            <w:shd w:val="clear" w:color="auto" w:fill="DDEBF7"/>
            <w:tcMar>
              <w:top w:w="35" w:type="dxa"/>
              <w:left w:w="35" w:type="dxa"/>
              <w:bottom w:w="35" w:type="dxa"/>
              <w:right w:w="35" w:type="dxa"/>
            </w:tcMar>
            <w:vAlign w:val="center"/>
          </w:tcPr>
          <w:p w14:paraId="5801FD2D" w14:textId="77777777" w:rsidR="00A06E61" w:rsidRDefault="00000000" w:rsidP="00865662">
            <w:r>
              <w:rPr>
                <w:color w:val="000000"/>
                <w:sz w:val="13"/>
              </w:rPr>
              <w:t>Physics</w:t>
            </w:r>
          </w:p>
        </w:tc>
        <w:tc>
          <w:tcPr>
            <w:tcW w:w="907" w:type="dxa"/>
            <w:shd w:val="clear" w:color="auto" w:fill="DDEBF7"/>
            <w:tcMar>
              <w:top w:w="35" w:type="dxa"/>
              <w:left w:w="35" w:type="dxa"/>
              <w:bottom w:w="35" w:type="dxa"/>
              <w:right w:w="35" w:type="dxa"/>
            </w:tcMar>
            <w:vAlign w:val="center"/>
          </w:tcPr>
          <w:p w14:paraId="5F5A95CA"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31315C8C"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4DB82B7E" w14:textId="77777777" w:rsidR="00A06E61" w:rsidRDefault="00000000">
            <w:r>
              <w:rPr>
                <w:b/>
                <w:color w:val="000000"/>
                <w:sz w:val="13"/>
              </w:rPr>
              <w:t>In-Field:</w:t>
            </w:r>
            <w:r>
              <w:rPr>
                <w:color w:val="000000"/>
                <w:sz w:val="13"/>
              </w:rPr>
              <w:t xml:space="preserve"> To hold a master’s degree with thesis in Physics, Physics Engineering, or Nuclear Energy Engineering.</w:t>
            </w:r>
          </w:p>
          <w:p w14:paraId="2D69694D" w14:textId="77777777" w:rsidR="00A06E61" w:rsidRDefault="00000000">
            <w:r>
              <w:rPr>
                <w:b/>
                <w:color w:val="000000"/>
                <w:sz w:val="13"/>
              </w:rPr>
              <w:t>Out-of-Field:</w:t>
            </w:r>
            <w:r>
              <w:rPr>
                <w:color w:val="000000"/>
                <w:sz w:val="13"/>
              </w:rPr>
              <w:t xml:space="preserve"> To hold a master’s degree with thesis in Electrical and Electronics Engineering, Physics Teaching, Geophysical Engineering, Geological Engineering, Chemistry, Chemical Engineering, Chemistry Teaching, Mechanical Engineering, Materials and Nanotechnology Engineering, Mathematics, or Metallurgical and Materials Engineering.</w:t>
            </w:r>
          </w:p>
        </w:tc>
        <w:tc>
          <w:tcPr>
            <w:tcW w:w="708" w:type="dxa"/>
            <w:shd w:val="clear" w:color="auto" w:fill="DDEBF7"/>
            <w:tcMar>
              <w:top w:w="35" w:type="dxa"/>
              <w:left w:w="35" w:type="dxa"/>
              <w:bottom w:w="35" w:type="dxa"/>
              <w:right w:w="35" w:type="dxa"/>
            </w:tcMar>
            <w:vAlign w:val="center"/>
          </w:tcPr>
          <w:p w14:paraId="3FF9715C" w14:textId="77777777" w:rsidR="00A06E61" w:rsidRDefault="00000000">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5F7EADB6"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19DB1069" w14:textId="77777777" w:rsidR="00A06E61" w:rsidRDefault="00000000">
            <w:pPr>
              <w:jc w:val="center"/>
            </w:pPr>
            <w:r>
              <w:rPr>
                <w:color w:val="000000"/>
                <w:sz w:val="13"/>
              </w:rPr>
              <w:t>3</w:t>
            </w:r>
          </w:p>
        </w:tc>
        <w:tc>
          <w:tcPr>
            <w:tcW w:w="623" w:type="dxa"/>
            <w:shd w:val="clear" w:color="auto" w:fill="DDEBF7"/>
            <w:tcMar>
              <w:top w:w="35" w:type="dxa"/>
              <w:left w:w="35" w:type="dxa"/>
              <w:bottom w:w="35" w:type="dxa"/>
              <w:right w:w="35" w:type="dxa"/>
            </w:tcMar>
            <w:vAlign w:val="center"/>
          </w:tcPr>
          <w:p w14:paraId="04115833" w14:textId="77777777" w:rsidR="00A06E61" w:rsidRDefault="00000000">
            <w:pPr>
              <w:jc w:val="center"/>
            </w:pPr>
            <w:r>
              <w:rPr>
                <w:color w:val="000000"/>
                <w:sz w:val="13"/>
              </w:rPr>
              <w:t>9</w:t>
            </w:r>
          </w:p>
        </w:tc>
      </w:tr>
      <w:tr w:rsidR="00A06E61" w14:paraId="40D5A4F7" w14:textId="77777777" w:rsidTr="00865662">
        <w:trPr>
          <w:jc w:val="center"/>
        </w:trPr>
        <w:tc>
          <w:tcPr>
            <w:tcW w:w="1701" w:type="dxa"/>
            <w:shd w:val="clear" w:color="auto" w:fill="FFFFFF"/>
            <w:tcMar>
              <w:top w:w="35" w:type="dxa"/>
              <w:left w:w="35" w:type="dxa"/>
              <w:bottom w:w="35" w:type="dxa"/>
              <w:right w:w="35" w:type="dxa"/>
            </w:tcMar>
            <w:vAlign w:val="center"/>
          </w:tcPr>
          <w:p w14:paraId="20308FDA" w14:textId="77777777" w:rsidR="00A06E61" w:rsidRDefault="00000000" w:rsidP="00865662">
            <w:r>
              <w:rPr>
                <w:color w:val="000000"/>
                <w:sz w:val="13"/>
              </w:rPr>
              <w:t>Gastronomy and Culinary Arts</w:t>
            </w:r>
          </w:p>
        </w:tc>
        <w:tc>
          <w:tcPr>
            <w:tcW w:w="1814" w:type="dxa"/>
            <w:shd w:val="clear" w:color="auto" w:fill="FFFFFF"/>
            <w:tcMar>
              <w:top w:w="35" w:type="dxa"/>
              <w:left w:w="35" w:type="dxa"/>
              <w:bottom w:w="35" w:type="dxa"/>
              <w:right w:w="35" w:type="dxa"/>
            </w:tcMar>
            <w:vAlign w:val="center"/>
          </w:tcPr>
          <w:p w14:paraId="020B7438" w14:textId="77777777" w:rsidR="00A06E61" w:rsidRDefault="00000000" w:rsidP="00865662">
            <w:r>
              <w:rPr>
                <w:color w:val="000000"/>
                <w:sz w:val="13"/>
              </w:rPr>
              <w:t>Gastronomy and Culinary Arts</w:t>
            </w:r>
          </w:p>
        </w:tc>
        <w:tc>
          <w:tcPr>
            <w:tcW w:w="907" w:type="dxa"/>
            <w:shd w:val="clear" w:color="auto" w:fill="FFFFFF"/>
            <w:tcMar>
              <w:top w:w="35" w:type="dxa"/>
              <w:left w:w="35" w:type="dxa"/>
              <w:bottom w:w="35" w:type="dxa"/>
              <w:right w:w="35" w:type="dxa"/>
            </w:tcMar>
            <w:vAlign w:val="center"/>
          </w:tcPr>
          <w:p w14:paraId="0C76298A"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2C245885"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0964B86F" w14:textId="77777777" w:rsidR="00A06E61" w:rsidRDefault="00000000">
            <w:r>
              <w:rPr>
                <w:b/>
                <w:color w:val="000000"/>
                <w:sz w:val="13"/>
              </w:rPr>
              <w:t>In-Field:</w:t>
            </w:r>
            <w:r>
              <w:rPr>
                <w:color w:val="000000"/>
                <w:sz w:val="13"/>
              </w:rPr>
              <w:t xml:space="preserve"> To hold a master’s degree with thesis in Gastronomy and Culinary Arts.</w:t>
            </w:r>
          </w:p>
          <w:p w14:paraId="7804218C" w14:textId="77777777" w:rsidR="00A06E61" w:rsidRDefault="00000000">
            <w:r>
              <w:rPr>
                <w:b/>
                <w:color w:val="000000"/>
                <w:sz w:val="13"/>
              </w:rPr>
              <w:t>Out-of-Field:</w:t>
            </w:r>
            <w:r>
              <w:rPr>
                <w:color w:val="000000"/>
                <w:sz w:val="13"/>
              </w:rPr>
              <w:t xml:space="preserve"> To hold a master’s degree with thesis in Recreation, Tourism Management, or Tourism Guidance.</w:t>
            </w:r>
          </w:p>
        </w:tc>
        <w:tc>
          <w:tcPr>
            <w:tcW w:w="708" w:type="dxa"/>
            <w:shd w:val="clear" w:color="auto" w:fill="FFFFFF"/>
            <w:tcMar>
              <w:top w:w="35" w:type="dxa"/>
              <w:left w:w="35" w:type="dxa"/>
              <w:bottom w:w="35" w:type="dxa"/>
              <w:right w:w="35" w:type="dxa"/>
            </w:tcMar>
            <w:vAlign w:val="center"/>
          </w:tcPr>
          <w:p w14:paraId="5187E84A" w14:textId="77777777" w:rsidR="00A06E61" w:rsidRDefault="00000000">
            <w:pPr>
              <w:jc w:val="center"/>
            </w:pPr>
            <w:r>
              <w:rPr>
                <w:color w:val="000000"/>
                <w:sz w:val="13"/>
              </w:rPr>
              <w:t>5</w:t>
            </w:r>
          </w:p>
        </w:tc>
        <w:tc>
          <w:tcPr>
            <w:tcW w:w="708" w:type="dxa"/>
            <w:shd w:val="clear" w:color="auto" w:fill="FFFFFF"/>
            <w:tcMar>
              <w:top w:w="35" w:type="dxa"/>
              <w:left w:w="35" w:type="dxa"/>
              <w:bottom w:w="35" w:type="dxa"/>
              <w:right w:w="35" w:type="dxa"/>
            </w:tcMar>
            <w:vAlign w:val="center"/>
          </w:tcPr>
          <w:p w14:paraId="65E73AD1"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72C85F41" w14:textId="77777777" w:rsidR="00A06E61" w:rsidRDefault="00000000">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0BFB4012" w14:textId="77777777" w:rsidR="00A06E61" w:rsidRDefault="00000000">
            <w:pPr>
              <w:jc w:val="center"/>
            </w:pPr>
            <w:r>
              <w:rPr>
                <w:color w:val="000000"/>
                <w:sz w:val="13"/>
              </w:rPr>
              <w:t>10</w:t>
            </w:r>
          </w:p>
        </w:tc>
      </w:tr>
      <w:tr w:rsidR="00A06E61" w14:paraId="51F7EB7C" w14:textId="77777777" w:rsidTr="00865662">
        <w:trPr>
          <w:jc w:val="center"/>
        </w:trPr>
        <w:tc>
          <w:tcPr>
            <w:tcW w:w="1701" w:type="dxa"/>
            <w:shd w:val="clear" w:color="auto" w:fill="DDEBF7"/>
            <w:tcMar>
              <w:top w:w="35" w:type="dxa"/>
              <w:left w:w="35" w:type="dxa"/>
              <w:bottom w:w="35" w:type="dxa"/>
              <w:right w:w="35" w:type="dxa"/>
            </w:tcMar>
            <w:vAlign w:val="center"/>
          </w:tcPr>
          <w:p w14:paraId="5F267AEF" w14:textId="77777777" w:rsidR="00A06E61" w:rsidRDefault="00000000" w:rsidP="00865662">
            <w:r>
              <w:rPr>
                <w:color w:val="000000"/>
                <w:sz w:val="13"/>
              </w:rPr>
              <w:t>Genetics and Bioengineering</w:t>
            </w:r>
          </w:p>
        </w:tc>
        <w:tc>
          <w:tcPr>
            <w:tcW w:w="1814" w:type="dxa"/>
            <w:shd w:val="clear" w:color="auto" w:fill="DDEBF7"/>
            <w:tcMar>
              <w:top w:w="35" w:type="dxa"/>
              <w:left w:w="35" w:type="dxa"/>
              <w:bottom w:w="35" w:type="dxa"/>
              <w:right w:w="35" w:type="dxa"/>
            </w:tcMar>
            <w:vAlign w:val="center"/>
          </w:tcPr>
          <w:p w14:paraId="62470F8B" w14:textId="77777777" w:rsidR="00A06E61" w:rsidRDefault="00000000" w:rsidP="00865662">
            <w:r>
              <w:rPr>
                <w:color w:val="000000"/>
                <w:sz w:val="13"/>
              </w:rPr>
              <w:t>Genetics and Bioengineering</w:t>
            </w:r>
          </w:p>
        </w:tc>
        <w:tc>
          <w:tcPr>
            <w:tcW w:w="907" w:type="dxa"/>
            <w:shd w:val="clear" w:color="auto" w:fill="DDEBF7"/>
            <w:tcMar>
              <w:top w:w="35" w:type="dxa"/>
              <w:left w:w="35" w:type="dxa"/>
              <w:bottom w:w="35" w:type="dxa"/>
              <w:right w:w="35" w:type="dxa"/>
            </w:tcMar>
            <w:vAlign w:val="center"/>
          </w:tcPr>
          <w:p w14:paraId="5B2C36D7"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4A40ACCC"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2E31EE05" w14:textId="77777777" w:rsidR="00A06E61" w:rsidRDefault="00000000">
            <w:r>
              <w:rPr>
                <w:b/>
                <w:color w:val="000000"/>
                <w:sz w:val="13"/>
              </w:rPr>
              <w:t>In-Field:</w:t>
            </w:r>
            <w:r>
              <w:rPr>
                <w:color w:val="000000"/>
                <w:sz w:val="13"/>
              </w:rPr>
              <w:t xml:space="preserve"> To hold a master’s degree with thesis in Bioinformatics, Bioinformatics and Genetics, Biochemistry, Biology, Bioengineering, Biotechnology, Pharmacy, Genetics and Bioengineering, Genetics and Life Sciences, Molecular Biology and Genetics, Molecular Biotechnology, Agricultural Biotechnology, Agricultural Genetic Engineering, Medicine, Veterinary Medicine, or Agricultural Engineering.</w:t>
            </w:r>
          </w:p>
          <w:p w14:paraId="4C84FC79"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24D692D0"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56CAFBC5"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442995F9" w14:textId="22123501" w:rsidR="00A06E61" w:rsidRDefault="006811E5">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0A6B5065" w14:textId="17712E21" w:rsidR="00A06E61" w:rsidRDefault="006811E5">
            <w:pPr>
              <w:jc w:val="center"/>
            </w:pPr>
            <w:r>
              <w:rPr>
                <w:color w:val="000000"/>
                <w:sz w:val="13"/>
              </w:rPr>
              <w:t>6</w:t>
            </w:r>
          </w:p>
        </w:tc>
      </w:tr>
      <w:tr w:rsidR="00A06E61" w14:paraId="203D2C60" w14:textId="77777777" w:rsidTr="00865662">
        <w:trPr>
          <w:jc w:val="center"/>
        </w:trPr>
        <w:tc>
          <w:tcPr>
            <w:tcW w:w="1701" w:type="dxa"/>
            <w:shd w:val="clear" w:color="auto" w:fill="FFFFFF"/>
            <w:tcMar>
              <w:top w:w="35" w:type="dxa"/>
              <w:left w:w="35" w:type="dxa"/>
              <w:bottom w:w="35" w:type="dxa"/>
              <w:right w:w="35" w:type="dxa"/>
            </w:tcMar>
            <w:vAlign w:val="center"/>
          </w:tcPr>
          <w:p w14:paraId="2F11E81D" w14:textId="77777777" w:rsidR="00A06E61" w:rsidRDefault="00000000" w:rsidP="00865662">
            <w:r>
              <w:rPr>
                <w:color w:val="000000"/>
                <w:sz w:val="13"/>
              </w:rPr>
              <w:t>Economics</w:t>
            </w:r>
          </w:p>
        </w:tc>
        <w:tc>
          <w:tcPr>
            <w:tcW w:w="1814" w:type="dxa"/>
            <w:shd w:val="clear" w:color="auto" w:fill="FFFFFF"/>
            <w:tcMar>
              <w:top w:w="35" w:type="dxa"/>
              <w:left w:w="35" w:type="dxa"/>
              <w:bottom w:w="35" w:type="dxa"/>
              <w:right w:w="35" w:type="dxa"/>
            </w:tcMar>
            <w:vAlign w:val="center"/>
          </w:tcPr>
          <w:p w14:paraId="5D0261DF" w14:textId="77777777" w:rsidR="00A06E61" w:rsidRDefault="00000000" w:rsidP="00865662">
            <w:r>
              <w:rPr>
                <w:color w:val="000000"/>
                <w:sz w:val="13"/>
              </w:rPr>
              <w:t>Economics</w:t>
            </w:r>
          </w:p>
        </w:tc>
        <w:tc>
          <w:tcPr>
            <w:tcW w:w="907" w:type="dxa"/>
            <w:shd w:val="clear" w:color="auto" w:fill="FFFFFF"/>
            <w:tcMar>
              <w:top w:w="35" w:type="dxa"/>
              <w:left w:w="35" w:type="dxa"/>
              <w:bottom w:w="35" w:type="dxa"/>
              <w:right w:w="35" w:type="dxa"/>
            </w:tcMar>
            <w:vAlign w:val="center"/>
          </w:tcPr>
          <w:p w14:paraId="3F7190D6" w14:textId="77777777" w:rsidR="00A06E61" w:rsidRDefault="00000000">
            <w:pPr>
              <w:jc w:val="center"/>
            </w:pPr>
            <w:r>
              <w:rPr>
                <w:color w:val="000000"/>
                <w:sz w:val="13"/>
              </w:rPr>
              <w:t>EA (65)</w:t>
            </w:r>
          </w:p>
        </w:tc>
        <w:tc>
          <w:tcPr>
            <w:tcW w:w="963" w:type="dxa"/>
            <w:shd w:val="clear" w:color="auto" w:fill="FFFFFF"/>
            <w:tcMar>
              <w:top w:w="35" w:type="dxa"/>
              <w:left w:w="35" w:type="dxa"/>
              <w:bottom w:w="35" w:type="dxa"/>
              <w:right w:w="35" w:type="dxa"/>
            </w:tcMar>
            <w:vAlign w:val="center"/>
          </w:tcPr>
          <w:p w14:paraId="02CE4002"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3D7A2D2C" w14:textId="77777777" w:rsidR="00A06E61" w:rsidRDefault="00000000">
            <w:r>
              <w:rPr>
                <w:b/>
                <w:color w:val="000000"/>
                <w:sz w:val="13"/>
              </w:rPr>
              <w:t>In-Field:</w:t>
            </w:r>
            <w:r>
              <w:rPr>
                <w:color w:val="000000"/>
                <w:sz w:val="13"/>
              </w:rPr>
              <w:t xml:space="preserve"> To hold a master’s degree with thesis in Labor Economics and Industrial Relations, Econometrics, Economics, Finance and Banking, Islamic Economics and Finance, Public Finance, International Trade and Finance, or International Trade and Logistics.</w:t>
            </w:r>
          </w:p>
          <w:p w14:paraId="1323BD6B" w14:textId="77777777" w:rsidR="00A06E61" w:rsidRDefault="00000000">
            <w:r>
              <w:rPr>
                <w:b/>
                <w:color w:val="000000"/>
                <w:sz w:val="13"/>
              </w:rPr>
              <w:t>Out-of-Field:</w:t>
            </w:r>
            <w:r>
              <w:rPr>
                <w:color w:val="000000"/>
                <w:sz w:val="13"/>
              </w:rPr>
              <w:t xml:space="preserve"> To hold a master’s degree with thesis in Industrial Engineering, Entrepreneurship, Human Resources Management, Statistics, Business Administration, Mathematics, Mathematics Engineering, Political Science and Public Administration, International Relations, or International Business.</w:t>
            </w:r>
          </w:p>
        </w:tc>
        <w:tc>
          <w:tcPr>
            <w:tcW w:w="708" w:type="dxa"/>
            <w:shd w:val="clear" w:color="auto" w:fill="FFFFFF"/>
            <w:tcMar>
              <w:top w:w="35" w:type="dxa"/>
              <w:left w:w="35" w:type="dxa"/>
              <w:bottom w:w="35" w:type="dxa"/>
              <w:right w:w="35" w:type="dxa"/>
            </w:tcMar>
            <w:vAlign w:val="center"/>
          </w:tcPr>
          <w:p w14:paraId="5D26607A" w14:textId="77777777" w:rsidR="00A06E61" w:rsidRDefault="00000000">
            <w:pPr>
              <w:jc w:val="center"/>
            </w:pPr>
            <w:r>
              <w:rPr>
                <w:color w:val="000000"/>
                <w:sz w:val="13"/>
              </w:rPr>
              <w:t>10</w:t>
            </w:r>
          </w:p>
        </w:tc>
        <w:tc>
          <w:tcPr>
            <w:tcW w:w="708" w:type="dxa"/>
            <w:shd w:val="clear" w:color="auto" w:fill="FFFFFF"/>
            <w:tcMar>
              <w:top w:w="35" w:type="dxa"/>
              <w:left w:w="35" w:type="dxa"/>
              <w:bottom w:w="35" w:type="dxa"/>
              <w:right w:w="35" w:type="dxa"/>
            </w:tcMar>
            <w:vAlign w:val="center"/>
          </w:tcPr>
          <w:p w14:paraId="24500169"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2C52F1DC" w14:textId="583D5160" w:rsidR="00A06E61" w:rsidRDefault="006811E5">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0515612A" w14:textId="7C39D3E3" w:rsidR="00A06E61" w:rsidRDefault="00000000">
            <w:pPr>
              <w:jc w:val="center"/>
            </w:pPr>
            <w:r>
              <w:rPr>
                <w:color w:val="000000"/>
                <w:sz w:val="13"/>
              </w:rPr>
              <w:t>1</w:t>
            </w:r>
            <w:r w:rsidR="006811E5">
              <w:rPr>
                <w:color w:val="000000"/>
                <w:sz w:val="13"/>
              </w:rPr>
              <w:t>6</w:t>
            </w:r>
          </w:p>
        </w:tc>
      </w:tr>
      <w:tr w:rsidR="00A06E61" w14:paraId="73524B7B" w14:textId="77777777" w:rsidTr="00865662">
        <w:trPr>
          <w:jc w:val="center"/>
        </w:trPr>
        <w:tc>
          <w:tcPr>
            <w:tcW w:w="1701" w:type="dxa"/>
            <w:shd w:val="clear" w:color="auto" w:fill="DDEBF7"/>
            <w:tcMar>
              <w:top w:w="35" w:type="dxa"/>
              <w:left w:w="35" w:type="dxa"/>
              <w:bottom w:w="35" w:type="dxa"/>
              <w:right w:w="35" w:type="dxa"/>
            </w:tcMar>
            <w:vAlign w:val="center"/>
          </w:tcPr>
          <w:p w14:paraId="65DC277B" w14:textId="77777777" w:rsidR="00A06E61" w:rsidRDefault="00000000" w:rsidP="00865662">
            <w:r>
              <w:rPr>
                <w:color w:val="000000"/>
                <w:sz w:val="13"/>
              </w:rPr>
              <w:t>Communication Sciences</w:t>
            </w:r>
          </w:p>
        </w:tc>
        <w:tc>
          <w:tcPr>
            <w:tcW w:w="1814" w:type="dxa"/>
            <w:shd w:val="clear" w:color="auto" w:fill="DDEBF7"/>
            <w:tcMar>
              <w:top w:w="35" w:type="dxa"/>
              <w:left w:w="35" w:type="dxa"/>
              <w:bottom w:w="35" w:type="dxa"/>
              <w:right w:w="35" w:type="dxa"/>
            </w:tcMar>
            <w:vAlign w:val="center"/>
          </w:tcPr>
          <w:p w14:paraId="49E373E6" w14:textId="77777777" w:rsidR="00A06E61" w:rsidRDefault="00000000" w:rsidP="00865662">
            <w:r>
              <w:rPr>
                <w:color w:val="000000"/>
                <w:sz w:val="13"/>
              </w:rPr>
              <w:t>Communication Sciences</w:t>
            </w:r>
          </w:p>
        </w:tc>
        <w:tc>
          <w:tcPr>
            <w:tcW w:w="907" w:type="dxa"/>
            <w:shd w:val="clear" w:color="auto" w:fill="DDEBF7"/>
            <w:tcMar>
              <w:top w:w="35" w:type="dxa"/>
              <w:left w:w="35" w:type="dxa"/>
              <w:bottom w:w="35" w:type="dxa"/>
              <w:right w:w="35" w:type="dxa"/>
            </w:tcMar>
            <w:vAlign w:val="center"/>
          </w:tcPr>
          <w:p w14:paraId="35E20CB5" w14:textId="77777777" w:rsidR="00A06E61" w:rsidRDefault="00000000">
            <w:pPr>
              <w:jc w:val="center"/>
            </w:pPr>
            <w:r>
              <w:rPr>
                <w:color w:val="000000"/>
                <w:sz w:val="13"/>
              </w:rPr>
              <w:t>SÖZ (65)</w:t>
            </w:r>
          </w:p>
        </w:tc>
        <w:tc>
          <w:tcPr>
            <w:tcW w:w="963" w:type="dxa"/>
            <w:shd w:val="clear" w:color="auto" w:fill="DDEBF7"/>
            <w:tcMar>
              <w:top w:w="35" w:type="dxa"/>
              <w:left w:w="35" w:type="dxa"/>
              <w:bottom w:w="35" w:type="dxa"/>
              <w:right w:w="35" w:type="dxa"/>
            </w:tcMar>
            <w:vAlign w:val="center"/>
          </w:tcPr>
          <w:p w14:paraId="3C0E408A"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09CEBE3C" w14:textId="77777777" w:rsidR="00A06E61" w:rsidRDefault="00000000">
            <w:r>
              <w:rPr>
                <w:b/>
                <w:color w:val="000000"/>
                <w:sz w:val="13"/>
              </w:rPr>
              <w:t>In-Field:</w:t>
            </w:r>
            <w:r>
              <w:rPr>
                <w:color w:val="000000"/>
                <w:sz w:val="13"/>
              </w:rPr>
              <w:t xml:space="preserve"> To hold a master’s degree with thesis in Journalism, Public Relations and Advertising, or Radio, Television and Cinema.</w:t>
            </w:r>
          </w:p>
          <w:p w14:paraId="5B64BDF1"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42D79E97"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64EBF11A"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4A8D6203"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2CF5F8B0" w14:textId="77777777" w:rsidR="00A06E61" w:rsidRDefault="00000000">
            <w:pPr>
              <w:jc w:val="center"/>
            </w:pPr>
            <w:r>
              <w:rPr>
                <w:color w:val="000000"/>
                <w:sz w:val="13"/>
              </w:rPr>
              <w:t>7</w:t>
            </w:r>
          </w:p>
        </w:tc>
      </w:tr>
      <w:tr w:rsidR="00A06E61" w14:paraId="1D58BBC9" w14:textId="77777777" w:rsidTr="00865662">
        <w:trPr>
          <w:jc w:val="center"/>
        </w:trPr>
        <w:tc>
          <w:tcPr>
            <w:tcW w:w="1701" w:type="dxa"/>
            <w:shd w:val="clear" w:color="auto" w:fill="FFFFFF"/>
            <w:tcMar>
              <w:top w:w="35" w:type="dxa"/>
              <w:left w:w="35" w:type="dxa"/>
              <w:bottom w:w="35" w:type="dxa"/>
              <w:right w:w="35" w:type="dxa"/>
            </w:tcMar>
            <w:vAlign w:val="center"/>
          </w:tcPr>
          <w:p w14:paraId="37269BD4" w14:textId="77777777" w:rsidR="00A06E61" w:rsidRDefault="00000000" w:rsidP="00865662">
            <w:r>
              <w:rPr>
                <w:color w:val="000000"/>
                <w:sz w:val="13"/>
              </w:rPr>
              <w:t>Civil Engineering</w:t>
            </w:r>
          </w:p>
        </w:tc>
        <w:tc>
          <w:tcPr>
            <w:tcW w:w="1814" w:type="dxa"/>
            <w:shd w:val="clear" w:color="auto" w:fill="FFFFFF"/>
            <w:tcMar>
              <w:top w:w="35" w:type="dxa"/>
              <w:left w:w="35" w:type="dxa"/>
              <w:bottom w:w="35" w:type="dxa"/>
              <w:right w:w="35" w:type="dxa"/>
            </w:tcMar>
            <w:vAlign w:val="center"/>
          </w:tcPr>
          <w:p w14:paraId="5F34EE74" w14:textId="77777777" w:rsidR="00A06E61" w:rsidRDefault="00000000" w:rsidP="00865662">
            <w:r>
              <w:rPr>
                <w:color w:val="000000"/>
                <w:sz w:val="13"/>
              </w:rPr>
              <w:t>Civil Engineering</w:t>
            </w:r>
          </w:p>
        </w:tc>
        <w:tc>
          <w:tcPr>
            <w:tcW w:w="907" w:type="dxa"/>
            <w:shd w:val="clear" w:color="auto" w:fill="FFFFFF"/>
            <w:tcMar>
              <w:top w:w="35" w:type="dxa"/>
              <w:left w:w="35" w:type="dxa"/>
              <w:bottom w:w="35" w:type="dxa"/>
              <w:right w:w="35" w:type="dxa"/>
            </w:tcMar>
            <w:vAlign w:val="center"/>
          </w:tcPr>
          <w:p w14:paraId="0CACBB33"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59964BF2"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75EC7A7F" w14:textId="77777777" w:rsidR="00A06E61" w:rsidRDefault="00000000">
            <w:r>
              <w:rPr>
                <w:b/>
                <w:color w:val="000000"/>
                <w:sz w:val="13"/>
              </w:rPr>
              <w:t>In-Field:</w:t>
            </w:r>
            <w:r>
              <w:rPr>
                <w:color w:val="000000"/>
                <w:sz w:val="13"/>
              </w:rPr>
              <w:t xml:space="preserve"> To hold a master’s degree with thesis in Civil Engineering.</w:t>
            </w:r>
          </w:p>
          <w:p w14:paraId="0C245672"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69151413" w14:textId="77777777" w:rsidR="00A06E61" w:rsidRDefault="00000000">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68B013BD"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45F216A5" w14:textId="77777777" w:rsidR="00A06E61" w:rsidRDefault="00000000">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735BA1BD" w14:textId="77777777" w:rsidR="00A06E61" w:rsidRDefault="00000000">
            <w:pPr>
              <w:jc w:val="center"/>
            </w:pPr>
            <w:r>
              <w:rPr>
                <w:color w:val="000000"/>
                <w:sz w:val="13"/>
              </w:rPr>
              <w:t>8</w:t>
            </w:r>
          </w:p>
        </w:tc>
      </w:tr>
      <w:tr w:rsidR="00A06E61" w14:paraId="738CF92C" w14:textId="77777777" w:rsidTr="00865662">
        <w:trPr>
          <w:jc w:val="center"/>
        </w:trPr>
        <w:tc>
          <w:tcPr>
            <w:tcW w:w="1701" w:type="dxa"/>
            <w:shd w:val="clear" w:color="auto" w:fill="DDEBF7"/>
            <w:tcMar>
              <w:top w:w="35" w:type="dxa"/>
              <w:left w:w="35" w:type="dxa"/>
              <w:bottom w:w="35" w:type="dxa"/>
              <w:right w:w="35" w:type="dxa"/>
            </w:tcMar>
            <w:vAlign w:val="center"/>
          </w:tcPr>
          <w:p w14:paraId="7028C5B0" w14:textId="77777777" w:rsidR="00A06E61" w:rsidRDefault="00000000" w:rsidP="00865662">
            <w:r>
              <w:rPr>
                <w:color w:val="000000"/>
                <w:sz w:val="13"/>
              </w:rPr>
              <w:t>Business Administration</w:t>
            </w:r>
          </w:p>
        </w:tc>
        <w:tc>
          <w:tcPr>
            <w:tcW w:w="1814" w:type="dxa"/>
            <w:shd w:val="clear" w:color="auto" w:fill="DDEBF7"/>
            <w:tcMar>
              <w:top w:w="35" w:type="dxa"/>
              <w:left w:w="35" w:type="dxa"/>
              <w:bottom w:w="35" w:type="dxa"/>
              <w:right w:w="35" w:type="dxa"/>
            </w:tcMar>
            <w:vAlign w:val="center"/>
          </w:tcPr>
          <w:p w14:paraId="6734EF90" w14:textId="77777777" w:rsidR="00A06E61" w:rsidRDefault="00000000" w:rsidP="00865662">
            <w:r>
              <w:rPr>
                <w:color w:val="000000"/>
                <w:sz w:val="13"/>
              </w:rPr>
              <w:t>Business Administration</w:t>
            </w:r>
          </w:p>
        </w:tc>
        <w:tc>
          <w:tcPr>
            <w:tcW w:w="907" w:type="dxa"/>
            <w:shd w:val="clear" w:color="auto" w:fill="DDEBF7"/>
            <w:tcMar>
              <w:top w:w="35" w:type="dxa"/>
              <w:left w:w="35" w:type="dxa"/>
              <w:bottom w:w="35" w:type="dxa"/>
              <w:right w:w="35" w:type="dxa"/>
            </w:tcMar>
            <w:vAlign w:val="center"/>
          </w:tcPr>
          <w:p w14:paraId="74D7669D" w14:textId="77777777" w:rsidR="00A06E61" w:rsidRDefault="00000000">
            <w:pPr>
              <w:jc w:val="center"/>
            </w:pPr>
            <w:r>
              <w:rPr>
                <w:color w:val="000000"/>
                <w:sz w:val="13"/>
              </w:rPr>
              <w:t>EA (60)</w:t>
            </w:r>
          </w:p>
        </w:tc>
        <w:tc>
          <w:tcPr>
            <w:tcW w:w="963" w:type="dxa"/>
            <w:shd w:val="clear" w:color="auto" w:fill="DDEBF7"/>
            <w:tcMar>
              <w:top w:w="35" w:type="dxa"/>
              <w:left w:w="35" w:type="dxa"/>
              <w:bottom w:w="35" w:type="dxa"/>
              <w:right w:w="35" w:type="dxa"/>
            </w:tcMar>
            <w:vAlign w:val="center"/>
          </w:tcPr>
          <w:p w14:paraId="0688862E"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3E9050FA" w14:textId="77777777" w:rsidR="00A06E61" w:rsidRDefault="00000000">
            <w:r>
              <w:rPr>
                <w:b/>
                <w:color w:val="000000"/>
                <w:sz w:val="13"/>
              </w:rPr>
              <w:t>In-Field:</w:t>
            </w:r>
            <w:r>
              <w:rPr>
                <w:color w:val="000000"/>
                <w:sz w:val="13"/>
              </w:rPr>
              <w:t xml:space="preserve"> To hold a master’s degree with thesis in Labor Economics and Industrial Relations, Finance and Banking, Entrepreneurship, Human Resources Management, Business Administration, International Business Management, International Trade and Logistics, or Management Information Systems.</w:t>
            </w:r>
          </w:p>
          <w:p w14:paraId="417F5E7D" w14:textId="77777777" w:rsidR="00A06E61" w:rsidRDefault="00000000">
            <w:r>
              <w:rPr>
                <w:b/>
                <w:color w:val="000000"/>
                <w:sz w:val="13"/>
              </w:rPr>
              <w:t>Out-of-Field:</w:t>
            </w:r>
            <w:r>
              <w:rPr>
                <w:color w:val="000000"/>
                <w:sz w:val="13"/>
              </w:rPr>
              <w:t xml:space="preserve"> To hold a master’s degree with thesis in Emergency Aid and Disaster Management, Econometrics, Industrial Engineering, Public Relations and Advertising, Aviation Management, Economics, Statistics, Business Engineering, Public Finance, Health Management, Political Science and Public Administration, Tourism Management, or International Relations.</w:t>
            </w:r>
          </w:p>
        </w:tc>
        <w:tc>
          <w:tcPr>
            <w:tcW w:w="708" w:type="dxa"/>
            <w:shd w:val="clear" w:color="auto" w:fill="DDEBF7"/>
            <w:tcMar>
              <w:top w:w="35" w:type="dxa"/>
              <w:left w:w="35" w:type="dxa"/>
              <w:bottom w:w="35" w:type="dxa"/>
              <w:right w:w="35" w:type="dxa"/>
            </w:tcMar>
            <w:vAlign w:val="center"/>
          </w:tcPr>
          <w:p w14:paraId="4E58A8D1"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3A5137BD" w14:textId="77777777" w:rsidR="00A06E61" w:rsidRDefault="00000000">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58D41105"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A9DD1F8" w14:textId="77777777" w:rsidR="00A06E61" w:rsidRDefault="00000000">
            <w:pPr>
              <w:jc w:val="center"/>
            </w:pPr>
            <w:r>
              <w:rPr>
                <w:color w:val="000000"/>
                <w:sz w:val="13"/>
              </w:rPr>
              <w:t>8</w:t>
            </w:r>
          </w:p>
        </w:tc>
      </w:tr>
      <w:tr w:rsidR="00A06E61" w14:paraId="42CD3664" w14:textId="77777777" w:rsidTr="00865662">
        <w:trPr>
          <w:jc w:val="center"/>
        </w:trPr>
        <w:tc>
          <w:tcPr>
            <w:tcW w:w="1701" w:type="dxa"/>
            <w:shd w:val="clear" w:color="auto" w:fill="FFFFFF"/>
            <w:tcMar>
              <w:top w:w="35" w:type="dxa"/>
              <w:left w:w="35" w:type="dxa"/>
              <w:bottom w:w="35" w:type="dxa"/>
              <w:right w:w="35" w:type="dxa"/>
            </w:tcMar>
            <w:vAlign w:val="center"/>
          </w:tcPr>
          <w:p w14:paraId="02400446" w14:textId="77777777" w:rsidR="00A06E61" w:rsidRDefault="00000000" w:rsidP="00865662">
            <w:r>
              <w:rPr>
                <w:color w:val="000000"/>
                <w:sz w:val="13"/>
              </w:rPr>
              <w:lastRenderedPageBreak/>
              <w:t>Chemistry</w:t>
            </w:r>
          </w:p>
        </w:tc>
        <w:tc>
          <w:tcPr>
            <w:tcW w:w="1814" w:type="dxa"/>
            <w:shd w:val="clear" w:color="auto" w:fill="FFFFFF"/>
            <w:tcMar>
              <w:top w:w="35" w:type="dxa"/>
              <w:left w:w="35" w:type="dxa"/>
              <w:bottom w:w="35" w:type="dxa"/>
              <w:right w:w="35" w:type="dxa"/>
            </w:tcMar>
            <w:vAlign w:val="center"/>
          </w:tcPr>
          <w:p w14:paraId="6CF0AB7F" w14:textId="77777777" w:rsidR="00A06E61" w:rsidRDefault="00000000" w:rsidP="00865662">
            <w:r>
              <w:rPr>
                <w:color w:val="000000"/>
                <w:sz w:val="13"/>
              </w:rPr>
              <w:t>Chemistry</w:t>
            </w:r>
          </w:p>
        </w:tc>
        <w:tc>
          <w:tcPr>
            <w:tcW w:w="907" w:type="dxa"/>
            <w:shd w:val="clear" w:color="auto" w:fill="FFFFFF"/>
            <w:tcMar>
              <w:top w:w="35" w:type="dxa"/>
              <w:left w:w="35" w:type="dxa"/>
              <w:bottom w:w="35" w:type="dxa"/>
              <w:right w:w="35" w:type="dxa"/>
            </w:tcMar>
            <w:vAlign w:val="center"/>
          </w:tcPr>
          <w:p w14:paraId="67F01E93"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01D1CC7E"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689E9E24" w14:textId="77777777" w:rsidR="00A06E61" w:rsidRDefault="00000000">
            <w:r>
              <w:rPr>
                <w:b/>
                <w:color w:val="000000"/>
                <w:sz w:val="13"/>
              </w:rPr>
              <w:t>In-Field:</w:t>
            </w:r>
            <w:r>
              <w:rPr>
                <w:color w:val="000000"/>
                <w:sz w:val="13"/>
              </w:rPr>
              <w:t xml:space="preserve"> To hold a master’s degree with thesis in Chemistry.</w:t>
            </w:r>
          </w:p>
          <w:p w14:paraId="2825B6E7" w14:textId="77777777" w:rsidR="00A06E61" w:rsidRDefault="00000000">
            <w:r>
              <w:rPr>
                <w:b/>
                <w:color w:val="000000"/>
                <w:sz w:val="13"/>
              </w:rPr>
              <w:t>Out-of-Field:</w:t>
            </w:r>
            <w:r>
              <w:rPr>
                <w:color w:val="000000"/>
                <w:sz w:val="13"/>
              </w:rPr>
              <w:t xml:space="preserve"> To hold a master’s degree with thesis in Chemical Engineering or Chemistry Teaching.</w:t>
            </w:r>
          </w:p>
        </w:tc>
        <w:tc>
          <w:tcPr>
            <w:tcW w:w="708" w:type="dxa"/>
            <w:shd w:val="clear" w:color="auto" w:fill="FFFFFF"/>
            <w:tcMar>
              <w:top w:w="35" w:type="dxa"/>
              <w:left w:w="35" w:type="dxa"/>
              <w:bottom w:w="35" w:type="dxa"/>
              <w:right w:w="35" w:type="dxa"/>
            </w:tcMar>
            <w:vAlign w:val="center"/>
          </w:tcPr>
          <w:p w14:paraId="49E69502" w14:textId="77777777" w:rsidR="00A06E61" w:rsidRDefault="00000000">
            <w:pPr>
              <w:jc w:val="center"/>
            </w:pPr>
            <w:r>
              <w:rPr>
                <w:color w:val="000000"/>
                <w:sz w:val="13"/>
              </w:rPr>
              <w:t>2</w:t>
            </w:r>
          </w:p>
        </w:tc>
        <w:tc>
          <w:tcPr>
            <w:tcW w:w="708" w:type="dxa"/>
            <w:shd w:val="clear" w:color="auto" w:fill="FFFFFF"/>
            <w:tcMar>
              <w:top w:w="35" w:type="dxa"/>
              <w:left w:w="35" w:type="dxa"/>
              <w:bottom w:w="35" w:type="dxa"/>
              <w:right w:w="35" w:type="dxa"/>
            </w:tcMar>
            <w:vAlign w:val="center"/>
          </w:tcPr>
          <w:p w14:paraId="2DEF4671" w14:textId="77777777" w:rsidR="00A06E61" w:rsidRDefault="00000000">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4F6E3949"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5298965C" w14:textId="77777777" w:rsidR="00A06E61" w:rsidRDefault="00000000">
            <w:pPr>
              <w:jc w:val="center"/>
            </w:pPr>
            <w:r>
              <w:rPr>
                <w:color w:val="000000"/>
                <w:sz w:val="13"/>
              </w:rPr>
              <w:t>5</w:t>
            </w:r>
          </w:p>
        </w:tc>
      </w:tr>
      <w:tr w:rsidR="00A06E61" w14:paraId="2D2C7E81" w14:textId="77777777" w:rsidTr="00865662">
        <w:trPr>
          <w:jc w:val="center"/>
        </w:trPr>
        <w:tc>
          <w:tcPr>
            <w:tcW w:w="1701" w:type="dxa"/>
            <w:shd w:val="clear" w:color="auto" w:fill="DDEBF7"/>
            <w:tcMar>
              <w:top w:w="35" w:type="dxa"/>
              <w:left w:w="35" w:type="dxa"/>
              <w:bottom w:w="35" w:type="dxa"/>
              <w:right w:w="35" w:type="dxa"/>
            </w:tcMar>
            <w:vAlign w:val="center"/>
          </w:tcPr>
          <w:p w14:paraId="55AC748A" w14:textId="77777777" w:rsidR="00A06E61" w:rsidRDefault="00000000" w:rsidP="00865662">
            <w:r>
              <w:rPr>
                <w:color w:val="000000"/>
                <w:sz w:val="13"/>
              </w:rPr>
              <w:t>Materials Science and Engineering</w:t>
            </w:r>
          </w:p>
        </w:tc>
        <w:tc>
          <w:tcPr>
            <w:tcW w:w="1814" w:type="dxa"/>
            <w:shd w:val="clear" w:color="auto" w:fill="DDEBF7"/>
            <w:tcMar>
              <w:top w:w="35" w:type="dxa"/>
              <w:left w:w="35" w:type="dxa"/>
              <w:bottom w:w="35" w:type="dxa"/>
              <w:right w:w="35" w:type="dxa"/>
            </w:tcMar>
            <w:vAlign w:val="center"/>
          </w:tcPr>
          <w:p w14:paraId="53FFC6A5" w14:textId="77777777" w:rsidR="00A06E61" w:rsidRDefault="00000000" w:rsidP="00865662">
            <w:r>
              <w:rPr>
                <w:color w:val="000000"/>
                <w:sz w:val="13"/>
              </w:rPr>
              <w:t>Materials Science and Engineering</w:t>
            </w:r>
          </w:p>
        </w:tc>
        <w:tc>
          <w:tcPr>
            <w:tcW w:w="907" w:type="dxa"/>
            <w:shd w:val="clear" w:color="auto" w:fill="DDEBF7"/>
            <w:tcMar>
              <w:top w:w="35" w:type="dxa"/>
              <w:left w:w="35" w:type="dxa"/>
              <w:bottom w:w="35" w:type="dxa"/>
              <w:right w:w="35" w:type="dxa"/>
            </w:tcMar>
            <w:vAlign w:val="center"/>
          </w:tcPr>
          <w:p w14:paraId="16749317" w14:textId="77777777" w:rsidR="00A06E61" w:rsidRDefault="00000000">
            <w:pPr>
              <w:jc w:val="center"/>
            </w:pPr>
            <w:r>
              <w:rPr>
                <w:color w:val="000000"/>
                <w:sz w:val="13"/>
              </w:rPr>
              <w:t>SAY (65)</w:t>
            </w:r>
          </w:p>
        </w:tc>
        <w:tc>
          <w:tcPr>
            <w:tcW w:w="963" w:type="dxa"/>
            <w:shd w:val="clear" w:color="auto" w:fill="DDEBF7"/>
            <w:tcMar>
              <w:top w:w="35" w:type="dxa"/>
              <w:left w:w="35" w:type="dxa"/>
              <w:bottom w:w="35" w:type="dxa"/>
              <w:right w:w="35" w:type="dxa"/>
            </w:tcMar>
            <w:vAlign w:val="center"/>
          </w:tcPr>
          <w:p w14:paraId="113BA975"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38E0A7A6" w14:textId="77777777" w:rsidR="00A06E61" w:rsidRDefault="00000000">
            <w:r>
              <w:rPr>
                <w:b/>
                <w:color w:val="000000"/>
                <w:sz w:val="13"/>
              </w:rPr>
              <w:t>In-Field:</w:t>
            </w:r>
            <w:r>
              <w:rPr>
                <w:color w:val="000000"/>
                <w:sz w:val="13"/>
              </w:rPr>
              <w:t xml:space="preserve"> To hold a master’s degree with thesis in Computer Engineering, Biomedical Engineering, Environmental Engineering, Electrical Engineering, Electrical and Electronics Engineering, Electronics Engineering, Physics Engineering, Manufacturing Engineering, Geological Engineering, Chemical Engineering, Mechanical Engineering, Materials Science and Engineering, Metallurgical and Materials Engineering, or Nanotechnology Engineering.</w:t>
            </w:r>
          </w:p>
          <w:p w14:paraId="1D8C6359"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2DCC1138" w14:textId="77777777" w:rsidR="00A06E61" w:rsidRDefault="00000000">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08BD5A8D"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63479874" w14:textId="77777777" w:rsidR="00A06E61" w:rsidRDefault="00000000">
            <w:pPr>
              <w:jc w:val="center"/>
            </w:pPr>
            <w:r>
              <w:rPr>
                <w:color w:val="000000"/>
                <w:sz w:val="13"/>
              </w:rPr>
              <w:t>4</w:t>
            </w:r>
          </w:p>
        </w:tc>
        <w:tc>
          <w:tcPr>
            <w:tcW w:w="623" w:type="dxa"/>
            <w:shd w:val="clear" w:color="auto" w:fill="DDEBF7"/>
            <w:tcMar>
              <w:top w:w="35" w:type="dxa"/>
              <w:left w:w="35" w:type="dxa"/>
              <w:bottom w:w="35" w:type="dxa"/>
              <w:right w:w="35" w:type="dxa"/>
            </w:tcMar>
            <w:vAlign w:val="center"/>
          </w:tcPr>
          <w:p w14:paraId="4CB0940C" w14:textId="77777777" w:rsidR="00A06E61" w:rsidRDefault="00000000">
            <w:pPr>
              <w:jc w:val="center"/>
            </w:pPr>
            <w:r>
              <w:rPr>
                <w:color w:val="000000"/>
                <w:sz w:val="13"/>
              </w:rPr>
              <w:t>10</w:t>
            </w:r>
          </w:p>
        </w:tc>
      </w:tr>
      <w:tr w:rsidR="00A06E61" w14:paraId="60B46E7B" w14:textId="77777777" w:rsidTr="00865662">
        <w:trPr>
          <w:jc w:val="center"/>
        </w:trPr>
        <w:tc>
          <w:tcPr>
            <w:tcW w:w="1701" w:type="dxa"/>
            <w:shd w:val="clear" w:color="auto" w:fill="FFFFFF"/>
            <w:tcMar>
              <w:top w:w="35" w:type="dxa"/>
              <w:left w:w="35" w:type="dxa"/>
              <w:bottom w:w="35" w:type="dxa"/>
              <w:right w:w="35" w:type="dxa"/>
            </w:tcMar>
            <w:vAlign w:val="center"/>
          </w:tcPr>
          <w:p w14:paraId="1EFDF527" w14:textId="77777777" w:rsidR="00A06E61" w:rsidRDefault="00000000" w:rsidP="00865662">
            <w:r>
              <w:rPr>
                <w:color w:val="000000"/>
                <w:sz w:val="13"/>
              </w:rPr>
              <w:t>Mathematics</w:t>
            </w:r>
          </w:p>
        </w:tc>
        <w:tc>
          <w:tcPr>
            <w:tcW w:w="1814" w:type="dxa"/>
            <w:shd w:val="clear" w:color="auto" w:fill="FFFFFF"/>
            <w:tcMar>
              <w:top w:w="35" w:type="dxa"/>
              <w:left w:w="35" w:type="dxa"/>
              <w:bottom w:w="35" w:type="dxa"/>
              <w:right w:w="35" w:type="dxa"/>
            </w:tcMar>
            <w:vAlign w:val="center"/>
          </w:tcPr>
          <w:p w14:paraId="0FB2AE4A" w14:textId="77777777" w:rsidR="00A06E61" w:rsidRDefault="00000000" w:rsidP="00865662">
            <w:r>
              <w:rPr>
                <w:color w:val="000000"/>
                <w:sz w:val="13"/>
              </w:rPr>
              <w:t>Mathematics</w:t>
            </w:r>
          </w:p>
        </w:tc>
        <w:tc>
          <w:tcPr>
            <w:tcW w:w="907" w:type="dxa"/>
            <w:shd w:val="clear" w:color="auto" w:fill="FFFFFF"/>
            <w:tcMar>
              <w:top w:w="35" w:type="dxa"/>
              <w:left w:w="35" w:type="dxa"/>
              <w:bottom w:w="35" w:type="dxa"/>
              <w:right w:w="35" w:type="dxa"/>
            </w:tcMar>
            <w:vAlign w:val="center"/>
          </w:tcPr>
          <w:p w14:paraId="54D50D8C"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0C758456"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13628DDE" w14:textId="77777777" w:rsidR="00A06E61" w:rsidRDefault="00000000">
            <w:r>
              <w:rPr>
                <w:b/>
                <w:color w:val="000000"/>
                <w:sz w:val="13"/>
              </w:rPr>
              <w:t>In-Field:</w:t>
            </w:r>
            <w:r>
              <w:rPr>
                <w:color w:val="000000"/>
                <w:sz w:val="13"/>
              </w:rPr>
              <w:t xml:space="preserve"> To hold a master’s degree with thesis in Mathematics.</w:t>
            </w:r>
          </w:p>
          <w:p w14:paraId="46E94115" w14:textId="77777777" w:rsidR="00A06E61" w:rsidRDefault="00000000">
            <w:r>
              <w:rPr>
                <w:b/>
                <w:color w:val="000000"/>
                <w:sz w:val="13"/>
              </w:rPr>
              <w:t>Out-of-Field:</w:t>
            </w:r>
            <w:r>
              <w:rPr>
                <w:color w:val="000000"/>
                <w:sz w:val="13"/>
              </w:rPr>
              <w:t xml:space="preserve"> To hold a master’s degree with thesis in Computer Engineering, Electrical and Electronics Engineering, Physics, or Statistics.</w:t>
            </w:r>
          </w:p>
        </w:tc>
        <w:tc>
          <w:tcPr>
            <w:tcW w:w="708" w:type="dxa"/>
            <w:shd w:val="clear" w:color="auto" w:fill="FFFFFF"/>
            <w:tcMar>
              <w:top w:w="35" w:type="dxa"/>
              <w:left w:w="35" w:type="dxa"/>
              <w:bottom w:w="35" w:type="dxa"/>
              <w:right w:w="35" w:type="dxa"/>
            </w:tcMar>
            <w:vAlign w:val="center"/>
          </w:tcPr>
          <w:p w14:paraId="7D72AEBF" w14:textId="77777777" w:rsidR="00A06E61" w:rsidRDefault="00000000">
            <w:pPr>
              <w:jc w:val="center"/>
            </w:pPr>
            <w:r>
              <w:rPr>
                <w:color w:val="000000"/>
                <w:sz w:val="13"/>
              </w:rPr>
              <w:t>7</w:t>
            </w:r>
          </w:p>
        </w:tc>
        <w:tc>
          <w:tcPr>
            <w:tcW w:w="708" w:type="dxa"/>
            <w:shd w:val="clear" w:color="auto" w:fill="FFFFFF"/>
            <w:tcMar>
              <w:top w:w="35" w:type="dxa"/>
              <w:left w:w="35" w:type="dxa"/>
              <w:bottom w:w="35" w:type="dxa"/>
              <w:right w:w="35" w:type="dxa"/>
            </w:tcMar>
            <w:vAlign w:val="center"/>
          </w:tcPr>
          <w:p w14:paraId="33A6D9B6" w14:textId="77777777" w:rsidR="00A06E61" w:rsidRDefault="00000000">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22FAEC91"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0F523B2A" w14:textId="77777777" w:rsidR="00A06E61" w:rsidRDefault="00000000">
            <w:pPr>
              <w:jc w:val="center"/>
            </w:pPr>
            <w:r>
              <w:rPr>
                <w:color w:val="000000"/>
                <w:sz w:val="13"/>
              </w:rPr>
              <w:t>10</w:t>
            </w:r>
          </w:p>
        </w:tc>
      </w:tr>
      <w:tr w:rsidR="00A06E61" w14:paraId="6C3790B1" w14:textId="77777777" w:rsidTr="00865662">
        <w:trPr>
          <w:jc w:val="center"/>
        </w:trPr>
        <w:tc>
          <w:tcPr>
            <w:tcW w:w="1701" w:type="dxa"/>
            <w:shd w:val="clear" w:color="auto" w:fill="DDEBF7"/>
            <w:tcMar>
              <w:top w:w="35" w:type="dxa"/>
              <w:left w:w="35" w:type="dxa"/>
              <w:bottom w:w="35" w:type="dxa"/>
              <w:right w:w="35" w:type="dxa"/>
            </w:tcMar>
            <w:vAlign w:val="center"/>
          </w:tcPr>
          <w:p w14:paraId="04FF55AE" w14:textId="77777777" w:rsidR="00A06E61" w:rsidRDefault="00000000" w:rsidP="00865662">
            <w:r>
              <w:rPr>
                <w:color w:val="000000"/>
                <w:sz w:val="13"/>
              </w:rPr>
              <w:t>Mathematics and Science Education</w:t>
            </w:r>
          </w:p>
        </w:tc>
        <w:tc>
          <w:tcPr>
            <w:tcW w:w="1814" w:type="dxa"/>
            <w:shd w:val="clear" w:color="auto" w:fill="DDEBF7"/>
            <w:tcMar>
              <w:top w:w="35" w:type="dxa"/>
              <w:left w:w="35" w:type="dxa"/>
              <w:bottom w:w="35" w:type="dxa"/>
              <w:right w:w="35" w:type="dxa"/>
            </w:tcMar>
            <w:vAlign w:val="center"/>
          </w:tcPr>
          <w:p w14:paraId="5286A464" w14:textId="77777777" w:rsidR="00A06E61" w:rsidRDefault="00000000" w:rsidP="00865662">
            <w:r>
              <w:rPr>
                <w:color w:val="000000"/>
                <w:sz w:val="13"/>
              </w:rPr>
              <w:t>Science Education</w:t>
            </w:r>
          </w:p>
        </w:tc>
        <w:tc>
          <w:tcPr>
            <w:tcW w:w="907" w:type="dxa"/>
            <w:shd w:val="clear" w:color="auto" w:fill="DDEBF7"/>
            <w:tcMar>
              <w:top w:w="35" w:type="dxa"/>
              <w:left w:w="35" w:type="dxa"/>
              <w:bottom w:w="35" w:type="dxa"/>
              <w:right w:w="35" w:type="dxa"/>
            </w:tcMar>
            <w:vAlign w:val="center"/>
          </w:tcPr>
          <w:p w14:paraId="125D624E"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2390F2E0"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0AC2391F" w14:textId="77777777" w:rsidR="00A06E61" w:rsidRDefault="00000000">
            <w:r>
              <w:rPr>
                <w:b/>
                <w:color w:val="000000"/>
                <w:sz w:val="13"/>
              </w:rPr>
              <w:t>In-Field:</w:t>
            </w:r>
            <w:r>
              <w:rPr>
                <w:color w:val="000000"/>
                <w:sz w:val="13"/>
              </w:rPr>
              <w:t xml:space="preserve"> To hold a master’s degree with thesis in Biology Teaching, Science Teaching, Physics Teaching, or Chemistry Teaching; or to be a graduate of the Science Teaching undergraduate program and hold a master’s degree with thesis in the Department of Educational Sciences.</w:t>
            </w:r>
          </w:p>
          <w:p w14:paraId="58160126" w14:textId="77777777" w:rsidR="00A06E61" w:rsidRDefault="00000000">
            <w:r>
              <w:rPr>
                <w:b/>
                <w:color w:val="000000"/>
                <w:sz w:val="13"/>
              </w:rPr>
              <w:t>Out-of-Field:</w:t>
            </w:r>
            <w:r>
              <w:rPr>
                <w:color w:val="000000"/>
                <w:sz w:val="13"/>
              </w:rPr>
              <w:t xml:space="preserve"> To hold a master’s degree with thesis in Astronomy and Space Sciences, Biology, Bioengineering, Environmental Engineering, Physics, Physics Engineering, Genetics and Bioengineering, Food Engineering, Geological Engineering, Chemistry, or Chemical Engineering.</w:t>
            </w:r>
          </w:p>
        </w:tc>
        <w:tc>
          <w:tcPr>
            <w:tcW w:w="708" w:type="dxa"/>
            <w:shd w:val="clear" w:color="auto" w:fill="DDEBF7"/>
            <w:tcMar>
              <w:top w:w="35" w:type="dxa"/>
              <w:left w:w="35" w:type="dxa"/>
              <w:bottom w:w="35" w:type="dxa"/>
              <w:right w:w="35" w:type="dxa"/>
            </w:tcMar>
            <w:vAlign w:val="center"/>
          </w:tcPr>
          <w:p w14:paraId="5F36F30F"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5A1761A3"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4E09863A"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E6F3B01" w14:textId="77777777" w:rsidR="00A06E61" w:rsidRDefault="00000000">
            <w:pPr>
              <w:jc w:val="center"/>
            </w:pPr>
            <w:r>
              <w:rPr>
                <w:color w:val="000000"/>
                <w:sz w:val="13"/>
              </w:rPr>
              <w:t>10</w:t>
            </w:r>
          </w:p>
        </w:tc>
      </w:tr>
      <w:tr w:rsidR="00A06E61" w14:paraId="289D32BC" w14:textId="77777777" w:rsidTr="00865662">
        <w:trPr>
          <w:jc w:val="center"/>
        </w:trPr>
        <w:tc>
          <w:tcPr>
            <w:tcW w:w="1701" w:type="dxa"/>
            <w:shd w:val="clear" w:color="auto" w:fill="FFFFFF"/>
            <w:tcMar>
              <w:top w:w="35" w:type="dxa"/>
              <w:left w:w="35" w:type="dxa"/>
              <w:bottom w:w="35" w:type="dxa"/>
              <w:right w:w="35" w:type="dxa"/>
            </w:tcMar>
            <w:vAlign w:val="center"/>
          </w:tcPr>
          <w:p w14:paraId="2AB6D5C1" w14:textId="77777777" w:rsidR="00A06E61" w:rsidRDefault="00000000" w:rsidP="00865662">
            <w:r>
              <w:rPr>
                <w:color w:val="000000"/>
                <w:sz w:val="13"/>
              </w:rPr>
              <w:t>Mathematics and Science Education</w:t>
            </w:r>
          </w:p>
        </w:tc>
        <w:tc>
          <w:tcPr>
            <w:tcW w:w="1814" w:type="dxa"/>
            <w:shd w:val="clear" w:color="auto" w:fill="FFFFFF"/>
            <w:tcMar>
              <w:top w:w="35" w:type="dxa"/>
              <w:left w:w="35" w:type="dxa"/>
              <w:bottom w:w="35" w:type="dxa"/>
              <w:right w:w="35" w:type="dxa"/>
            </w:tcMar>
            <w:vAlign w:val="center"/>
          </w:tcPr>
          <w:p w14:paraId="433325E7" w14:textId="77777777" w:rsidR="00A06E61" w:rsidRDefault="00000000" w:rsidP="00865662">
            <w:r>
              <w:rPr>
                <w:color w:val="000000"/>
                <w:sz w:val="13"/>
              </w:rPr>
              <w:t>Mathematics Education</w:t>
            </w:r>
          </w:p>
        </w:tc>
        <w:tc>
          <w:tcPr>
            <w:tcW w:w="907" w:type="dxa"/>
            <w:shd w:val="clear" w:color="auto" w:fill="FFFFFF"/>
            <w:tcMar>
              <w:top w:w="35" w:type="dxa"/>
              <w:left w:w="35" w:type="dxa"/>
              <w:bottom w:w="35" w:type="dxa"/>
              <w:right w:w="35" w:type="dxa"/>
            </w:tcMar>
            <w:vAlign w:val="center"/>
          </w:tcPr>
          <w:p w14:paraId="1C41F220"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28F27BFC"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798B3B86" w14:textId="77777777" w:rsidR="00A06E61" w:rsidRDefault="00000000">
            <w:r>
              <w:rPr>
                <w:b/>
                <w:color w:val="000000"/>
                <w:sz w:val="13"/>
              </w:rPr>
              <w:t>In-Field:</w:t>
            </w:r>
            <w:r>
              <w:rPr>
                <w:color w:val="000000"/>
                <w:sz w:val="13"/>
              </w:rPr>
              <w:t xml:space="preserve"> To hold a master’s degree with thesis in Elementary Mathematics Education, Elementary Mathematics Teaching, Mathematics Education, or Mathematics Teaching; or to be a graduate of the Elementary Mathematics Teaching undergraduate program and hold a master’s degree with thesis in the Department of Educational Sciences.</w:t>
            </w:r>
          </w:p>
          <w:p w14:paraId="6D7780BC"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1C928C48" w14:textId="5AA34F9E" w:rsidR="00A06E61" w:rsidRDefault="002A7645">
            <w:pPr>
              <w:jc w:val="center"/>
            </w:pPr>
            <w:r>
              <w:rPr>
                <w:color w:val="000000"/>
                <w:sz w:val="13"/>
              </w:rPr>
              <w:t>3</w:t>
            </w:r>
          </w:p>
        </w:tc>
        <w:tc>
          <w:tcPr>
            <w:tcW w:w="708" w:type="dxa"/>
            <w:shd w:val="clear" w:color="auto" w:fill="FFFFFF"/>
            <w:tcMar>
              <w:top w:w="35" w:type="dxa"/>
              <w:left w:w="35" w:type="dxa"/>
              <w:bottom w:w="35" w:type="dxa"/>
              <w:right w:w="35" w:type="dxa"/>
            </w:tcMar>
            <w:vAlign w:val="center"/>
          </w:tcPr>
          <w:p w14:paraId="3D1C73DB"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07958043"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0D664CCE" w14:textId="10F3BC32" w:rsidR="00A06E61" w:rsidRDefault="002A7645">
            <w:pPr>
              <w:jc w:val="center"/>
            </w:pPr>
            <w:r>
              <w:rPr>
                <w:color w:val="000000"/>
                <w:sz w:val="13"/>
              </w:rPr>
              <w:t>5</w:t>
            </w:r>
          </w:p>
        </w:tc>
      </w:tr>
      <w:tr w:rsidR="00A06E61" w14:paraId="671D7F4C" w14:textId="77777777" w:rsidTr="00865662">
        <w:trPr>
          <w:jc w:val="center"/>
        </w:trPr>
        <w:tc>
          <w:tcPr>
            <w:tcW w:w="1701" w:type="dxa"/>
            <w:shd w:val="clear" w:color="auto" w:fill="DDEBF7"/>
            <w:tcMar>
              <w:top w:w="35" w:type="dxa"/>
              <w:left w:w="35" w:type="dxa"/>
              <w:bottom w:w="35" w:type="dxa"/>
              <w:right w:w="35" w:type="dxa"/>
            </w:tcMar>
            <w:vAlign w:val="center"/>
          </w:tcPr>
          <w:p w14:paraId="31B01D1B" w14:textId="77777777" w:rsidR="00A06E61" w:rsidRDefault="00000000" w:rsidP="00865662">
            <w:r>
              <w:rPr>
                <w:color w:val="000000"/>
                <w:sz w:val="13"/>
              </w:rPr>
              <w:t>Forest Industrial Engineering</w:t>
            </w:r>
          </w:p>
        </w:tc>
        <w:tc>
          <w:tcPr>
            <w:tcW w:w="1814" w:type="dxa"/>
            <w:shd w:val="clear" w:color="auto" w:fill="DDEBF7"/>
            <w:tcMar>
              <w:top w:w="35" w:type="dxa"/>
              <w:left w:w="35" w:type="dxa"/>
              <w:bottom w:w="35" w:type="dxa"/>
              <w:right w:w="35" w:type="dxa"/>
            </w:tcMar>
            <w:vAlign w:val="center"/>
          </w:tcPr>
          <w:p w14:paraId="4C59613C" w14:textId="77777777" w:rsidR="00A06E61" w:rsidRDefault="00000000" w:rsidP="00865662">
            <w:r>
              <w:rPr>
                <w:color w:val="000000"/>
                <w:sz w:val="13"/>
              </w:rPr>
              <w:t>Forest Industrial Engineering</w:t>
            </w:r>
          </w:p>
        </w:tc>
        <w:tc>
          <w:tcPr>
            <w:tcW w:w="907" w:type="dxa"/>
            <w:shd w:val="clear" w:color="auto" w:fill="DDEBF7"/>
            <w:tcMar>
              <w:top w:w="35" w:type="dxa"/>
              <w:left w:w="35" w:type="dxa"/>
              <w:bottom w:w="35" w:type="dxa"/>
              <w:right w:w="35" w:type="dxa"/>
            </w:tcMar>
            <w:vAlign w:val="center"/>
          </w:tcPr>
          <w:p w14:paraId="1BF41F21"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7F5AF0C7"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5ED4008C" w14:textId="3A0682DD" w:rsidR="00A06E61" w:rsidRDefault="00000000">
            <w:r>
              <w:rPr>
                <w:b/>
                <w:color w:val="000000"/>
                <w:sz w:val="13"/>
              </w:rPr>
              <w:t>In-Field:</w:t>
            </w:r>
            <w:r>
              <w:rPr>
                <w:color w:val="000000"/>
                <w:sz w:val="13"/>
              </w:rPr>
              <w:t xml:space="preserve"> To hold a </w:t>
            </w:r>
            <w:r w:rsidR="006B5A72">
              <w:rPr>
                <w:color w:val="000000"/>
                <w:sz w:val="13"/>
              </w:rPr>
              <w:t xml:space="preserve">bachelor’s and </w:t>
            </w:r>
            <w:r w:rsidR="00260D09">
              <w:rPr>
                <w:color w:val="000000"/>
                <w:sz w:val="13"/>
              </w:rPr>
              <w:t xml:space="preserve">a </w:t>
            </w:r>
            <w:r>
              <w:rPr>
                <w:color w:val="000000"/>
                <w:sz w:val="13"/>
              </w:rPr>
              <w:t>master’s degree with thesis in Forest Industrial Engineering.</w:t>
            </w:r>
          </w:p>
          <w:p w14:paraId="0625D740"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74BF644D" w14:textId="77777777" w:rsidR="00A06E61" w:rsidRDefault="00000000">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6D77C4B2"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26C1E211"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70A7453" w14:textId="77777777" w:rsidR="00A06E61" w:rsidRDefault="00000000">
            <w:pPr>
              <w:jc w:val="center"/>
            </w:pPr>
            <w:r>
              <w:rPr>
                <w:color w:val="000000"/>
                <w:sz w:val="13"/>
              </w:rPr>
              <w:t>5</w:t>
            </w:r>
          </w:p>
        </w:tc>
      </w:tr>
      <w:tr w:rsidR="00A06E61" w14:paraId="38B050F6" w14:textId="77777777" w:rsidTr="00865662">
        <w:trPr>
          <w:jc w:val="center"/>
        </w:trPr>
        <w:tc>
          <w:tcPr>
            <w:tcW w:w="1701" w:type="dxa"/>
            <w:shd w:val="clear" w:color="auto" w:fill="FFFFFF"/>
            <w:tcMar>
              <w:top w:w="35" w:type="dxa"/>
              <w:left w:w="35" w:type="dxa"/>
              <w:bottom w:w="35" w:type="dxa"/>
              <w:right w:w="35" w:type="dxa"/>
            </w:tcMar>
            <w:vAlign w:val="center"/>
          </w:tcPr>
          <w:p w14:paraId="71A97D38" w14:textId="77777777" w:rsidR="00A06E61" w:rsidRDefault="00000000" w:rsidP="00865662">
            <w:r>
              <w:rPr>
                <w:color w:val="000000"/>
                <w:sz w:val="13"/>
              </w:rPr>
              <w:t>Forest Engineering</w:t>
            </w:r>
          </w:p>
        </w:tc>
        <w:tc>
          <w:tcPr>
            <w:tcW w:w="1814" w:type="dxa"/>
            <w:shd w:val="clear" w:color="auto" w:fill="FFFFFF"/>
            <w:tcMar>
              <w:top w:w="35" w:type="dxa"/>
              <w:left w:w="35" w:type="dxa"/>
              <w:bottom w:w="35" w:type="dxa"/>
              <w:right w:w="35" w:type="dxa"/>
            </w:tcMar>
            <w:vAlign w:val="center"/>
          </w:tcPr>
          <w:p w14:paraId="0E35BBCB" w14:textId="77777777" w:rsidR="00A06E61" w:rsidRDefault="00000000" w:rsidP="00865662">
            <w:r>
              <w:rPr>
                <w:color w:val="000000"/>
                <w:sz w:val="13"/>
              </w:rPr>
              <w:t>Forest Engineering</w:t>
            </w:r>
          </w:p>
        </w:tc>
        <w:tc>
          <w:tcPr>
            <w:tcW w:w="907" w:type="dxa"/>
            <w:shd w:val="clear" w:color="auto" w:fill="FFFFFF"/>
            <w:tcMar>
              <w:top w:w="35" w:type="dxa"/>
              <w:left w:w="35" w:type="dxa"/>
              <w:bottom w:w="35" w:type="dxa"/>
              <w:right w:w="35" w:type="dxa"/>
            </w:tcMar>
            <w:vAlign w:val="center"/>
          </w:tcPr>
          <w:p w14:paraId="3E720455"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371D0373"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6F1A330F" w14:textId="61CCD5F3" w:rsidR="00A06E61" w:rsidRDefault="00000000">
            <w:r>
              <w:rPr>
                <w:b/>
                <w:color w:val="000000"/>
                <w:sz w:val="13"/>
              </w:rPr>
              <w:t>In-Field:</w:t>
            </w:r>
            <w:r>
              <w:rPr>
                <w:color w:val="000000"/>
                <w:sz w:val="13"/>
              </w:rPr>
              <w:t xml:space="preserve"> To hold a </w:t>
            </w:r>
            <w:r w:rsidR="006B5A72">
              <w:rPr>
                <w:color w:val="000000"/>
                <w:sz w:val="13"/>
              </w:rPr>
              <w:t xml:space="preserve">bachelor’s and </w:t>
            </w:r>
            <w:r w:rsidR="00260D09">
              <w:rPr>
                <w:color w:val="000000"/>
                <w:sz w:val="13"/>
              </w:rPr>
              <w:t xml:space="preserve">a </w:t>
            </w:r>
            <w:r>
              <w:rPr>
                <w:color w:val="000000"/>
                <w:sz w:val="13"/>
              </w:rPr>
              <w:t>master’s degree with thesis in Forest Engineering.</w:t>
            </w:r>
          </w:p>
          <w:p w14:paraId="5B25AFF2"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4FDBCD86" w14:textId="77C3390A" w:rsidR="00A06E61" w:rsidRDefault="00000000">
            <w:pPr>
              <w:jc w:val="center"/>
            </w:pPr>
            <w:r>
              <w:rPr>
                <w:color w:val="000000"/>
                <w:sz w:val="13"/>
              </w:rPr>
              <w:t>1</w:t>
            </w:r>
            <w:r w:rsidR="002A7645">
              <w:rPr>
                <w:color w:val="000000"/>
                <w:sz w:val="13"/>
              </w:rPr>
              <w:t>1</w:t>
            </w:r>
          </w:p>
        </w:tc>
        <w:tc>
          <w:tcPr>
            <w:tcW w:w="708" w:type="dxa"/>
            <w:shd w:val="clear" w:color="auto" w:fill="FFFFFF"/>
            <w:tcMar>
              <w:top w:w="35" w:type="dxa"/>
              <w:left w:w="35" w:type="dxa"/>
              <w:bottom w:w="35" w:type="dxa"/>
              <w:right w:w="35" w:type="dxa"/>
            </w:tcMar>
            <w:vAlign w:val="center"/>
          </w:tcPr>
          <w:p w14:paraId="3E687C20"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496EA76C" w14:textId="77777777" w:rsidR="00A06E61" w:rsidRDefault="00000000">
            <w:pPr>
              <w:jc w:val="center"/>
            </w:pPr>
            <w:r>
              <w:rPr>
                <w:color w:val="000000"/>
                <w:sz w:val="13"/>
              </w:rPr>
              <w:t>5</w:t>
            </w:r>
          </w:p>
        </w:tc>
        <w:tc>
          <w:tcPr>
            <w:tcW w:w="623" w:type="dxa"/>
            <w:shd w:val="clear" w:color="auto" w:fill="FFFFFF"/>
            <w:tcMar>
              <w:top w:w="35" w:type="dxa"/>
              <w:left w:w="35" w:type="dxa"/>
              <w:bottom w:w="35" w:type="dxa"/>
              <w:right w:w="35" w:type="dxa"/>
            </w:tcMar>
            <w:vAlign w:val="center"/>
          </w:tcPr>
          <w:p w14:paraId="3519C53C" w14:textId="430FF0E0" w:rsidR="00A06E61" w:rsidRDefault="00000000">
            <w:pPr>
              <w:jc w:val="center"/>
            </w:pPr>
            <w:r>
              <w:rPr>
                <w:color w:val="000000"/>
                <w:sz w:val="13"/>
              </w:rPr>
              <w:t>1</w:t>
            </w:r>
            <w:r w:rsidR="002A7645">
              <w:rPr>
                <w:color w:val="000000"/>
                <w:sz w:val="13"/>
              </w:rPr>
              <w:t>6</w:t>
            </w:r>
          </w:p>
        </w:tc>
      </w:tr>
      <w:tr w:rsidR="00A06E61" w14:paraId="54103B65" w14:textId="77777777" w:rsidTr="00865662">
        <w:trPr>
          <w:jc w:val="center"/>
        </w:trPr>
        <w:tc>
          <w:tcPr>
            <w:tcW w:w="1701" w:type="dxa"/>
            <w:shd w:val="clear" w:color="auto" w:fill="DDEBF7"/>
            <w:tcMar>
              <w:top w:w="35" w:type="dxa"/>
              <w:left w:w="35" w:type="dxa"/>
              <w:bottom w:w="35" w:type="dxa"/>
              <w:right w:w="35" w:type="dxa"/>
            </w:tcMar>
            <w:vAlign w:val="center"/>
          </w:tcPr>
          <w:p w14:paraId="5F1EAFC1" w14:textId="77777777" w:rsidR="00A06E61" w:rsidRDefault="00000000" w:rsidP="00865662">
            <w:r>
              <w:rPr>
                <w:color w:val="000000"/>
                <w:sz w:val="13"/>
              </w:rPr>
              <w:t>Landscape Architecture</w:t>
            </w:r>
          </w:p>
        </w:tc>
        <w:tc>
          <w:tcPr>
            <w:tcW w:w="1814" w:type="dxa"/>
            <w:shd w:val="clear" w:color="auto" w:fill="DDEBF7"/>
            <w:tcMar>
              <w:top w:w="35" w:type="dxa"/>
              <w:left w:w="35" w:type="dxa"/>
              <w:bottom w:w="35" w:type="dxa"/>
              <w:right w:w="35" w:type="dxa"/>
            </w:tcMar>
            <w:vAlign w:val="center"/>
          </w:tcPr>
          <w:p w14:paraId="37495668" w14:textId="77777777" w:rsidR="00A06E61" w:rsidRDefault="00000000" w:rsidP="00865662">
            <w:r>
              <w:rPr>
                <w:color w:val="000000"/>
                <w:sz w:val="13"/>
              </w:rPr>
              <w:t>Landscape Architecture</w:t>
            </w:r>
          </w:p>
        </w:tc>
        <w:tc>
          <w:tcPr>
            <w:tcW w:w="907" w:type="dxa"/>
            <w:shd w:val="clear" w:color="auto" w:fill="DDEBF7"/>
            <w:tcMar>
              <w:top w:w="35" w:type="dxa"/>
              <w:left w:w="35" w:type="dxa"/>
              <w:bottom w:w="35" w:type="dxa"/>
              <w:right w:w="35" w:type="dxa"/>
            </w:tcMar>
            <w:vAlign w:val="center"/>
          </w:tcPr>
          <w:p w14:paraId="13849EB6"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61C9782B"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0913F17A" w14:textId="77777777" w:rsidR="00A06E61" w:rsidRDefault="00000000">
            <w:r>
              <w:rPr>
                <w:b/>
                <w:color w:val="000000"/>
                <w:sz w:val="13"/>
              </w:rPr>
              <w:t>In-Field:</w:t>
            </w:r>
            <w:r>
              <w:rPr>
                <w:color w:val="000000"/>
                <w:sz w:val="13"/>
              </w:rPr>
              <w:t xml:space="preserve"> To hold a master’s degree with thesis in Landscape Architecture.</w:t>
            </w:r>
          </w:p>
          <w:p w14:paraId="5D237F5B" w14:textId="77777777" w:rsidR="00A06E61" w:rsidRDefault="00000000">
            <w:r>
              <w:rPr>
                <w:b/>
                <w:color w:val="000000"/>
                <w:sz w:val="13"/>
              </w:rPr>
              <w:t>Out-of-Field:</w:t>
            </w:r>
            <w:r>
              <w:rPr>
                <w:color w:val="000000"/>
                <w:sz w:val="13"/>
              </w:rPr>
              <w:t xml:space="preserve"> To hold a master’s degree with thesis in Interior Architecture, Interior Architecture and Environmental Design, Urban Design, Architecture, or City and Regional Planning.</w:t>
            </w:r>
          </w:p>
        </w:tc>
        <w:tc>
          <w:tcPr>
            <w:tcW w:w="708" w:type="dxa"/>
            <w:shd w:val="clear" w:color="auto" w:fill="DDEBF7"/>
            <w:tcMar>
              <w:top w:w="35" w:type="dxa"/>
              <w:left w:w="35" w:type="dxa"/>
              <w:bottom w:w="35" w:type="dxa"/>
              <w:right w:w="35" w:type="dxa"/>
            </w:tcMar>
            <w:vAlign w:val="center"/>
          </w:tcPr>
          <w:p w14:paraId="35D99C14" w14:textId="77777777" w:rsidR="00A06E61" w:rsidRDefault="00000000">
            <w:pPr>
              <w:jc w:val="center"/>
            </w:pPr>
            <w:r>
              <w:rPr>
                <w:color w:val="000000"/>
                <w:sz w:val="13"/>
              </w:rPr>
              <w:t>4</w:t>
            </w:r>
          </w:p>
        </w:tc>
        <w:tc>
          <w:tcPr>
            <w:tcW w:w="708" w:type="dxa"/>
            <w:shd w:val="clear" w:color="auto" w:fill="DDEBF7"/>
            <w:tcMar>
              <w:top w:w="35" w:type="dxa"/>
              <w:left w:w="35" w:type="dxa"/>
              <w:bottom w:w="35" w:type="dxa"/>
              <w:right w:w="35" w:type="dxa"/>
            </w:tcMar>
            <w:vAlign w:val="center"/>
          </w:tcPr>
          <w:p w14:paraId="784572D2"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1B52CE0A"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2B710E6" w14:textId="77777777" w:rsidR="00A06E61" w:rsidRDefault="00000000">
            <w:pPr>
              <w:jc w:val="center"/>
            </w:pPr>
            <w:r>
              <w:rPr>
                <w:color w:val="000000"/>
                <w:sz w:val="13"/>
              </w:rPr>
              <w:t>8</w:t>
            </w:r>
          </w:p>
        </w:tc>
      </w:tr>
      <w:tr w:rsidR="00A06E61" w14:paraId="2145FD4B" w14:textId="77777777" w:rsidTr="00865662">
        <w:trPr>
          <w:jc w:val="center"/>
        </w:trPr>
        <w:tc>
          <w:tcPr>
            <w:tcW w:w="1701" w:type="dxa"/>
            <w:shd w:val="clear" w:color="auto" w:fill="FFFFFF"/>
            <w:tcMar>
              <w:top w:w="35" w:type="dxa"/>
              <w:left w:w="35" w:type="dxa"/>
              <w:bottom w:w="35" w:type="dxa"/>
              <w:right w:w="35" w:type="dxa"/>
            </w:tcMar>
            <w:vAlign w:val="center"/>
          </w:tcPr>
          <w:p w14:paraId="0DC3647E" w14:textId="77777777" w:rsidR="00A06E61" w:rsidRDefault="00000000" w:rsidP="00865662">
            <w:r>
              <w:rPr>
                <w:color w:val="000000"/>
                <w:sz w:val="13"/>
              </w:rPr>
              <w:t>Art and Design</w:t>
            </w:r>
          </w:p>
        </w:tc>
        <w:tc>
          <w:tcPr>
            <w:tcW w:w="1814" w:type="dxa"/>
            <w:shd w:val="clear" w:color="auto" w:fill="FFFFFF"/>
            <w:tcMar>
              <w:top w:w="35" w:type="dxa"/>
              <w:left w:w="35" w:type="dxa"/>
              <w:bottom w:w="35" w:type="dxa"/>
              <w:right w:w="35" w:type="dxa"/>
            </w:tcMar>
            <w:vAlign w:val="center"/>
          </w:tcPr>
          <w:p w14:paraId="1BF2DE3D" w14:textId="77777777" w:rsidR="00A06E61" w:rsidRDefault="00000000" w:rsidP="00865662">
            <w:r>
              <w:rPr>
                <w:color w:val="000000"/>
                <w:sz w:val="13"/>
              </w:rPr>
              <w:t>Art and Design</w:t>
            </w:r>
          </w:p>
        </w:tc>
        <w:tc>
          <w:tcPr>
            <w:tcW w:w="907" w:type="dxa"/>
            <w:shd w:val="clear" w:color="auto" w:fill="FFFFFF"/>
            <w:tcMar>
              <w:top w:w="35" w:type="dxa"/>
              <w:left w:w="35" w:type="dxa"/>
              <w:bottom w:w="35" w:type="dxa"/>
              <w:right w:w="35" w:type="dxa"/>
            </w:tcMar>
            <w:vAlign w:val="center"/>
          </w:tcPr>
          <w:p w14:paraId="4F4480EF" w14:textId="77777777" w:rsidR="00A06E61" w:rsidRDefault="00000000">
            <w:pPr>
              <w:jc w:val="center"/>
            </w:pPr>
            <w:r>
              <w:rPr>
                <w:color w:val="000000"/>
                <w:sz w:val="13"/>
              </w:rPr>
              <w:t>No ALES score requirement</w:t>
            </w:r>
          </w:p>
        </w:tc>
        <w:tc>
          <w:tcPr>
            <w:tcW w:w="963" w:type="dxa"/>
            <w:shd w:val="clear" w:color="auto" w:fill="FFFFFF"/>
            <w:tcMar>
              <w:top w:w="35" w:type="dxa"/>
              <w:left w:w="35" w:type="dxa"/>
              <w:bottom w:w="35" w:type="dxa"/>
              <w:right w:w="35" w:type="dxa"/>
            </w:tcMar>
            <w:vAlign w:val="center"/>
          </w:tcPr>
          <w:p w14:paraId="12132233"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0313BC0C" w14:textId="77777777" w:rsidR="00A06E61" w:rsidRDefault="00000000">
            <w:r>
              <w:rPr>
                <w:b/>
                <w:color w:val="000000"/>
                <w:sz w:val="13"/>
              </w:rPr>
              <w:t>In-Field:</w:t>
            </w:r>
            <w:r>
              <w:rPr>
                <w:color w:val="000000"/>
                <w:sz w:val="13"/>
              </w:rPr>
              <w:t xml:space="preserve"> To hold a master’s degree with thesis in Traditional Turkish Arts, Graphic Design, Musicology, Painting, Conservation and Restoration of Works of Art, Art and Design, or Ceramics and Glass.</w:t>
            </w:r>
          </w:p>
          <w:p w14:paraId="2721D0B5"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57507A02" w14:textId="77777777" w:rsidR="00A06E61" w:rsidRDefault="00000000">
            <w:pPr>
              <w:jc w:val="center"/>
            </w:pPr>
            <w:r>
              <w:rPr>
                <w:color w:val="000000"/>
                <w:sz w:val="13"/>
              </w:rPr>
              <w:t>16</w:t>
            </w:r>
          </w:p>
        </w:tc>
        <w:tc>
          <w:tcPr>
            <w:tcW w:w="708" w:type="dxa"/>
            <w:shd w:val="clear" w:color="auto" w:fill="FFFFFF"/>
            <w:tcMar>
              <w:top w:w="35" w:type="dxa"/>
              <w:left w:w="35" w:type="dxa"/>
              <w:bottom w:w="35" w:type="dxa"/>
              <w:right w:w="35" w:type="dxa"/>
            </w:tcMar>
            <w:vAlign w:val="center"/>
          </w:tcPr>
          <w:p w14:paraId="45658FCB"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644A3C41" w14:textId="77777777" w:rsidR="00A06E61" w:rsidRDefault="00000000">
            <w:pPr>
              <w:jc w:val="center"/>
            </w:pPr>
            <w:r>
              <w:rPr>
                <w:color w:val="000000"/>
                <w:sz w:val="13"/>
              </w:rPr>
              <w:t>6</w:t>
            </w:r>
          </w:p>
        </w:tc>
        <w:tc>
          <w:tcPr>
            <w:tcW w:w="623" w:type="dxa"/>
            <w:shd w:val="clear" w:color="auto" w:fill="FFFFFF"/>
            <w:tcMar>
              <w:top w:w="35" w:type="dxa"/>
              <w:left w:w="35" w:type="dxa"/>
              <w:bottom w:w="35" w:type="dxa"/>
              <w:right w:w="35" w:type="dxa"/>
            </w:tcMar>
            <w:vAlign w:val="center"/>
          </w:tcPr>
          <w:p w14:paraId="0EF67DD5" w14:textId="77777777" w:rsidR="00A06E61" w:rsidRDefault="00000000">
            <w:pPr>
              <w:jc w:val="center"/>
            </w:pPr>
            <w:r>
              <w:rPr>
                <w:color w:val="000000"/>
                <w:sz w:val="13"/>
              </w:rPr>
              <w:t>22</w:t>
            </w:r>
          </w:p>
        </w:tc>
      </w:tr>
      <w:tr w:rsidR="00A06E61" w14:paraId="32EE7D45" w14:textId="77777777" w:rsidTr="00865662">
        <w:trPr>
          <w:jc w:val="center"/>
        </w:trPr>
        <w:tc>
          <w:tcPr>
            <w:tcW w:w="1701" w:type="dxa"/>
            <w:shd w:val="clear" w:color="auto" w:fill="DDEBF7"/>
            <w:tcMar>
              <w:top w:w="35" w:type="dxa"/>
              <w:left w:w="35" w:type="dxa"/>
              <w:bottom w:w="35" w:type="dxa"/>
              <w:right w:w="35" w:type="dxa"/>
            </w:tcMar>
            <w:vAlign w:val="center"/>
          </w:tcPr>
          <w:p w14:paraId="1512E078" w14:textId="77777777" w:rsidR="00A06E61" w:rsidRDefault="00000000" w:rsidP="00865662">
            <w:r>
              <w:rPr>
                <w:color w:val="000000"/>
                <w:sz w:val="13"/>
              </w:rPr>
              <w:t>Aquaculture</w:t>
            </w:r>
          </w:p>
        </w:tc>
        <w:tc>
          <w:tcPr>
            <w:tcW w:w="1814" w:type="dxa"/>
            <w:shd w:val="clear" w:color="auto" w:fill="DDEBF7"/>
            <w:tcMar>
              <w:top w:w="35" w:type="dxa"/>
              <w:left w:w="35" w:type="dxa"/>
              <w:bottom w:w="35" w:type="dxa"/>
              <w:right w:w="35" w:type="dxa"/>
            </w:tcMar>
            <w:vAlign w:val="center"/>
          </w:tcPr>
          <w:p w14:paraId="103A143E" w14:textId="77777777" w:rsidR="00A06E61" w:rsidRDefault="00000000" w:rsidP="00865662">
            <w:r>
              <w:rPr>
                <w:color w:val="000000"/>
                <w:sz w:val="13"/>
              </w:rPr>
              <w:t>Aquaculture</w:t>
            </w:r>
          </w:p>
        </w:tc>
        <w:tc>
          <w:tcPr>
            <w:tcW w:w="907" w:type="dxa"/>
            <w:shd w:val="clear" w:color="auto" w:fill="DDEBF7"/>
            <w:tcMar>
              <w:top w:w="35" w:type="dxa"/>
              <w:left w:w="35" w:type="dxa"/>
              <w:bottom w:w="35" w:type="dxa"/>
              <w:right w:w="35" w:type="dxa"/>
            </w:tcMar>
            <w:vAlign w:val="center"/>
          </w:tcPr>
          <w:p w14:paraId="1F274E4A"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41F33676"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2A7D34F2" w14:textId="77777777" w:rsidR="00A06E61" w:rsidRDefault="00000000">
            <w:r>
              <w:rPr>
                <w:b/>
                <w:color w:val="000000"/>
                <w:sz w:val="13"/>
              </w:rPr>
              <w:t>In-Field:</w:t>
            </w:r>
            <w:r>
              <w:rPr>
                <w:color w:val="000000"/>
                <w:sz w:val="13"/>
              </w:rPr>
              <w:t xml:space="preserve"> To hold a master’s degree with thesis in Fisheries.</w:t>
            </w:r>
          </w:p>
          <w:p w14:paraId="2064E6DB" w14:textId="77777777" w:rsidR="00A06E61" w:rsidRDefault="00000000">
            <w:r>
              <w:rPr>
                <w:b/>
                <w:color w:val="000000"/>
                <w:sz w:val="13"/>
              </w:rPr>
              <w:t>Out-of-Field:</w:t>
            </w:r>
            <w:r>
              <w:rPr>
                <w:color w:val="000000"/>
                <w:sz w:val="13"/>
              </w:rPr>
              <w:t xml:space="preserve"> To hold a master’s degree with thesis in Horticulture, Biology, Environmental Engineering, Genetics and Bioengineering, Food Engineering, Molecular Biology and Genetics, Agricultural Economics, Veterinary Medicine, or Animal Science.</w:t>
            </w:r>
          </w:p>
        </w:tc>
        <w:tc>
          <w:tcPr>
            <w:tcW w:w="708" w:type="dxa"/>
            <w:shd w:val="clear" w:color="auto" w:fill="DDEBF7"/>
            <w:tcMar>
              <w:top w:w="35" w:type="dxa"/>
              <w:left w:w="35" w:type="dxa"/>
              <w:bottom w:w="35" w:type="dxa"/>
              <w:right w:w="35" w:type="dxa"/>
            </w:tcMar>
            <w:vAlign w:val="center"/>
          </w:tcPr>
          <w:p w14:paraId="59F92936" w14:textId="77777777" w:rsidR="00A06E61" w:rsidRDefault="00000000">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46AEEBA9"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3F939394"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1B915ECC" w14:textId="77777777" w:rsidR="00A06E61" w:rsidRDefault="00000000">
            <w:pPr>
              <w:jc w:val="center"/>
            </w:pPr>
            <w:r>
              <w:rPr>
                <w:color w:val="000000"/>
                <w:sz w:val="13"/>
              </w:rPr>
              <w:t>7</w:t>
            </w:r>
          </w:p>
        </w:tc>
      </w:tr>
      <w:tr w:rsidR="00A06E61" w14:paraId="5CD9C880" w14:textId="77777777" w:rsidTr="00865662">
        <w:trPr>
          <w:jc w:val="center"/>
        </w:trPr>
        <w:tc>
          <w:tcPr>
            <w:tcW w:w="1701" w:type="dxa"/>
            <w:shd w:val="clear" w:color="auto" w:fill="FFFFFF"/>
            <w:tcMar>
              <w:top w:w="35" w:type="dxa"/>
              <w:left w:w="35" w:type="dxa"/>
              <w:bottom w:w="35" w:type="dxa"/>
              <w:right w:w="35" w:type="dxa"/>
            </w:tcMar>
            <w:vAlign w:val="center"/>
          </w:tcPr>
          <w:p w14:paraId="02488CA6" w14:textId="77777777" w:rsidR="00A06E61" w:rsidRDefault="00000000" w:rsidP="00865662">
            <w:r>
              <w:rPr>
                <w:color w:val="000000"/>
                <w:sz w:val="13"/>
              </w:rPr>
              <w:t>History</w:t>
            </w:r>
          </w:p>
        </w:tc>
        <w:tc>
          <w:tcPr>
            <w:tcW w:w="1814" w:type="dxa"/>
            <w:shd w:val="clear" w:color="auto" w:fill="FFFFFF"/>
            <w:tcMar>
              <w:top w:w="35" w:type="dxa"/>
              <w:left w:w="35" w:type="dxa"/>
              <w:bottom w:w="35" w:type="dxa"/>
              <w:right w:w="35" w:type="dxa"/>
            </w:tcMar>
            <w:vAlign w:val="center"/>
          </w:tcPr>
          <w:p w14:paraId="344861D8" w14:textId="77777777" w:rsidR="00A06E61" w:rsidRDefault="00000000" w:rsidP="00865662">
            <w:r>
              <w:rPr>
                <w:color w:val="000000"/>
                <w:sz w:val="13"/>
              </w:rPr>
              <w:t>History</w:t>
            </w:r>
          </w:p>
        </w:tc>
        <w:tc>
          <w:tcPr>
            <w:tcW w:w="907" w:type="dxa"/>
            <w:shd w:val="clear" w:color="auto" w:fill="FFFFFF"/>
            <w:tcMar>
              <w:top w:w="35" w:type="dxa"/>
              <w:left w:w="35" w:type="dxa"/>
              <w:bottom w:w="35" w:type="dxa"/>
              <w:right w:w="35" w:type="dxa"/>
            </w:tcMar>
            <w:vAlign w:val="center"/>
          </w:tcPr>
          <w:p w14:paraId="57DE7562"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0C4A2040"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12C3DD18" w14:textId="77777777" w:rsidR="00A06E61" w:rsidRDefault="00000000">
            <w:r>
              <w:rPr>
                <w:b/>
                <w:color w:val="000000"/>
                <w:sz w:val="13"/>
              </w:rPr>
              <w:t>In-Field:</w:t>
            </w:r>
            <w:r>
              <w:rPr>
                <w:color w:val="000000"/>
                <w:sz w:val="13"/>
              </w:rPr>
              <w:t xml:space="preserve"> To hold a master’s degree with thesis in History.</w:t>
            </w:r>
          </w:p>
          <w:p w14:paraId="7F058AC7" w14:textId="77777777" w:rsidR="00A06E61" w:rsidRDefault="00000000">
            <w:r>
              <w:rPr>
                <w:b/>
                <w:color w:val="000000"/>
                <w:sz w:val="13"/>
              </w:rPr>
              <w:t>Out-of-Field:</w:t>
            </w:r>
            <w:r>
              <w:rPr>
                <w:color w:val="000000"/>
                <w:sz w:val="13"/>
              </w:rPr>
              <w:t xml:space="preserve"> To hold a master’s degree with thesis in Archaeology, History of Science, Contemporary Turkish Dialects and Literatures, Geography, Philosophy, Economics, Islamic History and Arts, Business Administration, Political Science and Public Administration, Social Studies Teaching, History Teaching, Turkish Language and Literature, or International Relations.</w:t>
            </w:r>
          </w:p>
        </w:tc>
        <w:tc>
          <w:tcPr>
            <w:tcW w:w="708" w:type="dxa"/>
            <w:shd w:val="clear" w:color="auto" w:fill="FFFFFF"/>
            <w:tcMar>
              <w:top w:w="35" w:type="dxa"/>
              <w:left w:w="35" w:type="dxa"/>
              <w:bottom w:w="35" w:type="dxa"/>
              <w:right w:w="35" w:type="dxa"/>
            </w:tcMar>
            <w:vAlign w:val="center"/>
          </w:tcPr>
          <w:p w14:paraId="12A9E2D1" w14:textId="57E99CC9" w:rsidR="00A06E61" w:rsidRDefault="002A7645">
            <w:pPr>
              <w:jc w:val="center"/>
            </w:pPr>
            <w:r>
              <w:rPr>
                <w:color w:val="000000"/>
                <w:sz w:val="13"/>
              </w:rPr>
              <w:t>8</w:t>
            </w:r>
          </w:p>
        </w:tc>
        <w:tc>
          <w:tcPr>
            <w:tcW w:w="708" w:type="dxa"/>
            <w:shd w:val="clear" w:color="auto" w:fill="FFFFFF"/>
            <w:tcMar>
              <w:top w:w="35" w:type="dxa"/>
              <w:left w:w="35" w:type="dxa"/>
              <w:bottom w:w="35" w:type="dxa"/>
              <w:right w:w="35" w:type="dxa"/>
            </w:tcMar>
            <w:vAlign w:val="center"/>
          </w:tcPr>
          <w:p w14:paraId="1A6F1C68" w14:textId="77777777" w:rsidR="00A06E61" w:rsidRDefault="00000000">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33A18944" w14:textId="77777777" w:rsidR="00A06E61" w:rsidRDefault="00000000">
            <w:pPr>
              <w:jc w:val="center"/>
            </w:pPr>
            <w:r>
              <w:rPr>
                <w:color w:val="000000"/>
                <w:sz w:val="13"/>
              </w:rPr>
              <w:t>5</w:t>
            </w:r>
          </w:p>
        </w:tc>
        <w:tc>
          <w:tcPr>
            <w:tcW w:w="623" w:type="dxa"/>
            <w:shd w:val="clear" w:color="auto" w:fill="FFFFFF"/>
            <w:tcMar>
              <w:top w:w="35" w:type="dxa"/>
              <w:left w:w="35" w:type="dxa"/>
              <w:bottom w:w="35" w:type="dxa"/>
              <w:right w:w="35" w:type="dxa"/>
            </w:tcMar>
            <w:vAlign w:val="center"/>
          </w:tcPr>
          <w:p w14:paraId="571BB41E" w14:textId="3D4B3C6E" w:rsidR="00A06E61" w:rsidRDefault="00000000">
            <w:pPr>
              <w:jc w:val="center"/>
            </w:pPr>
            <w:r>
              <w:rPr>
                <w:color w:val="000000"/>
                <w:sz w:val="13"/>
              </w:rPr>
              <w:t>1</w:t>
            </w:r>
            <w:r w:rsidR="002A7645">
              <w:rPr>
                <w:color w:val="000000"/>
                <w:sz w:val="13"/>
              </w:rPr>
              <w:t>4</w:t>
            </w:r>
          </w:p>
        </w:tc>
      </w:tr>
      <w:tr w:rsidR="00A06E61" w14:paraId="75785059" w14:textId="77777777" w:rsidTr="00865662">
        <w:trPr>
          <w:jc w:val="center"/>
        </w:trPr>
        <w:tc>
          <w:tcPr>
            <w:tcW w:w="1701" w:type="dxa"/>
            <w:shd w:val="clear" w:color="auto" w:fill="DDEBF7"/>
            <w:tcMar>
              <w:top w:w="35" w:type="dxa"/>
              <w:left w:w="35" w:type="dxa"/>
              <w:bottom w:w="35" w:type="dxa"/>
              <w:right w:w="35" w:type="dxa"/>
            </w:tcMar>
            <w:vAlign w:val="center"/>
          </w:tcPr>
          <w:p w14:paraId="29EDBC08" w14:textId="77777777" w:rsidR="00A06E61" w:rsidRDefault="00000000" w:rsidP="00865662">
            <w:r>
              <w:rPr>
                <w:color w:val="000000"/>
                <w:sz w:val="13"/>
              </w:rPr>
              <w:t>Basic Education</w:t>
            </w:r>
          </w:p>
        </w:tc>
        <w:tc>
          <w:tcPr>
            <w:tcW w:w="1814" w:type="dxa"/>
            <w:shd w:val="clear" w:color="auto" w:fill="DDEBF7"/>
            <w:tcMar>
              <w:top w:w="35" w:type="dxa"/>
              <w:left w:w="35" w:type="dxa"/>
              <w:bottom w:w="35" w:type="dxa"/>
              <w:right w:w="35" w:type="dxa"/>
            </w:tcMar>
            <w:vAlign w:val="center"/>
          </w:tcPr>
          <w:p w14:paraId="2053371B" w14:textId="77777777" w:rsidR="00A06E61" w:rsidRDefault="00000000" w:rsidP="00865662">
            <w:r>
              <w:rPr>
                <w:color w:val="000000"/>
                <w:sz w:val="13"/>
              </w:rPr>
              <w:t>Classroom Education</w:t>
            </w:r>
          </w:p>
        </w:tc>
        <w:tc>
          <w:tcPr>
            <w:tcW w:w="907" w:type="dxa"/>
            <w:shd w:val="clear" w:color="auto" w:fill="DDEBF7"/>
            <w:tcMar>
              <w:top w:w="35" w:type="dxa"/>
              <w:left w:w="35" w:type="dxa"/>
              <w:bottom w:w="35" w:type="dxa"/>
              <w:right w:w="35" w:type="dxa"/>
            </w:tcMar>
            <w:vAlign w:val="center"/>
          </w:tcPr>
          <w:p w14:paraId="3375C321" w14:textId="77777777" w:rsidR="00A06E61" w:rsidRDefault="00000000">
            <w:pPr>
              <w:jc w:val="center"/>
            </w:pPr>
            <w:r>
              <w:rPr>
                <w:color w:val="000000"/>
                <w:sz w:val="13"/>
              </w:rPr>
              <w:t>EA (70)</w:t>
            </w:r>
          </w:p>
        </w:tc>
        <w:tc>
          <w:tcPr>
            <w:tcW w:w="963" w:type="dxa"/>
            <w:shd w:val="clear" w:color="auto" w:fill="DDEBF7"/>
            <w:tcMar>
              <w:top w:w="35" w:type="dxa"/>
              <w:left w:w="35" w:type="dxa"/>
              <w:bottom w:w="35" w:type="dxa"/>
              <w:right w:w="35" w:type="dxa"/>
            </w:tcMar>
            <w:vAlign w:val="center"/>
          </w:tcPr>
          <w:p w14:paraId="47CB84EE"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65B78449" w14:textId="77777777" w:rsidR="00A06E61" w:rsidRDefault="00000000">
            <w:r>
              <w:rPr>
                <w:b/>
                <w:color w:val="000000"/>
                <w:sz w:val="13"/>
              </w:rPr>
              <w:t>In-Field:</w:t>
            </w:r>
            <w:r>
              <w:rPr>
                <w:color w:val="000000"/>
                <w:sz w:val="13"/>
              </w:rPr>
              <w:t xml:space="preserve"> To hold a master’s degree with thesis in Classroom Education; or to be a graduate of the Classroom Teaching undergraduate program and hold a master’s degree with thesis in the Department of Educational Sciences.</w:t>
            </w:r>
          </w:p>
          <w:p w14:paraId="4C5ADEF4"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552808D6"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7BE7DD8B"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092B1B9B"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5CEB165" w14:textId="77777777" w:rsidR="00A06E61" w:rsidRDefault="00000000">
            <w:pPr>
              <w:jc w:val="center"/>
            </w:pPr>
            <w:r>
              <w:rPr>
                <w:color w:val="000000"/>
                <w:sz w:val="13"/>
              </w:rPr>
              <w:t>7</w:t>
            </w:r>
          </w:p>
        </w:tc>
      </w:tr>
      <w:tr w:rsidR="00A06E61" w14:paraId="6AB5062A" w14:textId="77777777" w:rsidTr="00865662">
        <w:trPr>
          <w:jc w:val="center"/>
        </w:trPr>
        <w:tc>
          <w:tcPr>
            <w:tcW w:w="1701" w:type="dxa"/>
            <w:shd w:val="clear" w:color="auto" w:fill="FFFFFF"/>
            <w:tcMar>
              <w:top w:w="35" w:type="dxa"/>
              <w:left w:w="35" w:type="dxa"/>
              <w:bottom w:w="35" w:type="dxa"/>
              <w:right w:w="35" w:type="dxa"/>
            </w:tcMar>
            <w:vAlign w:val="center"/>
          </w:tcPr>
          <w:p w14:paraId="23AF4C50" w14:textId="77777777" w:rsidR="00A06E61" w:rsidRDefault="00000000" w:rsidP="00865662">
            <w:r>
              <w:rPr>
                <w:color w:val="000000"/>
                <w:sz w:val="13"/>
              </w:rPr>
              <w:t>Basic Islamic Sciences</w:t>
            </w:r>
          </w:p>
        </w:tc>
        <w:tc>
          <w:tcPr>
            <w:tcW w:w="1814" w:type="dxa"/>
            <w:shd w:val="clear" w:color="auto" w:fill="FFFFFF"/>
            <w:tcMar>
              <w:top w:w="35" w:type="dxa"/>
              <w:left w:w="35" w:type="dxa"/>
              <w:bottom w:w="35" w:type="dxa"/>
              <w:right w:w="35" w:type="dxa"/>
            </w:tcMar>
            <w:vAlign w:val="center"/>
          </w:tcPr>
          <w:p w14:paraId="170F54C8" w14:textId="77777777" w:rsidR="00A06E61" w:rsidRDefault="00000000" w:rsidP="00865662">
            <w:r>
              <w:rPr>
                <w:color w:val="000000"/>
                <w:sz w:val="13"/>
              </w:rPr>
              <w:t>Basic Islamic Sciences</w:t>
            </w:r>
          </w:p>
        </w:tc>
        <w:tc>
          <w:tcPr>
            <w:tcW w:w="907" w:type="dxa"/>
            <w:shd w:val="clear" w:color="auto" w:fill="FFFFFF"/>
            <w:tcMar>
              <w:top w:w="35" w:type="dxa"/>
              <w:left w:w="35" w:type="dxa"/>
              <w:bottom w:w="35" w:type="dxa"/>
              <w:right w:w="35" w:type="dxa"/>
            </w:tcMar>
            <w:vAlign w:val="center"/>
          </w:tcPr>
          <w:p w14:paraId="42344D94"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6B910732"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35CE009A" w14:textId="77777777" w:rsidR="00A06E61" w:rsidRDefault="00000000">
            <w:r>
              <w:rPr>
                <w:b/>
                <w:color w:val="000000"/>
                <w:sz w:val="13"/>
              </w:rPr>
              <w:t>In-Field:</w:t>
            </w:r>
            <w:r>
              <w:rPr>
                <w:color w:val="000000"/>
                <w:sz w:val="13"/>
              </w:rPr>
              <w:t xml:space="preserve"> To hold a master’s degree with thesis in Arabic Language and Rhetoric, Hadith, Islamic Law (Fiqh), History of Islamic Sects, Kalam, Qur’anic Recitation and Qira’at, Sufism, Tafsir, or Basic Islamic Sciences.</w:t>
            </w:r>
          </w:p>
          <w:p w14:paraId="3AF9DC1A" w14:textId="77777777" w:rsidR="00A06E61" w:rsidRDefault="00000000">
            <w:r>
              <w:rPr>
                <w:b/>
                <w:color w:val="000000"/>
                <w:sz w:val="13"/>
              </w:rPr>
              <w:t>Out-of-Field:</w:t>
            </w:r>
            <w:r>
              <w:rPr>
                <w:color w:val="000000"/>
                <w:sz w:val="13"/>
              </w:rPr>
              <w:t xml:space="preserve"> To hold a master’s degree with thesis in Arabic Language and Literature, Philosophy and Religious Sciences, or Islamic History and Arts.</w:t>
            </w:r>
          </w:p>
        </w:tc>
        <w:tc>
          <w:tcPr>
            <w:tcW w:w="708" w:type="dxa"/>
            <w:shd w:val="clear" w:color="auto" w:fill="FFFFFF"/>
            <w:tcMar>
              <w:top w:w="35" w:type="dxa"/>
              <w:left w:w="35" w:type="dxa"/>
              <w:bottom w:w="35" w:type="dxa"/>
              <w:right w:w="35" w:type="dxa"/>
            </w:tcMar>
            <w:vAlign w:val="center"/>
          </w:tcPr>
          <w:p w14:paraId="1E7DA837" w14:textId="77777777" w:rsidR="00A06E61" w:rsidRDefault="00000000">
            <w:pPr>
              <w:jc w:val="center"/>
            </w:pPr>
            <w:r>
              <w:rPr>
                <w:color w:val="000000"/>
                <w:sz w:val="13"/>
              </w:rPr>
              <w:t>10</w:t>
            </w:r>
          </w:p>
        </w:tc>
        <w:tc>
          <w:tcPr>
            <w:tcW w:w="708" w:type="dxa"/>
            <w:shd w:val="clear" w:color="auto" w:fill="FFFFFF"/>
            <w:tcMar>
              <w:top w:w="35" w:type="dxa"/>
              <w:left w:w="35" w:type="dxa"/>
              <w:bottom w:w="35" w:type="dxa"/>
              <w:right w:w="35" w:type="dxa"/>
            </w:tcMar>
            <w:vAlign w:val="center"/>
          </w:tcPr>
          <w:p w14:paraId="55AB067E" w14:textId="77777777" w:rsidR="00A06E61" w:rsidRDefault="00000000">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1D24F8AD"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2E64C3B7" w14:textId="77777777" w:rsidR="00A06E61" w:rsidRDefault="00000000">
            <w:pPr>
              <w:jc w:val="center"/>
            </w:pPr>
            <w:r>
              <w:rPr>
                <w:color w:val="000000"/>
                <w:sz w:val="13"/>
              </w:rPr>
              <w:t>13</w:t>
            </w:r>
          </w:p>
        </w:tc>
      </w:tr>
      <w:tr w:rsidR="00A06E61" w14:paraId="78BD1F79" w14:textId="77777777" w:rsidTr="00865662">
        <w:trPr>
          <w:jc w:val="center"/>
        </w:trPr>
        <w:tc>
          <w:tcPr>
            <w:tcW w:w="1701" w:type="dxa"/>
            <w:shd w:val="clear" w:color="auto" w:fill="DDEBF7"/>
            <w:tcMar>
              <w:top w:w="35" w:type="dxa"/>
              <w:left w:w="35" w:type="dxa"/>
              <w:bottom w:w="35" w:type="dxa"/>
              <w:right w:w="35" w:type="dxa"/>
            </w:tcMar>
            <w:vAlign w:val="center"/>
          </w:tcPr>
          <w:p w14:paraId="3DBA6C6C" w14:textId="77777777" w:rsidR="00A06E61" w:rsidRDefault="00000000" w:rsidP="00865662">
            <w:r>
              <w:rPr>
                <w:color w:val="000000"/>
                <w:sz w:val="13"/>
              </w:rPr>
              <w:t>Tourism Management</w:t>
            </w:r>
          </w:p>
        </w:tc>
        <w:tc>
          <w:tcPr>
            <w:tcW w:w="1814" w:type="dxa"/>
            <w:shd w:val="clear" w:color="auto" w:fill="DDEBF7"/>
            <w:tcMar>
              <w:top w:w="35" w:type="dxa"/>
              <w:left w:w="35" w:type="dxa"/>
              <w:bottom w:w="35" w:type="dxa"/>
              <w:right w:w="35" w:type="dxa"/>
            </w:tcMar>
            <w:vAlign w:val="center"/>
          </w:tcPr>
          <w:p w14:paraId="33DE4C0B" w14:textId="77777777" w:rsidR="00A06E61" w:rsidRDefault="00000000" w:rsidP="00865662">
            <w:r>
              <w:rPr>
                <w:color w:val="000000"/>
                <w:sz w:val="13"/>
              </w:rPr>
              <w:t>Tourism Management</w:t>
            </w:r>
          </w:p>
        </w:tc>
        <w:tc>
          <w:tcPr>
            <w:tcW w:w="907" w:type="dxa"/>
            <w:shd w:val="clear" w:color="auto" w:fill="DDEBF7"/>
            <w:tcMar>
              <w:top w:w="35" w:type="dxa"/>
              <w:left w:w="35" w:type="dxa"/>
              <w:bottom w:w="35" w:type="dxa"/>
              <w:right w:w="35" w:type="dxa"/>
            </w:tcMar>
            <w:vAlign w:val="center"/>
          </w:tcPr>
          <w:p w14:paraId="72180F8B" w14:textId="77777777" w:rsidR="00A06E61" w:rsidRDefault="00000000">
            <w:pPr>
              <w:jc w:val="center"/>
            </w:pPr>
            <w:r>
              <w:rPr>
                <w:color w:val="000000"/>
                <w:sz w:val="13"/>
              </w:rPr>
              <w:t>SÖZ/EA (60)</w:t>
            </w:r>
          </w:p>
        </w:tc>
        <w:tc>
          <w:tcPr>
            <w:tcW w:w="963" w:type="dxa"/>
            <w:shd w:val="clear" w:color="auto" w:fill="DDEBF7"/>
            <w:tcMar>
              <w:top w:w="35" w:type="dxa"/>
              <w:left w:w="35" w:type="dxa"/>
              <w:bottom w:w="35" w:type="dxa"/>
              <w:right w:w="35" w:type="dxa"/>
            </w:tcMar>
            <w:vAlign w:val="center"/>
          </w:tcPr>
          <w:p w14:paraId="201947A0"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04DD8FFB" w14:textId="77777777" w:rsidR="00A06E61" w:rsidRDefault="00000000">
            <w:r>
              <w:rPr>
                <w:b/>
                <w:color w:val="000000"/>
                <w:sz w:val="13"/>
              </w:rPr>
              <w:t>In-Field:</w:t>
            </w:r>
            <w:r>
              <w:rPr>
                <w:color w:val="000000"/>
                <w:sz w:val="13"/>
              </w:rPr>
              <w:t xml:space="preserve"> To hold a master’s degree with thesis in Hospitality Management, Travel Management, Travel Management and Tourism Guidance, Tourism Management, Tourism and Hotel Management, or Food and Beverage Management.</w:t>
            </w:r>
          </w:p>
          <w:p w14:paraId="42E95545" w14:textId="77777777" w:rsidR="00A06E61" w:rsidRDefault="00000000">
            <w:r>
              <w:rPr>
                <w:b/>
                <w:color w:val="000000"/>
                <w:sz w:val="13"/>
              </w:rPr>
              <w:t>Out-of-Field:</w:t>
            </w:r>
            <w:r>
              <w:rPr>
                <w:color w:val="000000"/>
                <w:sz w:val="13"/>
              </w:rPr>
              <w:t xml:space="preserve"> To hold a master’s degree with thesis in Banking and Finance, Labor Economics and Industrial Relations, Financial Economics, Gastronomy and Culinary Arts, Entrepreneurship and Innovation Management, Economics, Faith Tourism, Human Resources Management, Business Administration, Accounting and Finance, Marketing, Recreation Management, Art History, Political Science and Public Administration, Sociology, Tourism Guidance, International Trade and Logistics, or Production Management and Marketing.</w:t>
            </w:r>
          </w:p>
        </w:tc>
        <w:tc>
          <w:tcPr>
            <w:tcW w:w="708" w:type="dxa"/>
            <w:shd w:val="clear" w:color="auto" w:fill="DDEBF7"/>
            <w:tcMar>
              <w:top w:w="35" w:type="dxa"/>
              <w:left w:w="35" w:type="dxa"/>
              <w:bottom w:w="35" w:type="dxa"/>
              <w:right w:w="35" w:type="dxa"/>
            </w:tcMar>
            <w:vAlign w:val="center"/>
          </w:tcPr>
          <w:p w14:paraId="0C78FDAE" w14:textId="77777777" w:rsidR="00A06E61" w:rsidRDefault="00000000">
            <w:pPr>
              <w:jc w:val="center"/>
            </w:pPr>
            <w:r>
              <w:rPr>
                <w:color w:val="000000"/>
                <w:sz w:val="13"/>
              </w:rPr>
              <w:t>10</w:t>
            </w:r>
          </w:p>
        </w:tc>
        <w:tc>
          <w:tcPr>
            <w:tcW w:w="708" w:type="dxa"/>
            <w:shd w:val="clear" w:color="auto" w:fill="DDEBF7"/>
            <w:tcMar>
              <w:top w:w="35" w:type="dxa"/>
              <w:left w:w="35" w:type="dxa"/>
              <w:bottom w:w="35" w:type="dxa"/>
              <w:right w:w="35" w:type="dxa"/>
            </w:tcMar>
            <w:vAlign w:val="center"/>
          </w:tcPr>
          <w:p w14:paraId="18A8A5E0"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18F0358E" w14:textId="77777777" w:rsidR="00A06E61" w:rsidRDefault="00000000">
            <w:pPr>
              <w:jc w:val="center"/>
            </w:pPr>
            <w:r>
              <w:rPr>
                <w:color w:val="000000"/>
                <w:sz w:val="13"/>
              </w:rPr>
              <w:t>5</w:t>
            </w:r>
          </w:p>
        </w:tc>
        <w:tc>
          <w:tcPr>
            <w:tcW w:w="623" w:type="dxa"/>
            <w:shd w:val="clear" w:color="auto" w:fill="DDEBF7"/>
            <w:tcMar>
              <w:top w:w="35" w:type="dxa"/>
              <w:left w:w="35" w:type="dxa"/>
              <w:bottom w:w="35" w:type="dxa"/>
              <w:right w:w="35" w:type="dxa"/>
            </w:tcMar>
            <w:vAlign w:val="center"/>
          </w:tcPr>
          <w:p w14:paraId="52433E62" w14:textId="77777777" w:rsidR="00A06E61" w:rsidRDefault="00000000">
            <w:pPr>
              <w:jc w:val="center"/>
            </w:pPr>
            <w:r>
              <w:rPr>
                <w:color w:val="000000"/>
                <w:sz w:val="13"/>
              </w:rPr>
              <w:t>18</w:t>
            </w:r>
          </w:p>
        </w:tc>
      </w:tr>
      <w:tr w:rsidR="00A06E61" w14:paraId="0DC5DB95" w14:textId="77777777" w:rsidTr="00865662">
        <w:trPr>
          <w:jc w:val="center"/>
        </w:trPr>
        <w:tc>
          <w:tcPr>
            <w:tcW w:w="1701" w:type="dxa"/>
            <w:shd w:val="clear" w:color="auto" w:fill="FFFFFF"/>
            <w:tcMar>
              <w:top w:w="35" w:type="dxa"/>
              <w:left w:w="35" w:type="dxa"/>
              <w:bottom w:w="35" w:type="dxa"/>
              <w:right w:w="35" w:type="dxa"/>
            </w:tcMar>
            <w:vAlign w:val="center"/>
          </w:tcPr>
          <w:p w14:paraId="0A6D580D" w14:textId="77777777" w:rsidR="00A06E61" w:rsidRDefault="00000000" w:rsidP="00865662">
            <w:r>
              <w:rPr>
                <w:color w:val="000000"/>
                <w:sz w:val="13"/>
              </w:rPr>
              <w:t>Turkish Language and Literature</w:t>
            </w:r>
          </w:p>
        </w:tc>
        <w:tc>
          <w:tcPr>
            <w:tcW w:w="1814" w:type="dxa"/>
            <w:shd w:val="clear" w:color="auto" w:fill="FFFFFF"/>
            <w:tcMar>
              <w:top w:w="35" w:type="dxa"/>
              <w:left w:w="35" w:type="dxa"/>
              <w:bottom w:w="35" w:type="dxa"/>
              <w:right w:w="35" w:type="dxa"/>
            </w:tcMar>
            <w:vAlign w:val="center"/>
          </w:tcPr>
          <w:p w14:paraId="1FD79E33" w14:textId="77777777" w:rsidR="00A06E61" w:rsidRDefault="00000000" w:rsidP="00865662">
            <w:r>
              <w:rPr>
                <w:color w:val="000000"/>
                <w:sz w:val="13"/>
              </w:rPr>
              <w:t>Turkish Language and Literature</w:t>
            </w:r>
          </w:p>
        </w:tc>
        <w:tc>
          <w:tcPr>
            <w:tcW w:w="907" w:type="dxa"/>
            <w:shd w:val="clear" w:color="auto" w:fill="FFFFFF"/>
            <w:tcMar>
              <w:top w:w="35" w:type="dxa"/>
              <w:left w:w="35" w:type="dxa"/>
              <w:bottom w:w="35" w:type="dxa"/>
              <w:right w:w="35" w:type="dxa"/>
            </w:tcMar>
            <w:vAlign w:val="center"/>
          </w:tcPr>
          <w:p w14:paraId="2DDCDC33" w14:textId="77777777" w:rsidR="00A06E61" w:rsidRDefault="00000000">
            <w:pPr>
              <w:jc w:val="center"/>
            </w:pPr>
            <w:r>
              <w:rPr>
                <w:color w:val="000000"/>
                <w:sz w:val="13"/>
              </w:rPr>
              <w:t>SÖZ (65)</w:t>
            </w:r>
          </w:p>
        </w:tc>
        <w:tc>
          <w:tcPr>
            <w:tcW w:w="963" w:type="dxa"/>
            <w:shd w:val="clear" w:color="auto" w:fill="FFFFFF"/>
            <w:tcMar>
              <w:top w:w="35" w:type="dxa"/>
              <w:left w:w="35" w:type="dxa"/>
              <w:bottom w:w="35" w:type="dxa"/>
              <w:right w:w="35" w:type="dxa"/>
            </w:tcMar>
            <w:vAlign w:val="center"/>
          </w:tcPr>
          <w:p w14:paraId="0CF869EC" w14:textId="77777777" w:rsidR="00A06E61" w:rsidRDefault="00000000">
            <w:pPr>
              <w:jc w:val="center"/>
            </w:pPr>
            <w:r>
              <w:rPr>
                <w:color w:val="000000"/>
                <w:sz w:val="13"/>
              </w:rPr>
              <w:t>55</w:t>
            </w:r>
          </w:p>
        </w:tc>
        <w:tc>
          <w:tcPr>
            <w:tcW w:w="6917" w:type="dxa"/>
            <w:shd w:val="clear" w:color="auto" w:fill="FFFFFF"/>
            <w:tcMar>
              <w:top w:w="35" w:type="dxa"/>
              <w:left w:w="35" w:type="dxa"/>
              <w:bottom w:w="35" w:type="dxa"/>
              <w:right w:w="35" w:type="dxa"/>
            </w:tcMar>
          </w:tcPr>
          <w:p w14:paraId="31042A99" w14:textId="77777777" w:rsidR="00A06E61" w:rsidRDefault="00000000">
            <w:r>
              <w:rPr>
                <w:b/>
                <w:color w:val="000000"/>
                <w:sz w:val="13"/>
              </w:rPr>
              <w:t>In-Field:</w:t>
            </w:r>
            <w:r>
              <w:rPr>
                <w:color w:val="000000"/>
                <w:sz w:val="13"/>
              </w:rPr>
              <w:t xml:space="preserve"> To hold a master’s degree with thesis in Old Turkish Language, Old Turkish Literature, Islamic History and Arts, Turkish Language and Literature, Turkish Folk Literature, Modern Turkish Language, or Modern Turkish Literature.</w:t>
            </w:r>
          </w:p>
          <w:p w14:paraId="07E2FB57" w14:textId="77777777" w:rsidR="00A06E61" w:rsidRDefault="00000000">
            <w:r>
              <w:rPr>
                <w:b/>
                <w:color w:val="000000"/>
                <w:sz w:val="13"/>
              </w:rPr>
              <w:t>Out-of-Field:</w:t>
            </w:r>
            <w:r>
              <w:rPr>
                <w:color w:val="000000"/>
                <w:sz w:val="13"/>
              </w:rPr>
              <w:t xml:space="preserve"> To hold a master’s degree with thesis in Contemporary Turkish Dialects and Literatures, Folklore, or Turkish-Islamic Literature.</w:t>
            </w:r>
          </w:p>
        </w:tc>
        <w:tc>
          <w:tcPr>
            <w:tcW w:w="708" w:type="dxa"/>
            <w:shd w:val="clear" w:color="auto" w:fill="FFFFFF"/>
            <w:tcMar>
              <w:top w:w="35" w:type="dxa"/>
              <w:left w:w="35" w:type="dxa"/>
              <w:bottom w:w="35" w:type="dxa"/>
              <w:right w:w="35" w:type="dxa"/>
            </w:tcMar>
            <w:vAlign w:val="center"/>
          </w:tcPr>
          <w:p w14:paraId="29D0DE39" w14:textId="3EEF25B9" w:rsidR="00A06E61" w:rsidRDefault="002A7645">
            <w:pPr>
              <w:jc w:val="center"/>
            </w:pPr>
            <w:r>
              <w:rPr>
                <w:color w:val="000000"/>
                <w:sz w:val="13"/>
              </w:rPr>
              <w:t>6</w:t>
            </w:r>
          </w:p>
        </w:tc>
        <w:tc>
          <w:tcPr>
            <w:tcW w:w="708" w:type="dxa"/>
            <w:shd w:val="clear" w:color="auto" w:fill="FFFFFF"/>
            <w:tcMar>
              <w:top w:w="35" w:type="dxa"/>
              <w:left w:w="35" w:type="dxa"/>
              <w:bottom w:w="35" w:type="dxa"/>
              <w:right w:w="35" w:type="dxa"/>
            </w:tcMar>
            <w:vAlign w:val="center"/>
          </w:tcPr>
          <w:p w14:paraId="4CE9EB3A" w14:textId="77777777" w:rsidR="00A06E61" w:rsidRDefault="00000000">
            <w:pPr>
              <w:jc w:val="center"/>
            </w:pPr>
            <w:r>
              <w:rPr>
                <w:color w:val="000000"/>
                <w:sz w:val="13"/>
              </w:rPr>
              <w:t>3</w:t>
            </w:r>
          </w:p>
        </w:tc>
        <w:tc>
          <w:tcPr>
            <w:tcW w:w="878" w:type="dxa"/>
            <w:shd w:val="clear" w:color="auto" w:fill="FFFFFF"/>
            <w:tcMar>
              <w:top w:w="35" w:type="dxa"/>
              <w:left w:w="35" w:type="dxa"/>
              <w:bottom w:w="35" w:type="dxa"/>
              <w:right w:w="35" w:type="dxa"/>
            </w:tcMar>
            <w:vAlign w:val="center"/>
          </w:tcPr>
          <w:p w14:paraId="44F1E497" w14:textId="77777777" w:rsidR="00A06E61" w:rsidRDefault="00000000">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0EDB4A80" w14:textId="10967ED6" w:rsidR="00A06E61" w:rsidRDefault="00000000">
            <w:pPr>
              <w:jc w:val="center"/>
            </w:pPr>
            <w:r>
              <w:rPr>
                <w:color w:val="000000"/>
                <w:sz w:val="13"/>
              </w:rPr>
              <w:t>1</w:t>
            </w:r>
            <w:r w:rsidR="002A7645">
              <w:rPr>
                <w:color w:val="000000"/>
                <w:sz w:val="13"/>
              </w:rPr>
              <w:t>2</w:t>
            </w:r>
          </w:p>
        </w:tc>
      </w:tr>
      <w:tr w:rsidR="00A06E61" w14:paraId="3DE19059" w14:textId="77777777" w:rsidTr="00865662">
        <w:trPr>
          <w:jc w:val="center"/>
        </w:trPr>
        <w:tc>
          <w:tcPr>
            <w:tcW w:w="1701" w:type="dxa"/>
            <w:shd w:val="clear" w:color="auto" w:fill="DDEBF7"/>
            <w:tcMar>
              <w:top w:w="35" w:type="dxa"/>
              <w:left w:w="35" w:type="dxa"/>
              <w:bottom w:w="35" w:type="dxa"/>
              <w:right w:w="35" w:type="dxa"/>
            </w:tcMar>
            <w:vAlign w:val="center"/>
          </w:tcPr>
          <w:p w14:paraId="7A8596C0" w14:textId="77777777" w:rsidR="00A06E61" w:rsidRDefault="00000000" w:rsidP="00865662">
            <w:r>
              <w:rPr>
                <w:color w:val="000000"/>
                <w:sz w:val="13"/>
              </w:rPr>
              <w:t>Turkish and Social Sciences Education</w:t>
            </w:r>
          </w:p>
        </w:tc>
        <w:tc>
          <w:tcPr>
            <w:tcW w:w="1814" w:type="dxa"/>
            <w:shd w:val="clear" w:color="auto" w:fill="DDEBF7"/>
            <w:tcMar>
              <w:top w:w="35" w:type="dxa"/>
              <w:left w:w="35" w:type="dxa"/>
              <w:bottom w:w="35" w:type="dxa"/>
              <w:right w:w="35" w:type="dxa"/>
            </w:tcMar>
            <w:vAlign w:val="center"/>
          </w:tcPr>
          <w:p w14:paraId="71F549B8" w14:textId="77777777" w:rsidR="00A06E61" w:rsidRDefault="00000000" w:rsidP="00865662">
            <w:r>
              <w:rPr>
                <w:color w:val="000000"/>
                <w:sz w:val="13"/>
              </w:rPr>
              <w:t>Social Studies Education</w:t>
            </w:r>
          </w:p>
        </w:tc>
        <w:tc>
          <w:tcPr>
            <w:tcW w:w="907" w:type="dxa"/>
            <w:shd w:val="clear" w:color="auto" w:fill="DDEBF7"/>
            <w:tcMar>
              <w:top w:w="35" w:type="dxa"/>
              <w:left w:w="35" w:type="dxa"/>
              <w:bottom w:w="35" w:type="dxa"/>
              <w:right w:w="35" w:type="dxa"/>
            </w:tcMar>
            <w:vAlign w:val="center"/>
          </w:tcPr>
          <w:p w14:paraId="6A1A0F5A" w14:textId="77777777" w:rsidR="00A06E61" w:rsidRDefault="00000000">
            <w:pPr>
              <w:jc w:val="center"/>
            </w:pPr>
            <w:r>
              <w:rPr>
                <w:color w:val="000000"/>
                <w:sz w:val="13"/>
              </w:rPr>
              <w:t>SÖZ (65)</w:t>
            </w:r>
          </w:p>
        </w:tc>
        <w:tc>
          <w:tcPr>
            <w:tcW w:w="963" w:type="dxa"/>
            <w:shd w:val="clear" w:color="auto" w:fill="DDEBF7"/>
            <w:tcMar>
              <w:top w:w="35" w:type="dxa"/>
              <w:left w:w="35" w:type="dxa"/>
              <w:bottom w:w="35" w:type="dxa"/>
              <w:right w:w="35" w:type="dxa"/>
            </w:tcMar>
            <w:vAlign w:val="center"/>
          </w:tcPr>
          <w:p w14:paraId="04CBE51D" w14:textId="77777777" w:rsidR="00A06E61" w:rsidRDefault="00000000">
            <w:pPr>
              <w:jc w:val="center"/>
            </w:pPr>
            <w:r>
              <w:rPr>
                <w:color w:val="000000"/>
                <w:sz w:val="13"/>
              </w:rPr>
              <w:t>55</w:t>
            </w:r>
          </w:p>
        </w:tc>
        <w:tc>
          <w:tcPr>
            <w:tcW w:w="6917" w:type="dxa"/>
            <w:shd w:val="clear" w:color="auto" w:fill="DDEBF7"/>
            <w:tcMar>
              <w:top w:w="35" w:type="dxa"/>
              <w:left w:w="35" w:type="dxa"/>
              <w:bottom w:w="35" w:type="dxa"/>
              <w:right w:w="35" w:type="dxa"/>
            </w:tcMar>
          </w:tcPr>
          <w:p w14:paraId="1D212EDA" w14:textId="77777777" w:rsidR="00A06E61" w:rsidRDefault="00000000">
            <w:r>
              <w:rPr>
                <w:b/>
                <w:color w:val="000000"/>
                <w:sz w:val="13"/>
              </w:rPr>
              <w:t>In-Field:</w:t>
            </w:r>
            <w:r>
              <w:rPr>
                <w:color w:val="000000"/>
                <w:sz w:val="13"/>
              </w:rPr>
              <w:t xml:space="preserve"> To hold a master’s degree with thesis in Geography Education, Social Studies Education, or History Education; or to be a graduate of the Social Studies Teaching undergraduate program and hold a master’s degree with thesis in the Department of Educational Sciences or the Department of Classroom Education.</w:t>
            </w:r>
          </w:p>
          <w:p w14:paraId="1D0F2635"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69397DE4"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5D9F8E56"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4D245268"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057A3F78" w14:textId="77777777" w:rsidR="00A06E61" w:rsidRDefault="00000000">
            <w:pPr>
              <w:jc w:val="center"/>
            </w:pPr>
            <w:r>
              <w:rPr>
                <w:color w:val="000000"/>
                <w:sz w:val="13"/>
              </w:rPr>
              <w:t>7</w:t>
            </w:r>
          </w:p>
        </w:tc>
      </w:tr>
    </w:tbl>
    <w:p w14:paraId="116B7130" w14:textId="77777777" w:rsidR="00A06E61" w:rsidRDefault="00A06E61"/>
    <w:p w14:paraId="61E20385" w14:textId="77777777" w:rsidR="00A06E61" w:rsidRDefault="00000000">
      <w:pPr>
        <w:spacing w:before="60" w:after="60"/>
        <w:jc w:val="center"/>
      </w:pPr>
      <w:r>
        <w:rPr>
          <w:b/>
          <w:sz w:val="20"/>
        </w:rPr>
        <w:t>Explanatory Notes</w:t>
      </w:r>
    </w:p>
    <w:p w14:paraId="36ADF14A" w14:textId="77777777" w:rsidR="00A06E61" w:rsidRDefault="00000000">
      <w:pPr>
        <w:spacing w:after="40"/>
        <w:ind w:left="142" w:hanging="142"/>
      </w:pPr>
      <w:r>
        <w:rPr>
          <w:sz w:val="16"/>
        </w:rPr>
        <w:t>1. Research assistants who have been appointed to a research assistant position at Kastamonu University and who are studying at another university, or who are studying in another program because the program corresponding to their position is not available, shall be entitled to transfer horizontally by decision of the Executive Board of the Institute, without any further requirement, provided that they apply when the graduate program corresponding to their position becomes available.</w:t>
      </w:r>
    </w:p>
    <w:p w14:paraId="4A0E73E8" w14:textId="77777777" w:rsidR="00A06E61" w:rsidRDefault="00000000">
      <w:pPr>
        <w:spacing w:after="40"/>
        <w:ind w:left="142" w:hanging="142"/>
      </w:pPr>
      <w:r>
        <w:rPr>
          <w:sz w:val="16"/>
        </w:rPr>
        <w:t>2. For out-of-field applicants, the Scientific Preparatory Program is compulsory in accordance with Article 13 of the Kastamonu University Institute of Graduate Education Graduate Education and Training Directive.</w:t>
      </w:r>
    </w:p>
    <w:p w14:paraId="278164D3" w14:textId="77777777" w:rsidR="00A06E61" w:rsidRDefault="00000000">
      <w:pPr>
        <w:spacing w:after="40"/>
        <w:ind w:left="142" w:hanging="142"/>
      </w:pPr>
      <w:r>
        <w:rPr>
          <w:sz w:val="16"/>
        </w:rPr>
        <w:t>3. Applicants must have a minimum master’s weighted grade point average of 2.50 out of 4.00.</w:t>
      </w:r>
    </w:p>
    <w:p w14:paraId="2A05A874" w14:textId="77777777" w:rsidR="00A06E61" w:rsidRDefault="00000000">
      <w:pPr>
        <w:spacing w:after="40"/>
        <w:ind w:left="142" w:hanging="142"/>
      </w:pPr>
      <w:r>
        <w:rPr>
          <w:sz w:val="16"/>
        </w:rPr>
        <w:t>4. Unless additional conditions are specified, applicants must have obtained at least 55 points, or an equivalent score, from a foreign language examination accepted by the Interuniversity Board.</w:t>
      </w:r>
    </w:p>
    <w:p w14:paraId="361C2DA7" w14:textId="77777777" w:rsidR="00A06E61" w:rsidRDefault="00000000">
      <w:pPr>
        <w:spacing w:after="40"/>
        <w:ind w:left="142" w:hanging="142"/>
      </w:pPr>
      <w:r>
        <w:rPr>
          <w:sz w:val="16"/>
        </w:rPr>
        <w:t>5. International applicants must meet the in-field or out-of-field requirements in order to apply to the announced programs.</w:t>
      </w:r>
    </w:p>
    <w:p w14:paraId="72102C64" w14:textId="77777777" w:rsidR="00A06E61" w:rsidRDefault="00000000">
      <w:pPr>
        <w:spacing w:after="40"/>
        <w:ind w:left="142" w:hanging="142"/>
      </w:pPr>
      <w:r>
        <w:rPr>
          <w:sz w:val="16"/>
        </w:rPr>
        <w:t>6. Click here for the tuition fees to be paid by international applicants.</w:t>
      </w:r>
    </w:p>
    <w:p w14:paraId="7183F887" w14:textId="77777777" w:rsidR="00A06E61" w:rsidRDefault="00000000">
      <w:pPr>
        <w:spacing w:after="40"/>
        <w:ind w:left="142" w:hanging="142"/>
      </w:pPr>
      <w:r>
        <w:rPr>
          <w:sz w:val="16"/>
        </w:rPr>
        <w:t>7. Applicants may not apply to two different doctoral/proficiency in art programs at the same time.</w:t>
      </w:r>
    </w:p>
    <w:p w14:paraId="6EE24B27" w14:textId="77777777" w:rsidR="00A06E61" w:rsidRDefault="00000000">
      <w:pPr>
        <w:spacing w:after="40"/>
        <w:ind w:left="142" w:hanging="142"/>
      </w:pPr>
      <w:r>
        <w:rPr>
          <w:sz w:val="16"/>
        </w:rPr>
        <w:t>8. No ALES score requirement is sought for admission to the relevant Institute programs for graduates of undergraduate programs of faculties of art and conservatories that admit students through a special talent examination. However, except for graduates of faculties of art and conservatories and graduates of equivalent programs of other faculties, applicants who hold a master’s degree with thesis must have a minimum score of 55 in the ALES verbal score type.</w:t>
      </w:r>
    </w:p>
    <w:p w14:paraId="7A69F799" w14:textId="77777777" w:rsidR="00A06E61" w:rsidRDefault="00000000">
      <w:pPr>
        <w:spacing w:after="40"/>
        <w:ind w:left="142" w:hanging="142"/>
      </w:pPr>
      <w:r>
        <w:rPr>
          <w:sz w:val="16"/>
        </w:rPr>
        <w:t>9. Applicants who have graduated from doctoral, proficiency in art, medical specialty, dental specialty, veterinary medicine specialty, or pharmacy specialty programs are exempt from the ALES score requirement in their applications to doctoral programs. If such applicants do not submit an ALES score, the minimum ALES score specified in the announcement for the program to which they apply shall be accepted as their ALES score.</w:t>
      </w:r>
    </w:p>
    <w:p w14:paraId="4E4CA018" w14:textId="77777777" w:rsidR="00A06E61" w:rsidRDefault="00000000">
      <w:pPr>
        <w:spacing w:after="40"/>
        <w:ind w:left="142" w:hanging="142"/>
      </w:pPr>
      <w:r>
        <w:rPr>
          <w:sz w:val="16"/>
        </w:rPr>
        <w:t>10. In accordance with Article 5 of the Kastamonu University Institute of Graduate Education Graduate Education and Training Directive, one additional quota shall be allocated to disabled applicants, veterans, and relatives of martyrs.</w:t>
      </w:r>
    </w:p>
    <w:p w14:paraId="6CA687C4" w14:textId="77777777" w:rsidR="00A06E61" w:rsidRDefault="00000000">
      <w:pPr>
        <w:spacing w:after="40"/>
        <w:ind w:left="142" w:hanging="142"/>
      </w:pPr>
      <w:r>
        <w:rPr>
          <w:sz w:val="16"/>
        </w:rPr>
        <w:t>11. Applications shall be deemed invalid if it is determined that the applicants do not meet the conditions stated in their declarations.</w:t>
      </w:r>
    </w:p>
    <w:p w14:paraId="4BB35C3E" w14:textId="77777777" w:rsidR="00A06E61" w:rsidRDefault="00A06E61"/>
    <w:p w14:paraId="3AE6A20C" w14:textId="77777777" w:rsidR="00A06E61" w:rsidRDefault="00000000">
      <w:r>
        <w:br w:type="page"/>
      </w:r>
    </w:p>
    <w:p w14:paraId="3CE372F0" w14:textId="77777777" w:rsidR="00A06E61" w:rsidRDefault="00000000">
      <w:pPr>
        <w:shd w:val="clear" w:color="auto" w:fill="1F6AA5"/>
        <w:spacing w:before="120" w:after="60"/>
        <w:jc w:val="center"/>
      </w:pPr>
      <w:r>
        <w:rPr>
          <w:b/>
          <w:color w:val="FFFFFF"/>
          <w:sz w:val="24"/>
        </w:rPr>
        <w:lastRenderedPageBreak/>
        <w:t>MASTER’S PROGRAMS WITH THESIS</w:t>
      </w:r>
    </w:p>
    <w:tbl>
      <w:tblPr>
        <w:tblStyle w:val="TabloKlavuzu"/>
        <w:tblW w:w="5000" w:type="pct"/>
        <w:jc w:val="center"/>
        <w:tblLayout w:type="fixed"/>
        <w:tblLook w:val="04A0" w:firstRow="1" w:lastRow="0" w:firstColumn="1" w:lastColumn="0" w:noHBand="0" w:noVBand="1"/>
      </w:tblPr>
      <w:tblGrid>
        <w:gridCol w:w="1778"/>
        <w:gridCol w:w="1898"/>
        <w:gridCol w:w="949"/>
        <w:gridCol w:w="1007"/>
        <w:gridCol w:w="7236"/>
        <w:gridCol w:w="741"/>
        <w:gridCol w:w="741"/>
        <w:gridCol w:w="918"/>
        <w:gridCol w:w="652"/>
      </w:tblGrid>
      <w:tr w:rsidR="00A06E61" w14:paraId="6915B4B4" w14:textId="77777777">
        <w:trPr>
          <w:tblHeader/>
          <w:jc w:val="center"/>
        </w:trPr>
        <w:tc>
          <w:tcPr>
            <w:tcW w:w="1701" w:type="dxa"/>
            <w:shd w:val="clear" w:color="auto" w:fill="1F6AA5"/>
            <w:tcMar>
              <w:top w:w="40" w:type="dxa"/>
              <w:left w:w="35" w:type="dxa"/>
              <w:bottom w:w="40" w:type="dxa"/>
              <w:right w:w="35" w:type="dxa"/>
            </w:tcMar>
            <w:vAlign w:val="center"/>
          </w:tcPr>
          <w:p w14:paraId="7CBD2D16" w14:textId="77777777" w:rsidR="00A06E61" w:rsidRDefault="00000000">
            <w:pPr>
              <w:jc w:val="center"/>
            </w:pPr>
            <w:r>
              <w:rPr>
                <w:b/>
                <w:color w:val="FFFFFF"/>
                <w:sz w:val="14"/>
              </w:rPr>
              <w:t>Department / Department of Art</w:t>
            </w:r>
          </w:p>
        </w:tc>
        <w:tc>
          <w:tcPr>
            <w:tcW w:w="1814" w:type="dxa"/>
            <w:shd w:val="clear" w:color="auto" w:fill="1F6AA5"/>
            <w:tcMar>
              <w:top w:w="40" w:type="dxa"/>
              <w:left w:w="35" w:type="dxa"/>
              <w:bottom w:w="40" w:type="dxa"/>
              <w:right w:w="35" w:type="dxa"/>
            </w:tcMar>
            <w:vAlign w:val="center"/>
          </w:tcPr>
          <w:p w14:paraId="0077A546" w14:textId="77777777" w:rsidR="00A06E61" w:rsidRDefault="00000000">
            <w:pPr>
              <w:jc w:val="center"/>
            </w:pPr>
            <w:r>
              <w:rPr>
                <w:b/>
                <w:color w:val="FFFFFF"/>
                <w:sz w:val="14"/>
              </w:rPr>
              <w:t>Program</w:t>
            </w:r>
          </w:p>
        </w:tc>
        <w:tc>
          <w:tcPr>
            <w:tcW w:w="907" w:type="dxa"/>
            <w:shd w:val="clear" w:color="auto" w:fill="1F6AA5"/>
            <w:tcMar>
              <w:top w:w="40" w:type="dxa"/>
              <w:left w:w="35" w:type="dxa"/>
              <w:bottom w:w="40" w:type="dxa"/>
              <w:right w:w="35" w:type="dxa"/>
            </w:tcMar>
            <w:vAlign w:val="center"/>
          </w:tcPr>
          <w:p w14:paraId="090C20B6" w14:textId="77777777" w:rsidR="00A06E61" w:rsidRDefault="00000000">
            <w:pPr>
              <w:jc w:val="center"/>
            </w:pPr>
            <w:r>
              <w:rPr>
                <w:b/>
                <w:color w:val="FFFFFF"/>
                <w:sz w:val="14"/>
              </w:rPr>
              <w:t>ALES Score</w:t>
            </w:r>
          </w:p>
        </w:tc>
        <w:tc>
          <w:tcPr>
            <w:tcW w:w="963" w:type="dxa"/>
            <w:shd w:val="clear" w:color="auto" w:fill="1F6AA5"/>
            <w:tcMar>
              <w:top w:w="40" w:type="dxa"/>
              <w:left w:w="35" w:type="dxa"/>
              <w:bottom w:w="40" w:type="dxa"/>
              <w:right w:w="35" w:type="dxa"/>
            </w:tcMar>
            <w:vAlign w:val="center"/>
          </w:tcPr>
          <w:p w14:paraId="314F9506" w14:textId="77777777" w:rsidR="00A06E61" w:rsidRDefault="00000000">
            <w:pPr>
              <w:jc w:val="center"/>
            </w:pPr>
            <w:r>
              <w:rPr>
                <w:b/>
                <w:color w:val="FFFFFF"/>
                <w:sz w:val="14"/>
              </w:rPr>
              <w:t>Foreign Language Score</w:t>
            </w:r>
          </w:p>
        </w:tc>
        <w:tc>
          <w:tcPr>
            <w:tcW w:w="6917" w:type="dxa"/>
            <w:shd w:val="clear" w:color="auto" w:fill="1F6AA5"/>
            <w:tcMar>
              <w:top w:w="40" w:type="dxa"/>
              <w:left w:w="35" w:type="dxa"/>
              <w:bottom w:w="40" w:type="dxa"/>
              <w:right w:w="35" w:type="dxa"/>
            </w:tcMar>
            <w:vAlign w:val="center"/>
          </w:tcPr>
          <w:p w14:paraId="5514E148" w14:textId="77777777" w:rsidR="00A06E61" w:rsidRDefault="00000000">
            <w:pPr>
              <w:jc w:val="center"/>
            </w:pPr>
            <w:r>
              <w:rPr>
                <w:b/>
                <w:color w:val="FFFFFF"/>
                <w:sz w:val="14"/>
              </w:rPr>
              <w:t>Eligible Graduation Fields</w:t>
            </w:r>
          </w:p>
        </w:tc>
        <w:tc>
          <w:tcPr>
            <w:tcW w:w="708" w:type="dxa"/>
            <w:shd w:val="clear" w:color="auto" w:fill="1F6AA5"/>
            <w:tcMar>
              <w:top w:w="40" w:type="dxa"/>
              <w:left w:w="35" w:type="dxa"/>
              <w:bottom w:w="40" w:type="dxa"/>
              <w:right w:w="35" w:type="dxa"/>
            </w:tcMar>
            <w:vAlign w:val="center"/>
          </w:tcPr>
          <w:p w14:paraId="1D135E0A" w14:textId="77777777" w:rsidR="00A06E61" w:rsidRDefault="00000000">
            <w:pPr>
              <w:jc w:val="center"/>
            </w:pPr>
            <w:r>
              <w:rPr>
                <w:b/>
                <w:color w:val="FFFFFF"/>
                <w:sz w:val="14"/>
              </w:rPr>
              <w:t>In-Field</w:t>
            </w:r>
          </w:p>
        </w:tc>
        <w:tc>
          <w:tcPr>
            <w:tcW w:w="708" w:type="dxa"/>
            <w:shd w:val="clear" w:color="auto" w:fill="1F6AA5"/>
            <w:tcMar>
              <w:top w:w="40" w:type="dxa"/>
              <w:left w:w="35" w:type="dxa"/>
              <w:bottom w:w="40" w:type="dxa"/>
              <w:right w:w="35" w:type="dxa"/>
            </w:tcMar>
            <w:vAlign w:val="center"/>
          </w:tcPr>
          <w:p w14:paraId="0B0B5D62" w14:textId="77777777" w:rsidR="00A06E61" w:rsidRDefault="00000000">
            <w:pPr>
              <w:jc w:val="center"/>
            </w:pPr>
            <w:r>
              <w:rPr>
                <w:b/>
                <w:color w:val="FFFFFF"/>
                <w:sz w:val="14"/>
              </w:rPr>
              <w:t>Out-of-Field</w:t>
            </w:r>
          </w:p>
        </w:tc>
        <w:tc>
          <w:tcPr>
            <w:tcW w:w="878" w:type="dxa"/>
            <w:shd w:val="clear" w:color="auto" w:fill="1F6AA5"/>
            <w:tcMar>
              <w:top w:w="40" w:type="dxa"/>
              <w:left w:w="35" w:type="dxa"/>
              <w:bottom w:w="40" w:type="dxa"/>
              <w:right w:w="35" w:type="dxa"/>
            </w:tcMar>
            <w:vAlign w:val="center"/>
          </w:tcPr>
          <w:p w14:paraId="4E0A3179" w14:textId="77777777" w:rsidR="00A06E61" w:rsidRDefault="00000000">
            <w:pPr>
              <w:jc w:val="center"/>
            </w:pPr>
            <w:r>
              <w:rPr>
                <w:b/>
                <w:color w:val="FFFFFF"/>
                <w:sz w:val="14"/>
              </w:rPr>
              <w:t>International</w:t>
            </w:r>
          </w:p>
        </w:tc>
        <w:tc>
          <w:tcPr>
            <w:tcW w:w="623" w:type="dxa"/>
            <w:shd w:val="clear" w:color="auto" w:fill="1F6AA5"/>
            <w:tcMar>
              <w:top w:w="40" w:type="dxa"/>
              <w:left w:w="35" w:type="dxa"/>
              <w:bottom w:w="40" w:type="dxa"/>
              <w:right w:w="35" w:type="dxa"/>
            </w:tcMar>
            <w:vAlign w:val="center"/>
          </w:tcPr>
          <w:p w14:paraId="7818C39F" w14:textId="77777777" w:rsidR="00A06E61" w:rsidRDefault="00000000">
            <w:pPr>
              <w:jc w:val="center"/>
            </w:pPr>
            <w:r>
              <w:rPr>
                <w:b/>
                <w:color w:val="FFFFFF"/>
                <w:sz w:val="14"/>
              </w:rPr>
              <w:t>Total</w:t>
            </w:r>
          </w:p>
        </w:tc>
      </w:tr>
      <w:tr w:rsidR="00A06E61" w14:paraId="6670EB9C" w14:textId="77777777" w:rsidTr="00865662">
        <w:trPr>
          <w:jc w:val="center"/>
        </w:trPr>
        <w:tc>
          <w:tcPr>
            <w:tcW w:w="1701" w:type="dxa"/>
            <w:shd w:val="clear" w:color="auto" w:fill="DDEBF7"/>
            <w:tcMar>
              <w:top w:w="35" w:type="dxa"/>
              <w:left w:w="35" w:type="dxa"/>
              <w:bottom w:w="35" w:type="dxa"/>
              <w:right w:w="35" w:type="dxa"/>
            </w:tcMar>
            <w:vAlign w:val="center"/>
          </w:tcPr>
          <w:p w14:paraId="00C246AB" w14:textId="77777777" w:rsidR="00A06E61" w:rsidRDefault="00000000" w:rsidP="00865662">
            <w:r>
              <w:rPr>
                <w:color w:val="000000"/>
                <w:sz w:val="13"/>
              </w:rPr>
              <w:t>Coaching</w:t>
            </w:r>
          </w:p>
        </w:tc>
        <w:tc>
          <w:tcPr>
            <w:tcW w:w="1814" w:type="dxa"/>
            <w:shd w:val="clear" w:color="auto" w:fill="DDEBF7"/>
            <w:tcMar>
              <w:top w:w="35" w:type="dxa"/>
              <w:left w:w="35" w:type="dxa"/>
              <w:bottom w:w="35" w:type="dxa"/>
              <w:right w:w="35" w:type="dxa"/>
            </w:tcMar>
            <w:vAlign w:val="center"/>
          </w:tcPr>
          <w:p w14:paraId="381DC977" w14:textId="77777777" w:rsidR="00A06E61" w:rsidRDefault="00000000" w:rsidP="00865662">
            <w:r>
              <w:rPr>
                <w:color w:val="000000"/>
                <w:sz w:val="13"/>
              </w:rPr>
              <w:t>Movement and Training Sciences</w:t>
            </w:r>
          </w:p>
        </w:tc>
        <w:tc>
          <w:tcPr>
            <w:tcW w:w="907" w:type="dxa"/>
            <w:shd w:val="clear" w:color="auto" w:fill="DDEBF7"/>
            <w:tcMar>
              <w:top w:w="35" w:type="dxa"/>
              <w:left w:w="35" w:type="dxa"/>
              <w:bottom w:w="35" w:type="dxa"/>
              <w:right w:w="35" w:type="dxa"/>
            </w:tcMar>
            <w:vAlign w:val="center"/>
          </w:tcPr>
          <w:p w14:paraId="69C6AEAC" w14:textId="77777777" w:rsidR="00A06E61" w:rsidRDefault="00000000">
            <w:pPr>
              <w:jc w:val="center"/>
            </w:pPr>
            <w:r>
              <w:rPr>
                <w:color w:val="000000"/>
                <w:sz w:val="13"/>
              </w:rPr>
              <w:t>SÖZ/SAY/EA (60)</w:t>
            </w:r>
          </w:p>
        </w:tc>
        <w:tc>
          <w:tcPr>
            <w:tcW w:w="963" w:type="dxa"/>
            <w:shd w:val="clear" w:color="auto" w:fill="DDEBF7"/>
            <w:tcMar>
              <w:top w:w="35" w:type="dxa"/>
              <w:left w:w="35" w:type="dxa"/>
              <w:bottom w:w="35" w:type="dxa"/>
              <w:right w:w="35" w:type="dxa"/>
            </w:tcMar>
            <w:vAlign w:val="center"/>
          </w:tcPr>
          <w:p w14:paraId="0627FCFE"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47213D18" w14:textId="77777777" w:rsidR="00A06E61" w:rsidRDefault="00000000">
            <w:r>
              <w:rPr>
                <w:b/>
                <w:color w:val="000000"/>
                <w:sz w:val="13"/>
              </w:rPr>
              <w:t>In-Field:</w:t>
            </w:r>
            <w:r>
              <w:rPr>
                <w:color w:val="000000"/>
                <w:sz w:val="13"/>
              </w:rPr>
              <w:t xml:space="preserve"> To be a graduate of one of the undergraduate programs in Coaching Education, Exercise and Sports Sciences, or Exercise and Sports Sciences for Persons with Disabilities.</w:t>
            </w:r>
          </w:p>
          <w:p w14:paraId="61318A9F" w14:textId="77777777" w:rsidR="00A06E61" w:rsidRDefault="00000000">
            <w:r>
              <w:rPr>
                <w:b/>
                <w:color w:val="000000"/>
                <w:sz w:val="13"/>
              </w:rPr>
              <w:t>Out-of-Field:</w:t>
            </w:r>
            <w:r>
              <w:rPr>
                <w:color w:val="000000"/>
                <w:sz w:val="13"/>
              </w:rPr>
              <w:t xml:space="preserve"> To be a graduate of one of the undergraduate programs in Physical Education and Sports Teaching, Physiotherapy and Rehabilitation, or Sports Management.</w:t>
            </w:r>
          </w:p>
        </w:tc>
        <w:tc>
          <w:tcPr>
            <w:tcW w:w="708" w:type="dxa"/>
            <w:shd w:val="clear" w:color="auto" w:fill="DDEBF7"/>
            <w:tcMar>
              <w:top w:w="35" w:type="dxa"/>
              <w:left w:w="35" w:type="dxa"/>
              <w:bottom w:w="35" w:type="dxa"/>
              <w:right w:w="35" w:type="dxa"/>
            </w:tcMar>
            <w:vAlign w:val="center"/>
          </w:tcPr>
          <w:p w14:paraId="449FEBD9" w14:textId="465D8BA2" w:rsidR="00A06E61" w:rsidRDefault="002A7645">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4627C7DC" w14:textId="7C41B451" w:rsidR="00A06E61" w:rsidRDefault="002A7645">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7F2B2F90"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36CCB60D" w14:textId="7DF6E0D2" w:rsidR="00A06E61" w:rsidRDefault="002A7645">
            <w:pPr>
              <w:jc w:val="center"/>
            </w:pPr>
            <w:r>
              <w:rPr>
                <w:color w:val="000000"/>
                <w:sz w:val="13"/>
              </w:rPr>
              <w:t>6</w:t>
            </w:r>
          </w:p>
        </w:tc>
      </w:tr>
      <w:tr w:rsidR="00A06E61" w14:paraId="42EF7631" w14:textId="77777777" w:rsidTr="00865662">
        <w:trPr>
          <w:jc w:val="center"/>
        </w:trPr>
        <w:tc>
          <w:tcPr>
            <w:tcW w:w="1701" w:type="dxa"/>
            <w:shd w:val="clear" w:color="auto" w:fill="FFFFFF"/>
            <w:tcMar>
              <w:top w:w="35" w:type="dxa"/>
              <w:left w:w="35" w:type="dxa"/>
              <w:bottom w:w="35" w:type="dxa"/>
              <w:right w:w="35" w:type="dxa"/>
            </w:tcMar>
            <w:vAlign w:val="center"/>
          </w:tcPr>
          <w:p w14:paraId="150BA62D" w14:textId="77777777" w:rsidR="00A06E61" w:rsidRDefault="00000000" w:rsidP="00865662">
            <w:r>
              <w:rPr>
                <w:color w:val="000000"/>
                <w:sz w:val="13"/>
              </w:rPr>
              <w:t>Banking and Finance</w:t>
            </w:r>
          </w:p>
        </w:tc>
        <w:tc>
          <w:tcPr>
            <w:tcW w:w="1814" w:type="dxa"/>
            <w:shd w:val="clear" w:color="auto" w:fill="FFFFFF"/>
            <w:tcMar>
              <w:top w:w="35" w:type="dxa"/>
              <w:left w:w="35" w:type="dxa"/>
              <w:bottom w:w="35" w:type="dxa"/>
              <w:right w:w="35" w:type="dxa"/>
            </w:tcMar>
            <w:vAlign w:val="center"/>
          </w:tcPr>
          <w:p w14:paraId="7AF2D267" w14:textId="77777777" w:rsidR="00A06E61" w:rsidRDefault="00000000" w:rsidP="00865662">
            <w:r>
              <w:rPr>
                <w:color w:val="000000"/>
                <w:sz w:val="13"/>
              </w:rPr>
              <w:t>Financial Reporting and Auditing</w:t>
            </w:r>
          </w:p>
        </w:tc>
        <w:tc>
          <w:tcPr>
            <w:tcW w:w="907" w:type="dxa"/>
            <w:shd w:val="clear" w:color="auto" w:fill="FFFFFF"/>
            <w:tcMar>
              <w:top w:w="35" w:type="dxa"/>
              <w:left w:w="35" w:type="dxa"/>
              <w:bottom w:w="35" w:type="dxa"/>
              <w:right w:w="35" w:type="dxa"/>
            </w:tcMar>
            <w:vAlign w:val="center"/>
          </w:tcPr>
          <w:p w14:paraId="507EB340" w14:textId="77777777" w:rsidR="00A06E61" w:rsidRDefault="00000000">
            <w:pPr>
              <w:jc w:val="center"/>
            </w:pPr>
            <w:r>
              <w:rPr>
                <w:color w:val="000000"/>
                <w:sz w:val="13"/>
              </w:rPr>
              <w:t>SÖZ/SAY/EA (55)</w:t>
            </w:r>
          </w:p>
        </w:tc>
        <w:tc>
          <w:tcPr>
            <w:tcW w:w="963" w:type="dxa"/>
            <w:shd w:val="clear" w:color="auto" w:fill="FFFFFF"/>
            <w:tcMar>
              <w:top w:w="35" w:type="dxa"/>
              <w:left w:w="35" w:type="dxa"/>
              <w:bottom w:w="35" w:type="dxa"/>
              <w:right w:w="35" w:type="dxa"/>
            </w:tcMar>
            <w:vAlign w:val="center"/>
          </w:tcPr>
          <w:p w14:paraId="27AF8594"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13A444C0" w14:textId="77777777" w:rsidR="00A06E61" w:rsidRDefault="00000000">
            <w:r>
              <w:rPr>
                <w:b/>
                <w:color w:val="000000"/>
                <w:sz w:val="13"/>
              </w:rPr>
              <w:t>In-Field:</w:t>
            </w:r>
            <w:r>
              <w:rPr>
                <w:color w:val="000000"/>
                <w:sz w:val="13"/>
              </w:rPr>
              <w:t xml:space="preserve"> To be a graduate of one of the undergraduate programs in Banking and Insurance, Economics and Finance, Finance and Banking, Economics, Islamic Economics and Finance, Business Administration, Accounting and Financial Management, Insurance, International Finance and Banking, International Trade and Finance, or International Trade and Logistics.</w:t>
            </w:r>
          </w:p>
          <w:p w14:paraId="1FEE4641" w14:textId="77777777" w:rsidR="00A06E61" w:rsidRDefault="00000000">
            <w:r>
              <w:rPr>
                <w:b/>
                <w:color w:val="000000"/>
                <w:sz w:val="13"/>
              </w:rPr>
              <w:t>Out-of-Field:</w:t>
            </w:r>
            <w:r>
              <w:rPr>
                <w:color w:val="000000"/>
                <w:sz w:val="13"/>
              </w:rPr>
              <w:t xml:space="preserve"> To be a graduate of one of the undergraduate programs in Actuarial Sciences, Labor Economics and Industrial Relations, Econometrics, Industrial Engineering, Law, Statistics, Public Administration, Public Finance, Mathematics, Political Science and Public Administration, Political Science and International Relations, or Sociology.</w:t>
            </w:r>
          </w:p>
        </w:tc>
        <w:tc>
          <w:tcPr>
            <w:tcW w:w="708" w:type="dxa"/>
            <w:shd w:val="clear" w:color="auto" w:fill="FFFFFF"/>
            <w:tcMar>
              <w:top w:w="35" w:type="dxa"/>
              <w:left w:w="35" w:type="dxa"/>
              <w:bottom w:w="35" w:type="dxa"/>
              <w:right w:w="35" w:type="dxa"/>
            </w:tcMar>
            <w:vAlign w:val="center"/>
          </w:tcPr>
          <w:p w14:paraId="1309F08D" w14:textId="4D9BA892" w:rsidR="00A06E61" w:rsidRDefault="002A7645">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7F5E08E4" w14:textId="51F75447" w:rsidR="00A06E61" w:rsidRDefault="002A7645">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55881175" w14:textId="11DA79B9" w:rsidR="00A06E61" w:rsidRDefault="002A7645">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60128E71" w14:textId="140BB24B" w:rsidR="00A06E61" w:rsidRDefault="002A7645">
            <w:pPr>
              <w:jc w:val="center"/>
            </w:pPr>
            <w:r>
              <w:rPr>
                <w:color w:val="000000"/>
                <w:sz w:val="13"/>
              </w:rPr>
              <w:t>8</w:t>
            </w:r>
          </w:p>
        </w:tc>
      </w:tr>
      <w:tr w:rsidR="00A06E61" w14:paraId="1DE3BFFA" w14:textId="77777777" w:rsidTr="00865662">
        <w:trPr>
          <w:jc w:val="center"/>
        </w:trPr>
        <w:tc>
          <w:tcPr>
            <w:tcW w:w="1701" w:type="dxa"/>
            <w:shd w:val="clear" w:color="auto" w:fill="DDEBF7"/>
            <w:tcMar>
              <w:top w:w="35" w:type="dxa"/>
              <w:left w:w="35" w:type="dxa"/>
              <w:bottom w:w="35" w:type="dxa"/>
              <w:right w:w="35" w:type="dxa"/>
            </w:tcMar>
            <w:vAlign w:val="center"/>
          </w:tcPr>
          <w:p w14:paraId="77961A47" w14:textId="77777777" w:rsidR="00A06E61" w:rsidRDefault="00000000" w:rsidP="00865662">
            <w:r>
              <w:rPr>
                <w:color w:val="000000"/>
                <w:sz w:val="13"/>
              </w:rPr>
              <w:t>Physical Education and Sports</w:t>
            </w:r>
          </w:p>
        </w:tc>
        <w:tc>
          <w:tcPr>
            <w:tcW w:w="1814" w:type="dxa"/>
            <w:shd w:val="clear" w:color="auto" w:fill="DDEBF7"/>
            <w:tcMar>
              <w:top w:w="35" w:type="dxa"/>
              <w:left w:w="35" w:type="dxa"/>
              <w:bottom w:w="35" w:type="dxa"/>
              <w:right w:w="35" w:type="dxa"/>
            </w:tcMar>
            <w:vAlign w:val="center"/>
          </w:tcPr>
          <w:p w14:paraId="547B05E3" w14:textId="77777777" w:rsidR="00A06E61" w:rsidRDefault="00000000" w:rsidP="00865662">
            <w:r>
              <w:rPr>
                <w:color w:val="000000"/>
                <w:sz w:val="13"/>
              </w:rPr>
              <w:t>Physical Education and Sports</w:t>
            </w:r>
          </w:p>
        </w:tc>
        <w:tc>
          <w:tcPr>
            <w:tcW w:w="907" w:type="dxa"/>
            <w:shd w:val="clear" w:color="auto" w:fill="DDEBF7"/>
            <w:tcMar>
              <w:top w:w="35" w:type="dxa"/>
              <w:left w:w="35" w:type="dxa"/>
              <w:bottom w:w="35" w:type="dxa"/>
              <w:right w:w="35" w:type="dxa"/>
            </w:tcMar>
            <w:vAlign w:val="center"/>
          </w:tcPr>
          <w:p w14:paraId="0E9DA51E" w14:textId="77777777" w:rsidR="00A06E61" w:rsidRDefault="00000000">
            <w:pPr>
              <w:jc w:val="center"/>
            </w:pPr>
            <w:r>
              <w:rPr>
                <w:color w:val="000000"/>
                <w:sz w:val="13"/>
              </w:rPr>
              <w:t>SÖZ/SAY/EA (65)</w:t>
            </w:r>
          </w:p>
        </w:tc>
        <w:tc>
          <w:tcPr>
            <w:tcW w:w="963" w:type="dxa"/>
            <w:shd w:val="clear" w:color="auto" w:fill="DDEBF7"/>
            <w:tcMar>
              <w:top w:w="35" w:type="dxa"/>
              <w:left w:w="35" w:type="dxa"/>
              <w:bottom w:w="35" w:type="dxa"/>
              <w:right w:w="35" w:type="dxa"/>
            </w:tcMar>
            <w:vAlign w:val="center"/>
          </w:tcPr>
          <w:p w14:paraId="50D42698"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5D985FC" w14:textId="77777777" w:rsidR="00A06E61" w:rsidRDefault="00000000">
            <w:r>
              <w:rPr>
                <w:b/>
                <w:color w:val="000000"/>
                <w:sz w:val="13"/>
              </w:rPr>
              <w:t>In-Field:</w:t>
            </w:r>
            <w:r>
              <w:rPr>
                <w:color w:val="000000"/>
                <w:sz w:val="13"/>
              </w:rPr>
              <w:t xml:space="preserve"> To be a graduate of the undergraduate program in Physical Education and Sports Teaching.</w:t>
            </w:r>
          </w:p>
          <w:p w14:paraId="34F5FC8C"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5BE66531" w14:textId="2EFF3247" w:rsidR="00A06E61" w:rsidRDefault="002A7645">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30C4FCF1"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102871DC"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AA4C342" w14:textId="6D6B0AFD" w:rsidR="00A06E61" w:rsidRDefault="002A7645">
            <w:pPr>
              <w:jc w:val="center"/>
            </w:pPr>
            <w:r>
              <w:rPr>
                <w:color w:val="000000"/>
                <w:sz w:val="13"/>
              </w:rPr>
              <w:t>7</w:t>
            </w:r>
          </w:p>
        </w:tc>
      </w:tr>
      <w:tr w:rsidR="00A06E61" w14:paraId="552A184F" w14:textId="77777777" w:rsidTr="00865662">
        <w:trPr>
          <w:jc w:val="center"/>
        </w:trPr>
        <w:tc>
          <w:tcPr>
            <w:tcW w:w="1701" w:type="dxa"/>
            <w:shd w:val="clear" w:color="auto" w:fill="FFFFFF"/>
            <w:tcMar>
              <w:top w:w="35" w:type="dxa"/>
              <w:left w:w="35" w:type="dxa"/>
              <w:bottom w:w="35" w:type="dxa"/>
              <w:right w:w="35" w:type="dxa"/>
            </w:tcMar>
            <w:vAlign w:val="center"/>
          </w:tcPr>
          <w:p w14:paraId="45489D2E" w14:textId="77777777" w:rsidR="00A06E61" w:rsidRDefault="00000000" w:rsidP="00865662">
            <w:r>
              <w:rPr>
                <w:color w:val="000000"/>
                <w:sz w:val="13"/>
              </w:rPr>
              <w:t>Information and Records Management</w:t>
            </w:r>
          </w:p>
        </w:tc>
        <w:tc>
          <w:tcPr>
            <w:tcW w:w="1814" w:type="dxa"/>
            <w:shd w:val="clear" w:color="auto" w:fill="FFFFFF"/>
            <w:tcMar>
              <w:top w:w="35" w:type="dxa"/>
              <w:left w:w="35" w:type="dxa"/>
              <w:bottom w:w="35" w:type="dxa"/>
              <w:right w:w="35" w:type="dxa"/>
            </w:tcMar>
            <w:vAlign w:val="center"/>
          </w:tcPr>
          <w:p w14:paraId="0DC2D2DE" w14:textId="77777777" w:rsidR="00A06E61" w:rsidRDefault="00000000" w:rsidP="00865662">
            <w:r>
              <w:rPr>
                <w:color w:val="000000"/>
                <w:sz w:val="13"/>
              </w:rPr>
              <w:t>Information and Records Management</w:t>
            </w:r>
          </w:p>
        </w:tc>
        <w:tc>
          <w:tcPr>
            <w:tcW w:w="907" w:type="dxa"/>
            <w:shd w:val="clear" w:color="auto" w:fill="FFFFFF"/>
            <w:tcMar>
              <w:top w:w="35" w:type="dxa"/>
              <w:left w:w="35" w:type="dxa"/>
              <w:bottom w:w="35" w:type="dxa"/>
              <w:right w:w="35" w:type="dxa"/>
            </w:tcMar>
            <w:vAlign w:val="center"/>
          </w:tcPr>
          <w:p w14:paraId="06204A5F" w14:textId="77777777" w:rsidR="00A06E61" w:rsidRDefault="00000000">
            <w:pPr>
              <w:jc w:val="center"/>
            </w:pPr>
            <w:r>
              <w:rPr>
                <w:color w:val="000000"/>
                <w:sz w:val="13"/>
              </w:rPr>
              <w:t>SÖZ/EA (55)</w:t>
            </w:r>
          </w:p>
        </w:tc>
        <w:tc>
          <w:tcPr>
            <w:tcW w:w="963" w:type="dxa"/>
            <w:shd w:val="clear" w:color="auto" w:fill="FFFFFF"/>
            <w:tcMar>
              <w:top w:w="35" w:type="dxa"/>
              <w:left w:w="35" w:type="dxa"/>
              <w:bottom w:w="35" w:type="dxa"/>
              <w:right w:w="35" w:type="dxa"/>
            </w:tcMar>
            <w:vAlign w:val="center"/>
          </w:tcPr>
          <w:p w14:paraId="1FD1C913"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4E1B97F9" w14:textId="77777777" w:rsidR="00A06E61" w:rsidRDefault="00000000">
            <w:r>
              <w:rPr>
                <w:b/>
                <w:color w:val="000000"/>
                <w:sz w:val="13"/>
              </w:rPr>
              <w:t>In-Field:</w:t>
            </w:r>
            <w:r>
              <w:rPr>
                <w:color w:val="000000"/>
                <w:sz w:val="13"/>
              </w:rPr>
              <w:t xml:space="preserve"> To be a graduate of one of the undergraduate programs in Archives, Archival Studies, Information and Records Management, Documentation and Information, or Librarianship.</w:t>
            </w:r>
          </w:p>
          <w:p w14:paraId="13A1FC88" w14:textId="77777777" w:rsidR="00A06E61" w:rsidRDefault="00000000">
            <w:r>
              <w:rPr>
                <w:b/>
                <w:color w:val="000000"/>
                <w:sz w:val="13"/>
              </w:rPr>
              <w:t>Out-of-Field:</w:t>
            </w:r>
            <w:r>
              <w:rPr>
                <w:color w:val="000000"/>
                <w:sz w:val="13"/>
              </w:rPr>
              <w:t xml:space="preserve"> To be a graduate of one of the undergraduate programs in Computer Engineering, Logistics Management, or Software Engineering.</w:t>
            </w:r>
          </w:p>
        </w:tc>
        <w:tc>
          <w:tcPr>
            <w:tcW w:w="708" w:type="dxa"/>
            <w:shd w:val="clear" w:color="auto" w:fill="FFFFFF"/>
            <w:tcMar>
              <w:top w:w="35" w:type="dxa"/>
              <w:left w:w="35" w:type="dxa"/>
              <w:bottom w:w="35" w:type="dxa"/>
              <w:right w:w="35" w:type="dxa"/>
            </w:tcMar>
            <w:vAlign w:val="center"/>
          </w:tcPr>
          <w:p w14:paraId="4861B56A" w14:textId="6E6600FA" w:rsidR="00A06E61" w:rsidRDefault="00000000">
            <w:pPr>
              <w:jc w:val="center"/>
            </w:pPr>
            <w:r>
              <w:rPr>
                <w:color w:val="000000"/>
                <w:sz w:val="13"/>
              </w:rPr>
              <w:t>1</w:t>
            </w:r>
            <w:r w:rsidR="002A7645">
              <w:rPr>
                <w:color w:val="000000"/>
                <w:sz w:val="13"/>
              </w:rPr>
              <w:t>3</w:t>
            </w:r>
          </w:p>
        </w:tc>
        <w:tc>
          <w:tcPr>
            <w:tcW w:w="708" w:type="dxa"/>
            <w:shd w:val="clear" w:color="auto" w:fill="FFFFFF"/>
            <w:tcMar>
              <w:top w:w="35" w:type="dxa"/>
              <w:left w:w="35" w:type="dxa"/>
              <w:bottom w:w="35" w:type="dxa"/>
              <w:right w:w="35" w:type="dxa"/>
            </w:tcMar>
            <w:vAlign w:val="center"/>
          </w:tcPr>
          <w:p w14:paraId="67796C56" w14:textId="71ADC657" w:rsidR="00A06E61" w:rsidRDefault="002A7645">
            <w:pPr>
              <w:jc w:val="center"/>
            </w:pPr>
            <w:r>
              <w:rPr>
                <w:color w:val="000000"/>
                <w:sz w:val="13"/>
              </w:rPr>
              <w:t>4</w:t>
            </w:r>
          </w:p>
        </w:tc>
        <w:tc>
          <w:tcPr>
            <w:tcW w:w="878" w:type="dxa"/>
            <w:shd w:val="clear" w:color="auto" w:fill="FFFFFF"/>
            <w:tcMar>
              <w:top w:w="35" w:type="dxa"/>
              <w:left w:w="35" w:type="dxa"/>
              <w:bottom w:w="35" w:type="dxa"/>
              <w:right w:w="35" w:type="dxa"/>
            </w:tcMar>
            <w:vAlign w:val="center"/>
          </w:tcPr>
          <w:p w14:paraId="383E0E5D"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3FB9C793" w14:textId="4986BBED" w:rsidR="00A06E61" w:rsidRDefault="002A7645">
            <w:pPr>
              <w:jc w:val="center"/>
            </w:pPr>
            <w:r>
              <w:rPr>
                <w:color w:val="000000"/>
                <w:sz w:val="13"/>
              </w:rPr>
              <w:t>19</w:t>
            </w:r>
          </w:p>
        </w:tc>
      </w:tr>
      <w:tr w:rsidR="00A06E61" w14:paraId="4A60B7CE" w14:textId="77777777" w:rsidTr="00865662">
        <w:trPr>
          <w:jc w:val="center"/>
        </w:trPr>
        <w:tc>
          <w:tcPr>
            <w:tcW w:w="1701" w:type="dxa"/>
            <w:shd w:val="clear" w:color="auto" w:fill="DDEBF7"/>
            <w:tcMar>
              <w:top w:w="35" w:type="dxa"/>
              <w:left w:w="35" w:type="dxa"/>
              <w:bottom w:w="35" w:type="dxa"/>
              <w:right w:w="35" w:type="dxa"/>
            </w:tcMar>
            <w:vAlign w:val="center"/>
          </w:tcPr>
          <w:p w14:paraId="4AF37A98" w14:textId="77777777" w:rsidR="00A06E61" w:rsidRDefault="00000000" w:rsidP="00865662">
            <w:r>
              <w:rPr>
                <w:color w:val="000000"/>
                <w:sz w:val="13"/>
              </w:rPr>
              <w:t>Computer Engineering</w:t>
            </w:r>
          </w:p>
        </w:tc>
        <w:tc>
          <w:tcPr>
            <w:tcW w:w="1814" w:type="dxa"/>
            <w:shd w:val="clear" w:color="auto" w:fill="DDEBF7"/>
            <w:tcMar>
              <w:top w:w="35" w:type="dxa"/>
              <w:left w:w="35" w:type="dxa"/>
              <w:bottom w:w="35" w:type="dxa"/>
              <w:right w:w="35" w:type="dxa"/>
            </w:tcMar>
            <w:vAlign w:val="center"/>
          </w:tcPr>
          <w:p w14:paraId="79B308A2" w14:textId="77777777" w:rsidR="00A06E61" w:rsidRDefault="00000000" w:rsidP="00865662">
            <w:r>
              <w:rPr>
                <w:color w:val="000000"/>
                <w:sz w:val="13"/>
              </w:rPr>
              <w:t>Computer Engineering</w:t>
            </w:r>
          </w:p>
        </w:tc>
        <w:tc>
          <w:tcPr>
            <w:tcW w:w="907" w:type="dxa"/>
            <w:shd w:val="clear" w:color="auto" w:fill="DDEBF7"/>
            <w:tcMar>
              <w:top w:w="35" w:type="dxa"/>
              <w:left w:w="35" w:type="dxa"/>
              <w:bottom w:w="35" w:type="dxa"/>
              <w:right w:w="35" w:type="dxa"/>
            </w:tcMar>
            <w:vAlign w:val="center"/>
          </w:tcPr>
          <w:p w14:paraId="645F32E0"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332F9750"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43CCAD08" w14:textId="77777777" w:rsidR="00A06E61" w:rsidRDefault="00000000">
            <w:r>
              <w:rPr>
                <w:b/>
                <w:color w:val="000000"/>
                <w:sz w:val="13"/>
              </w:rPr>
              <w:t>In-Field:</w:t>
            </w:r>
            <w:r>
              <w:rPr>
                <w:color w:val="000000"/>
                <w:sz w:val="13"/>
              </w:rPr>
              <w:t xml:space="preserve"> To be a graduate of one of the undergraduate programs in Computer Science and Engineering, Computer Engineering, Computer and Software Engineering, Control and Computer Engineering, Artificial Intelligence Engineering, Artificial Intelligence and Data Engineering, or Software Engineering.</w:t>
            </w:r>
          </w:p>
          <w:p w14:paraId="1E16E500" w14:textId="77777777" w:rsidR="00A06E61" w:rsidRDefault="00000000">
            <w:r>
              <w:rPr>
                <w:b/>
                <w:color w:val="000000"/>
                <w:sz w:val="13"/>
              </w:rPr>
              <w:t>Out-of-Field:</w:t>
            </w:r>
            <w:r>
              <w:rPr>
                <w:color w:val="000000"/>
                <w:sz w:val="13"/>
              </w:rPr>
              <w:t xml:space="preserve"> To be a graduate of one of the undergraduate programs in Electrical and Electronics Engineering, Electronics and Communication Engineering, or Mechatronics Engineering.</w:t>
            </w:r>
          </w:p>
        </w:tc>
        <w:tc>
          <w:tcPr>
            <w:tcW w:w="708" w:type="dxa"/>
            <w:shd w:val="clear" w:color="auto" w:fill="DDEBF7"/>
            <w:tcMar>
              <w:top w:w="35" w:type="dxa"/>
              <w:left w:w="35" w:type="dxa"/>
              <w:bottom w:w="35" w:type="dxa"/>
              <w:right w:w="35" w:type="dxa"/>
            </w:tcMar>
            <w:vAlign w:val="center"/>
          </w:tcPr>
          <w:p w14:paraId="6F5BE359" w14:textId="66CF358A" w:rsidR="00A06E61" w:rsidRDefault="002A7645">
            <w:pPr>
              <w:jc w:val="center"/>
            </w:pPr>
            <w:r>
              <w:rPr>
                <w:color w:val="000000"/>
                <w:sz w:val="13"/>
              </w:rPr>
              <w:t>-</w:t>
            </w:r>
          </w:p>
        </w:tc>
        <w:tc>
          <w:tcPr>
            <w:tcW w:w="708" w:type="dxa"/>
            <w:shd w:val="clear" w:color="auto" w:fill="DDEBF7"/>
            <w:tcMar>
              <w:top w:w="35" w:type="dxa"/>
              <w:left w:w="35" w:type="dxa"/>
              <w:bottom w:w="35" w:type="dxa"/>
              <w:right w:w="35" w:type="dxa"/>
            </w:tcMar>
            <w:vAlign w:val="center"/>
          </w:tcPr>
          <w:p w14:paraId="332DCFEF" w14:textId="2F415E5D" w:rsidR="00A06E61" w:rsidRDefault="002A7645">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7F8ECE60"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24902ED0" w14:textId="51F61FA3" w:rsidR="00A06E61" w:rsidRDefault="002A7645">
            <w:pPr>
              <w:jc w:val="center"/>
            </w:pPr>
            <w:r>
              <w:rPr>
                <w:color w:val="000000"/>
                <w:sz w:val="13"/>
              </w:rPr>
              <w:t>3</w:t>
            </w:r>
          </w:p>
        </w:tc>
      </w:tr>
      <w:tr w:rsidR="00A06E61" w14:paraId="6817C4CE" w14:textId="77777777" w:rsidTr="00865662">
        <w:trPr>
          <w:jc w:val="center"/>
        </w:trPr>
        <w:tc>
          <w:tcPr>
            <w:tcW w:w="1701" w:type="dxa"/>
            <w:shd w:val="clear" w:color="auto" w:fill="FFFFFF"/>
            <w:tcMar>
              <w:top w:w="35" w:type="dxa"/>
              <w:left w:w="35" w:type="dxa"/>
              <w:bottom w:w="35" w:type="dxa"/>
              <w:right w:w="35" w:type="dxa"/>
            </w:tcMar>
            <w:vAlign w:val="center"/>
          </w:tcPr>
          <w:p w14:paraId="7B78364B" w14:textId="77777777" w:rsidR="00A06E61" w:rsidRDefault="00000000" w:rsidP="00865662">
            <w:r>
              <w:rPr>
                <w:color w:val="000000"/>
                <w:sz w:val="13"/>
              </w:rPr>
              <w:t>History of Science</w:t>
            </w:r>
          </w:p>
        </w:tc>
        <w:tc>
          <w:tcPr>
            <w:tcW w:w="1814" w:type="dxa"/>
            <w:shd w:val="clear" w:color="auto" w:fill="FFFFFF"/>
            <w:tcMar>
              <w:top w:w="35" w:type="dxa"/>
              <w:left w:w="35" w:type="dxa"/>
              <w:bottom w:w="35" w:type="dxa"/>
              <w:right w:w="35" w:type="dxa"/>
            </w:tcMar>
            <w:vAlign w:val="center"/>
          </w:tcPr>
          <w:p w14:paraId="4DC7E0FE" w14:textId="77777777" w:rsidR="00A06E61" w:rsidRDefault="00000000" w:rsidP="00865662">
            <w:r>
              <w:rPr>
                <w:color w:val="000000"/>
                <w:sz w:val="13"/>
              </w:rPr>
              <w:t>History of Science</w:t>
            </w:r>
          </w:p>
        </w:tc>
        <w:tc>
          <w:tcPr>
            <w:tcW w:w="907" w:type="dxa"/>
            <w:shd w:val="clear" w:color="auto" w:fill="FFFFFF"/>
            <w:tcMar>
              <w:top w:w="35" w:type="dxa"/>
              <w:left w:w="35" w:type="dxa"/>
              <w:bottom w:w="35" w:type="dxa"/>
              <w:right w:w="35" w:type="dxa"/>
            </w:tcMar>
            <w:vAlign w:val="center"/>
          </w:tcPr>
          <w:p w14:paraId="080F52F5" w14:textId="77777777" w:rsidR="00A06E61" w:rsidRDefault="00000000">
            <w:pPr>
              <w:jc w:val="center"/>
            </w:pPr>
            <w:r>
              <w:rPr>
                <w:color w:val="000000"/>
                <w:sz w:val="13"/>
              </w:rPr>
              <w:t>SÖZ (60)</w:t>
            </w:r>
          </w:p>
        </w:tc>
        <w:tc>
          <w:tcPr>
            <w:tcW w:w="963" w:type="dxa"/>
            <w:shd w:val="clear" w:color="auto" w:fill="FFFFFF"/>
            <w:tcMar>
              <w:top w:w="35" w:type="dxa"/>
              <w:left w:w="35" w:type="dxa"/>
              <w:bottom w:w="35" w:type="dxa"/>
              <w:right w:w="35" w:type="dxa"/>
            </w:tcMar>
            <w:vAlign w:val="center"/>
          </w:tcPr>
          <w:p w14:paraId="4EEE3CF2"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24A4F5BE" w14:textId="77777777" w:rsidR="00A06E61" w:rsidRDefault="00000000">
            <w:r>
              <w:rPr>
                <w:b/>
                <w:color w:val="000000"/>
                <w:sz w:val="13"/>
              </w:rPr>
              <w:t>In-Field:</w:t>
            </w:r>
            <w:r>
              <w:rPr>
                <w:color w:val="000000"/>
                <w:sz w:val="13"/>
              </w:rPr>
              <w:t xml:space="preserve"> To be a graduate of one of the undergraduate programs in History of Science, Philosophy, Sociology, or History.</w:t>
            </w:r>
          </w:p>
          <w:p w14:paraId="67744E17" w14:textId="77777777" w:rsidR="00A06E61" w:rsidRDefault="00000000">
            <w:r>
              <w:rPr>
                <w:b/>
                <w:color w:val="000000"/>
                <w:sz w:val="13"/>
              </w:rPr>
              <w:t>Out-of-Field:</w:t>
            </w:r>
            <w:r>
              <w:rPr>
                <w:color w:val="000000"/>
                <w:sz w:val="13"/>
              </w:rPr>
              <w:t xml:space="preserve"> To be a graduate of one of the undergraduate programs in Information and Records Management, Computer Engineering, Biology, Physics, Physics Engineering, Chemistry, Mechanical Engineering, Mathematics, or Mathematics Engineering.</w:t>
            </w:r>
          </w:p>
        </w:tc>
        <w:tc>
          <w:tcPr>
            <w:tcW w:w="708" w:type="dxa"/>
            <w:shd w:val="clear" w:color="auto" w:fill="FFFFFF"/>
            <w:tcMar>
              <w:top w:w="35" w:type="dxa"/>
              <w:left w:w="35" w:type="dxa"/>
              <w:bottom w:w="35" w:type="dxa"/>
              <w:right w:w="35" w:type="dxa"/>
            </w:tcMar>
            <w:vAlign w:val="center"/>
          </w:tcPr>
          <w:p w14:paraId="73E4C0EA" w14:textId="2FF1B082" w:rsidR="00A06E61" w:rsidRDefault="002A7645">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29C9B4D0" w14:textId="26B7C7FF" w:rsidR="00A06E61" w:rsidRDefault="002A7645">
            <w:pPr>
              <w:jc w:val="center"/>
            </w:pPr>
            <w:r>
              <w:rPr>
                <w:color w:val="000000"/>
                <w:sz w:val="13"/>
              </w:rPr>
              <w:t>5</w:t>
            </w:r>
          </w:p>
        </w:tc>
        <w:tc>
          <w:tcPr>
            <w:tcW w:w="878" w:type="dxa"/>
            <w:shd w:val="clear" w:color="auto" w:fill="FFFFFF"/>
            <w:tcMar>
              <w:top w:w="35" w:type="dxa"/>
              <w:left w:w="35" w:type="dxa"/>
              <w:bottom w:w="35" w:type="dxa"/>
              <w:right w:w="35" w:type="dxa"/>
            </w:tcMar>
            <w:vAlign w:val="center"/>
          </w:tcPr>
          <w:p w14:paraId="3A2A674E" w14:textId="77777777" w:rsidR="00A06E61" w:rsidRDefault="00000000">
            <w:pPr>
              <w:jc w:val="center"/>
            </w:pPr>
            <w:r>
              <w:rPr>
                <w:color w:val="000000"/>
                <w:sz w:val="13"/>
              </w:rPr>
              <w:t>6</w:t>
            </w:r>
          </w:p>
        </w:tc>
        <w:tc>
          <w:tcPr>
            <w:tcW w:w="623" w:type="dxa"/>
            <w:shd w:val="clear" w:color="auto" w:fill="FFFFFF"/>
            <w:tcMar>
              <w:top w:w="35" w:type="dxa"/>
              <w:left w:w="35" w:type="dxa"/>
              <w:bottom w:w="35" w:type="dxa"/>
              <w:right w:w="35" w:type="dxa"/>
            </w:tcMar>
            <w:vAlign w:val="center"/>
          </w:tcPr>
          <w:p w14:paraId="07C9E9B7" w14:textId="1A3477AE" w:rsidR="00A06E61" w:rsidRDefault="00000000">
            <w:pPr>
              <w:jc w:val="center"/>
            </w:pPr>
            <w:r>
              <w:rPr>
                <w:color w:val="000000"/>
                <w:sz w:val="13"/>
              </w:rPr>
              <w:t>1</w:t>
            </w:r>
            <w:r w:rsidR="002A7645">
              <w:rPr>
                <w:color w:val="000000"/>
                <w:sz w:val="13"/>
              </w:rPr>
              <w:t>5</w:t>
            </w:r>
          </w:p>
        </w:tc>
      </w:tr>
      <w:tr w:rsidR="00A06E61" w14:paraId="0C4499DA" w14:textId="77777777" w:rsidTr="00865662">
        <w:trPr>
          <w:jc w:val="center"/>
        </w:trPr>
        <w:tc>
          <w:tcPr>
            <w:tcW w:w="1701" w:type="dxa"/>
            <w:shd w:val="clear" w:color="auto" w:fill="DDEBF7"/>
            <w:tcMar>
              <w:top w:w="35" w:type="dxa"/>
              <w:left w:w="35" w:type="dxa"/>
              <w:bottom w:w="35" w:type="dxa"/>
              <w:right w:w="35" w:type="dxa"/>
            </w:tcMar>
            <w:vAlign w:val="center"/>
          </w:tcPr>
          <w:p w14:paraId="72E5FCEE" w14:textId="77777777" w:rsidR="00A06E61" w:rsidRDefault="00000000" w:rsidP="00865662">
            <w:r>
              <w:rPr>
                <w:color w:val="000000"/>
                <w:sz w:val="13"/>
              </w:rPr>
              <w:t>Biology</w:t>
            </w:r>
          </w:p>
        </w:tc>
        <w:tc>
          <w:tcPr>
            <w:tcW w:w="1814" w:type="dxa"/>
            <w:shd w:val="clear" w:color="auto" w:fill="DDEBF7"/>
            <w:tcMar>
              <w:top w:w="35" w:type="dxa"/>
              <w:left w:w="35" w:type="dxa"/>
              <w:bottom w:w="35" w:type="dxa"/>
              <w:right w:w="35" w:type="dxa"/>
            </w:tcMar>
            <w:vAlign w:val="center"/>
          </w:tcPr>
          <w:p w14:paraId="7C253E74" w14:textId="77777777" w:rsidR="00A06E61" w:rsidRDefault="00000000" w:rsidP="00865662">
            <w:r>
              <w:rPr>
                <w:color w:val="000000"/>
                <w:sz w:val="13"/>
              </w:rPr>
              <w:t>Biology</w:t>
            </w:r>
          </w:p>
        </w:tc>
        <w:tc>
          <w:tcPr>
            <w:tcW w:w="907" w:type="dxa"/>
            <w:shd w:val="clear" w:color="auto" w:fill="DDEBF7"/>
            <w:tcMar>
              <w:top w:w="35" w:type="dxa"/>
              <w:left w:w="35" w:type="dxa"/>
              <w:bottom w:w="35" w:type="dxa"/>
              <w:right w:w="35" w:type="dxa"/>
            </w:tcMar>
            <w:vAlign w:val="center"/>
          </w:tcPr>
          <w:p w14:paraId="3BD9DC0E"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2FDBDEED"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2103FBC6" w14:textId="77777777" w:rsidR="00A06E61" w:rsidRDefault="00000000">
            <w:r>
              <w:rPr>
                <w:b/>
                <w:color w:val="000000"/>
                <w:sz w:val="13"/>
              </w:rPr>
              <w:t>In-Field:</w:t>
            </w:r>
            <w:r>
              <w:rPr>
                <w:color w:val="000000"/>
                <w:sz w:val="13"/>
              </w:rPr>
              <w:t xml:space="preserve"> To be a graduate of one of the undergraduate programs in Biochemistry, Biology, Biology Teaching, or Molecular Biology and Genetics.</w:t>
            </w:r>
          </w:p>
          <w:p w14:paraId="30DE8DF5" w14:textId="77777777" w:rsidR="00A06E61" w:rsidRDefault="00000000">
            <w:r>
              <w:rPr>
                <w:b/>
                <w:color w:val="000000"/>
                <w:sz w:val="13"/>
              </w:rPr>
              <w:t>Out-of-Field:</w:t>
            </w:r>
            <w:r>
              <w:rPr>
                <w:color w:val="000000"/>
                <w:sz w:val="13"/>
              </w:rPr>
              <w:t xml:space="preserve"> To be a graduate of one of the undergraduate programs in Horticulture, Plant Protection, Bioengineering, Biotechnology, Nature Conservation and Biodiversity Management, Pharmacy, Genetics and Bioengineering, Chemistry, Forest Engineering, Landscape Architecture, Veterinary Medicine, or Animal Science.</w:t>
            </w:r>
          </w:p>
        </w:tc>
        <w:tc>
          <w:tcPr>
            <w:tcW w:w="708" w:type="dxa"/>
            <w:shd w:val="clear" w:color="auto" w:fill="DDEBF7"/>
            <w:tcMar>
              <w:top w:w="35" w:type="dxa"/>
              <w:left w:w="35" w:type="dxa"/>
              <w:bottom w:w="35" w:type="dxa"/>
              <w:right w:w="35" w:type="dxa"/>
            </w:tcMar>
            <w:vAlign w:val="center"/>
          </w:tcPr>
          <w:p w14:paraId="64F8BE3A" w14:textId="561A1BA7" w:rsidR="00A06E61" w:rsidRDefault="002A7645">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35A6A930" w14:textId="77777777" w:rsidR="00A06E61" w:rsidRDefault="00000000">
            <w:pPr>
              <w:jc w:val="center"/>
            </w:pPr>
            <w:r>
              <w:rPr>
                <w:color w:val="000000"/>
                <w:sz w:val="13"/>
              </w:rPr>
              <w:t>4</w:t>
            </w:r>
          </w:p>
        </w:tc>
        <w:tc>
          <w:tcPr>
            <w:tcW w:w="878" w:type="dxa"/>
            <w:shd w:val="clear" w:color="auto" w:fill="DDEBF7"/>
            <w:tcMar>
              <w:top w:w="35" w:type="dxa"/>
              <w:left w:w="35" w:type="dxa"/>
              <w:bottom w:w="35" w:type="dxa"/>
              <w:right w:w="35" w:type="dxa"/>
            </w:tcMar>
            <w:vAlign w:val="center"/>
          </w:tcPr>
          <w:p w14:paraId="55B5626A" w14:textId="77777777" w:rsidR="00A06E61" w:rsidRDefault="00000000">
            <w:pPr>
              <w:jc w:val="center"/>
            </w:pPr>
            <w:r>
              <w:rPr>
                <w:color w:val="000000"/>
                <w:sz w:val="13"/>
              </w:rPr>
              <w:t>3</w:t>
            </w:r>
          </w:p>
        </w:tc>
        <w:tc>
          <w:tcPr>
            <w:tcW w:w="623" w:type="dxa"/>
            <w:shd w:val="clear" w:color="auto" w:fill="DDEBF7"/>
            <w:tcMar>
              <w:top w:w="35" w:type="dxa"/>
              <w:left w:w="35" w:type="dxa"/>
              <w:bottom w:w="35" w:type="dxa"/>
              <w:right w:w="35" w:type="dxa"/>
            </w:tcMar>
            <w:vAlign w:val="center"/>
          </w:tcPr>
          <w:p w14:paraId="2A8D5D64" w14:textId="206233EE" w:rsidR="00A06E61" w:rsidRDefault="00000000">
            <w:pPr>
              <w:jc w:val="center"/>
            </w:pPr>
            <w:r>
              <w:rPr>
                <w:color w:val="000000"/>
                <w:sz w:val="13"/>
              </w:rPr>
              <w:t>1</w:t>
            </w:r>
            <w:r w:rsidR="002A7645">
              <w:rPr>
                <w:color w:val="000000"/>
                <w:sz w:val="13"/>
              </w:rPr>
              <w:t>0</w:t>
            </w:r>
          </w:p>
        </w:tc>
      </w:tr>
      <w:tr w:rsidR="00A06E61" w14:paraId="6EB4EB59" w14:textId="77777777" w:rsidTr="00865662">
        <w:trPr>
          <w:jc w:val="center"/>
        </w:trPr>
        <w:tc>
          <w:tcPr>
            <w:tcW w:w="1701" w:type="dxa"/>
            <w:shd w:val="clear" w:color="auto" w:fill="FFFFFF"/>
            <w:tcMar>
              <w:top w:w="35" w:type="dxa"/>
              <w:left w:w="35" w:type="dxa"/>
              <w:bottom w:w="35" w:type="dxa"/>
              <w:right w:w="35" w:type="dxa"/>
            </w:tcMar>
            <w:vAlign w:val="center"/>
          </w:tcPr>
          <w:p w14:paraId="3ECEEF7A" w14:textId="77777777" w:rsidR="00A06E61" w:rsidRDefault="00000000" w:rsidP="00865662">
            <w:r>
              <w:rPr>
                <w:color w:val="000000"/>
                <w:sz w:val="13"/>
              </w:rPr>
              <w:t>Biomedical Engineering</w:t>
            </w:r>
          </w:p>
        </w:tc>
        <w:tc>
          <w:tcPr>
            <w:tcW w:w="1814" w:type="dxa"/>
            <w:shd w:val="clear" w:color="auto" w:fill="FFFFFF"/>
            <w:tcMar>
              <w:top w:w="35" w:type="dxa"/>
              <w:left w:w="35" w:type="dxa"/>
              <w:bottom w:w="35" w:type="dxa"/>
              <w:right w:w="35" w:type="dxa"/>
            </w:tcMar>
            <w:vAlign w:val="center"/>
          </w:tcPr>
          <w:p w14:paraId="23C5E667" w14:textId="77777777" w:rsidR="00A06E61" w:rsidRDefault="00000000" w:rsidP="00865662">
            <w:r>
              <w:rPr>
                <w:color w:val="000000"/>
                <w:sz w:val="13"/>
              </w:rPr>
              <w:t>Biomedical Engineering</w:t>
            </w:r>
          </w:p>
        </w:tc>
        <w:tc>
          <w:tcPr>
            <w:tcW w:w="907" w:type="dxa"/>
            <w:shd w:val="clear" w:color="auto" w:fill="FFFFFF"/>
            <w:tcMar>
              <w:top w:w="35" w:type="dxa"/>
              <w:left w:w="35" w:type="dxa"/>
              <w:bottom w:w="35" w:type="dxa"/>
              <w:right w:w="35" w:type="dxa"/>
            </w:tcMar>
            <w:vAlign w:val="center"/>
          </w:tcPr>
          <w:p w14:paraId="7A24B10A"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6CA8D29A"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23A45575" w14:textId="77777777" w:rsidR="00A06E61" w:rsidRDefault="00000000">
            <w:r>
              <w:rPr>
                <w:b/>
                <w:color w:val="000000"/>
                <w:sz w:val="13"/>
              </w:rPr>
              <w:t>In-Field:</w:t>
            </w:r>
            <w:r>
              <w:rPr>
                <w:color w:val="000000"/>
                <w:sz w:val="13"/>
              </w:rPr>
              <w:t xml:space="preserve"> To be a graduate of one of the undergraduate programs in Biomedical Engineering, Bioengineering, Biosystems Engineering, Genetics and Bioengineering, or Medical Engineering.</w:t>
            </w:r>
          </w:p>
          <w:p w14:paraId="726F388D" w14:textId="77777777" w:rsidR="00A06E61" w:rsidRDefault="00000000">
            <w:r>
              <w:rPr>
                <w:b/>
                <w:color w:val="000000"/>
                <w:sz w:val="13"/>
              </w:rPr>
              <w:t>Out-of-Field:</w:t>
            </w:r>
            <w:r>
              <w:rPr>
                <w:color w:val="000000"/>
                <w:sz w:val="13"/>
              </w:rPr>
              <w:t xml:space="preserve"> To be a graduate of one of the undergraduate programs in Computer Engineering, Bioinformatics, Biology, Biotechnology, Dentistry, Pharmacy, Electrical and Electronics Engineering, Industrial Engineering, Physics, Chemistry, Chemical Engineering, Mechanical Engineering, Metallurgical and Materials Engineering, Molecular Biology and Genetics, Medicine, or Veterinary Medicine.</w:t>
            </w:r>
          </w:p>
        </w:tc>
        <w:tc>
          <w:tcPr>
            <w:tcW w:w="708" w:type="dxa"/>
            <w:shd w:val="clear" w:color="auto" w:fill="FFFFFF"/>
            <w:tcMar>
              <w:top w:w="35" w:type="dxa"/>
              <w:left w:w="35" w:type="dxa"/>
              <w:bottom w:w="35" w:type="dxa"/>
              <w:right w:w="35" w:type="dxa"/>
            </w:tcMar>
            <w:vAlign w:val="center"/>
          </w:tcPr>
          <w:p w14:paraId="2FD96B44" w14:textId="77777777" w:rsidR="00A06E61" w:rsidRDefault="00000000">
            <w:pPr>
              <w:jc w:val="center"/>
            </w:pPr>
            <w:r>
              <w:rPr>
                <w:color w:val="000000"/>
                <w:sz w:val="13"/>
              </w:rPr>
              <w:t>5</w:t>
            </w:r>
          </w:p>
        </w:tc>
        <w:tc>
          <w:tcPr>
            <w:tcW w:w="708" w:type="dxa"/>
            <w:shd w:val="clear" w:color="auto" w:fill="FFFFFF"/>
            <w:tcMar>
              <w:top w:w="35" w:type="dxa"/>
              <w:left w:w="35" w:type="dxa"/>
              <w:bottom w:w="35" w:type="dxa"/>
              <w:right w:w="35" w:type="dxa"/>
            </w:tcMar>
            <w:vAlign w:val="center"/>
          </w:tcPr>
          <w:p w14:paraId="42F4D4DD" w14:textId="77777777" w:rsidR="00A06E61" w:rsidRDefault="00000000">
            <w:pPr>
              <w:jc w:val="center"/>
            </w:pPr>
            <w:r>
              <w:rPr>
                <w:color w:val="000000"/>
                <w:sz w:val="13"/>
              </w:rPr>
              <w:t>5</w:t>
            </w:r>
          </w:p>
        </w:tc>
        <w:tc>
          <w:tcPr>
            <w:tcW w:w="878" w:type="dxa"/>
            <w:shd w:val="clear" w:color="auto" w:fill="FFFFFF"/>
            <w:tcMar>
              <w:top w:w="35" w:type="dxa"/>
              <w:left w:w="35" w:type="dxa"/>
              <w:bottom w:w="35" w:type="dxa"/>
              <w:right w:w="35" w:type="dxa"/>
            </w:tcMar>
            <w:vAlign w:val="center"/>
          </w:tcPr>
          <w:p w14:paraId="4596EEDD"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4A566030" w14:textId="77777777" w:rsidR="00A06E61" w:rsidRDefault="00000000">
            <w:pPr>
              <w:jc w:val="center"/>
            </w:pPr>
            <w:r>
              <w:rPr>
                <w:color w:val="000000"/>
                <w:sz w:val="13"/>
              </w:rPr>
              <w:t>12</w:t>
            </w:r>
          </w:p>
        </w:tc>
      </w:tr>
      <w:tr w:rsidR="00A06E61" w14:paraId="071ADEC7" w14:textId="77777777" w:rsidTr="00865662">
        <w:trPr>
          <w:jc w:val="center"/>
        </w:trPr>
        <w:tc>
          <w:tcPr>
            <w:tcW w:w="1701" w:type="dxa"/>
            <w:shd w:val="clear" w:color="auto" w:fill="DDEBF7"/>
            <w:tcMar>
              <w:top w:w="35" w:type="dxa"/>
              <w:left w:w="35" w:type="dxa"/>
              <w:bottom w:w="35" w:type="dxa"/>
              <w:right w:w="35" w:type="dxa"/>
            </w:tcMar>
            <w:vAlign w:val="center"/>
          </w:tcPr>
          <w:p w14:paraId="2DB5B456" w14:textId="77777777" w:rsidR="00A06E61" w:rsidRDefault="00000000" w:rsidP="00865662">
            <w:r>
              <w:rPr>
                <w:color w:val="000000"/>
                <w:sz w:val="13"/>
              </w:rPr>
              <w:t>Geography</w:t>
            </w:r>
          </w:p>
        </w:tc>
        <w:tc>
          <w:tcPr>
            <w:tcW w:w="1814" w:type="dxa"/>
            <w:shd w:val="clear" w:color="auto" w:fill="DDEBF7"/>
            <w:tcMar>
              <w:top w:w="35" w:type="dxa"/>
              <w:left w:w="35" w:type="dxa"/>
              <w:bottom w:w="35" w:type="dxa"/>
              <w:right w:w="35" w:type="dxa"/>
            </w:tcMar>
            <w:vAlign w:val="center"/>
          </w:tcPr>
          <w:p w14:paraId="2ED41C96" w14:textId="77777777" w:rsidR="00A06E61" w:rsidRDefault="00000000" w:rsidP="00865662">
            <w:r>
              <w:rPr>
                <w:color w:val="000000"/>
                <w:sz w:val="13"/>
              </w:rPr>
              <w:t>Geography</w:t>
            </w:r>
          </w:p>
        </w:tc>
        <w:tc>
          <w:tcPr>
            <w:tcW w:w="907" w:type="dxa"/>
            <w:shd w:val="clear" w:color="auto" w:fill="DDEBF7"/>
            <w:tcMar>
              <w:top w:w="35" w:type="dxa"/>
              <w:left w:w="35" w:type="dxa"/>
              <w:bottom w:w="35" w:type="dxa"/>
              <w:right w:w="35" w:type="dxa"/>
            </w:tcMar>
            <w:vAlign w:val="center"/>
          </w:tcPr>
          <w:p w14:paraId="1A597C10"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75F935EB"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4967CD7" w14:textId="77777777" w:rsidR="00A06E61" w:rsidRDefault="00000000">
            <w:r>
              <w:rPr>
                <w:b/>
                <w:color w:val="000000"/>
                <w:sz w:val="13"/>
              </w:rPr>
              <w:t>In-Field:</w:t>
            </w:r>
            <w:r>
              <w:rPr>
                <w:color w:val="000000"/>
                <w:sz w:val="13"/>
              </w:rPr>
              <w:t xml:space="preserve"> To be a graduate of one of the undergraduate programs in Geography or Geography Teaching.</w:t>
            </w:r>
          </w:p>
          <w:p w14:paraId="4C4049B4" w14:textId="77777777" w:rsidR="00A06E61" w:rsidRDefault="00000000">
            <w:r>
              <w:rPr>
                <w:b/>
                <w:color w:val="000000"/>
                <w:sz w:val="13"/>
              </w:rPr>
              <w:t>Out-of-Field:</w:t>
            </w:r>
            <w:r>
              <w:rPr>
                <w:color w:val="000000"/>
                <w:sz w:val="13"/>
              </w:rPr>
              <w:t xml:space="preserve"> To be a graduate of one of the undergraduate programs in Surveying Engineering, Geodesy and Photogrammetry, Geological Engineering, Forest Engineering, or Social Studies Teaching.</w:t>
            </w:r>
          </w:p>
        </w:tc>
        <w:tc>
          <w:tcPr>
            <w:tcW w:w="708" w:type="dxa"/>
            <w:shd w:val="clear" w:color="auto" w:fill="DDEBF7"/>
            <w:tcMar>
              <w:top w:w="35" w:type="dxa"/>
              <w:left w:w="35" w:type="dxa"/>
              <w:bottom w:w="35" w:type="dxa"/>
              <w:right w:w="35" w:type="dxa"/>
            </w:tcMar>
            <w:vAlign w:val="center"/>
          </w:tcPr>
          <w:p w14:paraId="59585322" w14:textId="1271EF4B" w:rsidR="00A06E61" w:rsidRDefault="002A7645">
            <w:pPr>
              <w:jc w:val="center"/>
            </w:pPr>
            <w:r>
              <w:rPr>
                <w:color w:val="000000"/>
                <w:sz w:val="13"/>
              </w:rPr>
              <w:t>9</w:t>
            </w:r>
          </w:p>
        </w:tc>
        <w:tc>
          <w:tcPr>
            <w:tcW w:w="708" w:type="dxa"/>
            <w:shd w:val="clear" w:color="auto" w:fill="DDEBF7"/>
            <w:tcMar>
              <w:top w:w="35" w:type="dxa"/>
              <w:left w:w="35" w:type="dxa"/>
              <w:bottom w:w="35" w:type="dxa"/>
              <w:right w:w="35" w:type="dxa"/>
            </w:tcMar>
            <w:vAlign w:val="center"/>
          </w:tcPr>
          <w:p w14:paraId="2C7A29E7"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65A641A2"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3630BEF7" w14:textId="6A820074" w:rsidR="00A06E61" w:rsidRDefault="00000000">
            <w:pPr>
              <w:jc w:val="center"/>
            </w:pPr>
            <w:r>
              <w:rPr>
                <w:color w:val="000000"/>
                <w:sz w:val="13"/>
              </w:rPr>
              <w:t>1</w:t>
            </w:r>
            <w:r w:rsidR="002A7645">
              <w:rPr>
                <w:color w:val="000000"/>
                <w:sz w:val="13"/>
              </w:rPr>
              <w:t>4</w:t>
            </w:r>
          </w:p>
        </w:tc>
      </w:tr>
      <w:tr w:rsidR="00A06E61" w14:paraId="7A0A5F6D" w14:textId="77777777" w:rsidTr="00865662">
        <w:trPr>
          <w:jc w:val="center"/>
        </w:trPr>
        <w:tc>
          <w:tcPr>
            <w:tcW w:w="1701" w:type="dxa"/>
            <w:shd w:val="clear" w:color="auto" w:fill="FFFFFF"/>
            <w:tcMar>
              <w:top w:w="35" w:type="dxa"/>
              <w:left w:w="35" w:type="dxa"/>
              <w:bottom w:w="35" w:type="dxa"/>
              <w:right w:w="35" w:type="dxa"/>
            </w:tcMar>
            <w:vAlign w:val="center"/>
          </w:tcPr>
          <w:p w14:paraId="2CE131FD" w14:textId="77777777" w:rsidR="00A06E61" w:rsidRDefault="00000000" w:rsidP="00865662">
            <w:r>
              <w:rPr>
                <w:color w:val="000000"/>
                <w:sz w:val="13"/>
              </w:rPr>
              <w:t>Contemporary Turkish Dialects and Literatures</w:t>
            </w:r>
          </w:p>
        </w:tc>
        <w:tc>
          <w:tcPr>
            <w:tcW w:w="1814" w:type="dxa"/>
            <w:shd w:val="clear" w:color="auto" w:fill="FFFFFF"/>
            <w:tcMar>
              <w:top w:w="35" w:type="dxa"/>
              <w:left w:w="35" w:type="dxa"/>
              <w:bottom w:w="35" w:type="dxa"/>
              <w:right w:w="35" w:type="dxa"/>
            </w:tcMar>
            <w:vAlign w:val="center"/>
          </w:tcPr>
          <w:p w14:paraId="56478B81" w14:textId="77777777" w:rsidR="00A06E61" w:rsidRDefault="00000000" w:rsidP="00865662">
            <w:r>
              <w:rPr>
                <w:color w:val="000000"/>
                <w:sz w:val="13"/>
              </w:rPr>
              <w:t>Contemporary Turkish Dialects and Literatures</w:t>
            </w:r>
          </w:p>
        </w:tc>
        <w:tc>
          <w:tcPr>
            <w:tcW w:w="907" w:type="dxa"/>
            <w:shd w:val="clear" w:color="auto" w:fill="FFFFFF"/>
            <w:tcMar>
              <w:top w:w="35" w:type="dxa"/>
              <w:left w:w="35" w:type="dxa"/>
              <w:bottom w:w="35" w:type="dxa"/>
              <w:right w:w="35" w:type="dxa"/>
            </w:tcMar>
            <w:vAlign w:val="center"/>
          </w:tcPr>
          <w:p w14:paraId="11BFB07A"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01E1FF48"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60B2128" w14:textId="77777777" w:rsidR="00A06E61" w:rsidRDefault="00000000">
            <w:r>
              <w:rPr>
                <w:b/>
                <w:color w:val="000000"/>
                <w:sz w:val="13"/>
              </w:rPr>
              <w:t>In-Field:</w:t>
            </w:r>
            <w:r>
              <w:rPr>
                <w:color w:val="000000"/>
                <w:sz w:val="13"/>
              </w:rPr>
              <w:t xml:space="preserve"> To be a graduate of one of the undergraduate programs in Contemporary Turkish Dialects and Literatures or Turkish Language and Literature.</w:t>
            </w:r>
          </w:p>
          <w:p w14:paraId="0403D7A0" w14:textId="77777777" w:rsidR="00A06E61" w:rsidRDefault="00000000">
            <w:r>
              <w:rPr>
                <w:b/>
                <w:color w:val="000000"/>
                <w:sz w:val="13"/>
              </w:rPr>
              <w:t>Out-of-Field:</w:t>
            </w:r>
            <w:r>
              <w:rPr>
                <w:color w:val="000000"/>
                <w:sz w:val="13"/>
              </w:rPr>
              <w:t xml:space="preserve"> To be a graduate of one of the undergraduate programs in Linguistics, Folklore, Turkish Language and Literature Teaching, or Turkish Teaching.</w:t>
            </w:r>
          </w:p>
        </w:tc>
        <w:tc>
          <w:tcPr>
            <w:tcW w:w="708" w:type="dxa"/>
            <w:shd w:val="clear" w:color="auto" w:fill="FFFFFF"/>
            <w:tcMar>
              <w:top w:w="35" w:type="dxa"/>
              <w:left w:w="35" w:type="dxa"/>
              <w:bottom w:w="35" w:type="dxa"/>
              <w:right w:w="35" w:type="dxa"/>
            </w:tcMar>
            <w:vAlign w:val="center"/>
          </w:tcPr>
          <w:p w14:paraId="2273C24F" w14:textId="2A35B040" w:rsidR="00A06E61" w:rsidRDefault="002A7645">
            <w:pPr>
              <w:jc w:val="center"/>
            </w:pPr>
            <w:r>
              <w:rPr>
                <w:color w:val="000000"/>
                <w:sz w:val="13"/>
              </w:rPr>
              <w:t>9</w:t>
            </w:r>
          </w:p>
        </w:tc>
        <w:tc>
          <w:tcPr>
            <w:tcW w:w="708" w:type="dxa"/>
            <w:shd w:val="clear" w:color="auto" w:fill="FFFFFF"/>
            <w:tcMar>
              <w:top w:w="35" w:type="dxa"/>
              <w:left w:w="35" w:type="dxa"/>
              <w:bottom w:w="35" w:type="dxa"/>
              <w:right w:w="35" w:type="dxa"/>
            </w:tcMar>
            <w:vAlign w:val="center"/>
          </w:tcPr>
          <w:p w14:paraId="4DF2187B"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5BA200F9"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710C2593" w14:textId="5B20830A" w:rsidR="00A06E61" w:rsidRDefault="00000000">
            <w:pPr>
              <w:jc w:val="center"/>
            </w:pPr>
            <w:r>
              <w:rPr>
                <w:color w:val="000000"/>
                <w:sz w:val="13"/>
              </w:rPr>
              <w:t>1</w:t>
            </w:r>
            <w:r w:rsidR="002A7645">
              <w:rPr>
                <w:color w:val="000000"/>
                <w:sz w:val="13"/>
              </w:rPr>
              <w:t>3</w:t>
            </w:r>
          </w:p>
        </w:tc>
      </w:tr>
      <w:tr w:rsidR="00A06E61" w14:paraId="3D58375D" w14:textId="77777777" w:rsidTr="00865662">
        <w:trPr>
          <w:jc w:val="center"/>
        </w:trPr>
        <w:tc>
          <w:tcPr>
            <w:tcW w:w="1701" w:type="dxa"/>
            <w:shd w:val="clear" w:color="auto" w:fill="DDEBF7"/>
            <w:tcMar>
              <w:top w:w="35" w:type="dxa"/>
              <w:left w:w="35" w:type="dxa"/>
              <w:bottom w:w="35" w:type="dxa"/>
              <w:right w:w="35" w:type="dxa"/>
            </w:tcMar>
            <w:vAlign w:val="center"/>
          </w:tcPr>
          <w:p w14:paraId="7AFBCF81" w14:textId="77777777" w:rsidR="00A06E61" w:rsidRDefault="00000000" w:rsidP="00865662">
            <w:r>
              <w:rPr>
                <w:color w:val="000000"/>
                <w:sz w:val="13"/>
              </w:rPr>
              <w:t>Contemporary Turkish Dialects and Literatures</w:t>
            </w:r>
          </w:p>
        </w:tc>
        <w:tc>
          <w:tcPr>
            <w:tcW w:w="1814" w:type="dxa"/>
            <w:shd w:val="clear" w:color="auto" w:fill="DDEBF7"/>
            <w:tcMar>
              <w:top w:w="35" w:type="dxa"/>
              <w:left w:w="35" w:type="dxa"/>
              <w:bottom w:w="35" w:type="dxa"/>
              <w:right w:w="35" w:type="dxa"/>
            </w:tcMar>
            <w:vAlign w:val="center"/>
          </w:tcPr>
          <w:p w14:paraId="29549242" w14:textId="77777777" w:rsidR="00A06E61" w:rsidRDefault="00000000" w:rsidP="00865662">
            <w:r>
              <w:rPr>
                <w:color w:val="000000"/>
                <w:sz w:val="13"/>
              </w:rPr>
              <w:t>Contemporary Turkish Dialects and Literatures - International Joint Master’s Program (Kazakhstan Karaganda Buketov University)</w:t>
            </w:r>
          </w:p>
        </w:tc>
        <w:tc>
          <w:tcPr>
            <w:tcW w:w="907" w:type="dxa"/>
            <w:shd w:val="clear" w:color="auto" w:fill="DDEBF7"/>
            <w:tcMar>
              <w:top w:w="35" w:type="dxa"/>
              <w:left w:w="35" w:type="dxa"/>
              <w:bottom w:w="35" w:type="dxa"/>
              <w:right w:w="35" w:type="dxa"/>
            </w:tcMar>
            <w:vAlign w:val="center"/>
          </w:tcPr>
          <w:p w14:paraId="2C7BB456"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20C21039"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4FF53166" w14:textId="77777777" w:rsidR="00A06E61" w:rsidRDefault="00000000">
            <w:r>
              <w:rPr>
                <w:b/>
                <w:color w:val="000000"/>
                <w:sz w:val="13"/>
              </w:rPr>
              <w:t>In-Field:</w:t>
            </w:r>
            <w:r>
              <w:rPr>
                <w:color w:val="000000"/>
                <w:sz w:val="13"/>
              </w:rPr>
              <w:t xml:space="preserve"> To be a graduate of one of the undergraduate programs in Contemporary Turkish Dialects and Literatures or Turkish Language and Literature.</w:t>
            </w:r>
          </w:p>
          <w:p w14:paraId="0C74F5F7" w14:textId="77777777" w:rsidR="00A06E61" w:rsidRDefault="00000000">
            <w:r>
              <w:rPr>
                <w:b/>
                <w:color w:val="000000"/>
                <w:sz w:val="13"/>
              </w:rPr>
              <w:t>International Student:</w:t>
            </w:r>
            <w:r>
              <w:rPr>
                <w:color w:val="000000"/>
                <w:sz w:val="13"/>
              </w:rPr>
              <w:t xml:space="preserve"> To be a citizen of Kazakhstan and to be a graduate of one of the undergraduate programs equivalent to Contemporary Turkish Dialects and Literatures or Turkish Language and Literature.</w:t>
            </w:r>
          </w:p>
        </w:tc>
        <w:tc>
          <w:tcPr>
            <w:tcW w:w="708" w:type="dxa"/>
            <w:shd w:val="clear" w:color="auto" w:fill="DDEBF7"/>
            <w:tcMar>
              <w:top w:w="35" w:type="dxa"/>
              <w:left w:w="35" w:type="dxa"/>
              <w:bottom w:w="35" w:type="dxa"/>
              <w:right w:w="35" w:type="dxa"/>
            </w:tcMar>
            <w:vAlign w:val="center"/>
          </w:tcPr>
          <w:p w14:paraId="7E0CCB62" w14:textId="5C2AB3B8" w:rsidR="00A06E61" w:rsidRDefault="002A7645">
            <w:pPr>
              <w:jc w:val="center"/>
            </w:pPr>
            <w:r>
              <w:rPr>
                <w:color w:val="000000"/>
                <w:sz w:val="13"/>
              </w:rPr>
              <w:t>7</w:t>
            </w:r>
          </w:p>
        </w:tc>
        <w:tc>
          <w:tcPr>
            <w:tcW w:w="708" w:type="dxa"/>
            <w:shd w:val="clear" w:color="auto" w:fill="DDEBF7"/>
            <w:tcMar>
              <w:top w:w="35" w:type="dxa"/>
              <w:left w:w="35" w:type="dxa"/>
              <w:bottom w:w="35" w:type="dxa"/>
              <w:right w:w="35" w:type="dxa"/>
            </w:tcMar>
            <w:vAlign w:val="center"/>
          </w:tcPr>
          <w:p w14:paraId="4BE379D1" w14:textId="6E00FEE7" w:rsidR="00A06E61" w:rsidRDefault="002A7645">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70C533A5" w14:textId="742270D2" w:rsidR="00A06E61" w:rsidRDefault="002A7645">
            <w:pPr>
              <w:jc w:val="center"/>
            </w:pPr>
            <w:r>
              <w:rPr>
                <w:color w:val="000000"/>
                <w:sz w:val="13"/>
              </w:rPr>
              <w:t>10</w:t>
            </w:r>
          </w:p>
        </w:tc>
        <w:tc>
          <w:tcPr>
            <w:tcW w:w="623" w:type="dxa"/>
            <w:shd w:val="clear" w:color="auto" w:fill="DDEBF7"/>
            <w:tcMar>
              <w:top w:w="35" w:type="dxa"/>
              <w:left w:w="35" w:type="dxa"/>
              <w:bottom w:w="35" w:type="dxa"/>
              <w:right w:w="35" w:type="dxa"/>
            </w:tcMar>
            <w:vAlign w:val="center"/>
          </w:tcPr>
          <w:p w14:paraId="585B3049" w14:textId="3BD7A94D" w:rsidR="00A06E61" w:rsidRDefault="002A7645">
            <w:pPr>
              <w:jc w:val="center"/>
            </w:pPr>
            <w:r>
              <w:rPr>
                <w:color w:val="000000"/>
                <w:sz w:val="13"/>
              </w:rPr>
              <w:t>17</w:t>
            </w:r>
          </w:p>
        </w:tc>
      </w:tr>
      <w:tr w:rsidR="00A06E61" w14:paraId="37A087C1" w14:textId="77777777" w:rsidTr="00865662">
        <w:trPr>
          <w:jc w:val="center"/>
        </w:trPr>
        <w:tc>
          <w:tcPr>
            <w:tcW w:w="1701" w:type="dxa"/>
            <w:shd w:val="clear" w:color="auto" w:fill="FFFFFF"/>
            <w:tcMar>
              <w:top w:w="35" w:type="dxa"/>
              <w:left w:w="35" w:type="dxa"/>
              <w:bottom w:w="35" w:type="dxa"/>
              <w:right w:w="35" w:type="dxa"/>
            </w:tcMar>
            <w:vAlign w:val="center"/>
          </w:tcPr>
          <w:p w14:paraId="7C50B243" w14:textId="77777777" w:rsidR="00A06E61" w:rsidRDefault="00000000" w:rsidP="00865662">
            <w:r>
              <w:rPr>
                <w:color w:val="000000"/>
                <w:sz w:val="13"/>
              </w:rPr>
              <w:t>Environmental Engineering</w:t>
            </w:r>
          </w:p>
        </w:tc>
        <w:tc>
          <w:tcPr>
            <w:tcW w:w="1814" w:type="dxa"/>
            <w:shd w:val="clear" w:color="auto" w:fill="FFFFFF"/>
            <w:tcMar>
              <w:top w:w="35" w:type="dxa"/>
              <w:left w:w="35" w:type="dxa"/>
              <w:bottom w:w="35" w:type="dxa"/>
              <w:right w:w="35" w:type="dxa"/>
            </w:tcMar>
            <w:vAlign w:val="center"/>
          </w:tcPr>
          <w:p w14:paraId="3ED3BF7B" w14:textId="77777777" w:rsidR="00A06E61" w:rsidRDefault="00000000" w:rsidP="00865662">
            <w:r>
              <w:rPr>
                <w:color w:val="000000"/>
                <w:sz w:val="13"/>
              </w:rPr>
              <w:t>Environmental Engineering</w:t>
            </w:r>
          </w:p>
        </w:tc>
        <w:tc>
          <w:tcPr>
            <w:tcW w:w="907" w:type="dxa"/>
            <w:shd w:val="clear" w:color="auto" w:fill="FFFFFF"/>
            <w:tcMar>
              <w:top w:w="35" w:type="dxa"/>
              <w:left w:w="35" w:type="dxa"/>
              <w:bottom w:w="35" w:type="dxa"/>
              <w:right w:w="35" w:type="dxa"/>
            </w:tcMar>
            <w:vAlign w:val="center"/>
          </w:tcPr>
          <w:p w14:paraId="5C65B75C"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53830EB"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17B981D0" w14:textId="77777777" w:rsidR="00A06E61" w:rsidRDefault="00000000">
            <w:r>
              <w:rPr>
                <w:b/>
                <w:color w:val="000000"/>
                <w:sz w:val="13"/>
              </w:rPr>
              <w:t>In-Field:</w:t>
            </w:r>
            <w:r>
              <w:rPr>
                <w:color w:val="000000"/>
                <w:sz w:val="13"/>
              </w:rPr>
              <w:t xml:space="preserve"> To be a graduate of the undergraduate program in Environmental Engineering.</w:t>
            </w:r>
          </w:p>
          <w:p w14:paraId="42B5C541" w14:textId="77777777" w:rsidR="00A06E61" w:rsidRDefault="00000000">
            <w:r>
              <w:rPr>
                <w:b/>
                <w:color w:val="000000"/>
                <w:sz w:val="13"/>
              </w:rPr>
              <w:t>Out-of-Field:</w:t>
            </w:r>
            <w:r>
              <w:rPr>
                <w:color w:val="000000"/>
                <w:sz w:val="13"/>
              </w:rPr>
              <w:t xml:space="preserve"> To be a graduate of one of the undergraduate programs in Biology, Civil Engineering, Geophysical Engineering, Geological Engineering, Chemistry, Chemical Engineering, Mining Engineering, Forest Engineering, Landscape Architecture, Fisheries Engineering, or Agricultural Engineering.</w:t>
            </w:r>
          </w:p>
        </w:tc>
        <w:tc>
          <w:tcPr>
            <w:tcW w:w="708" w:type="dxa"/>
            <w:shd w:val="clear" w:color="auto" w:fill="FFFFFF"/>
            <w:tcMar>
              <w:top w:w="35" w:type="dxa"/>
              <w:left w:w="35" w:type="dxa"/>
              <w:bottom w:w="35" w:type="dxa"/>
              <w:right w:w="35" w:type="dxa"/>
            </w:tcMar>
            <w:vAlign w:val="center"/>
          </w:tcPr>
          <w:p w14:paraId="525D2D66" w14:textId="5DF4F82C" w:rsidR="00A06E61" w:rsidRDefault="002A7645">
            <w:pPr>
              <w:jc w:val="center"/>
            </w:pPr>
            <w:r>
              <w:rPr>
                <w:color w:val="000000"/>
                <w:sz w:val="13"/>
              </w:rPr>
              <w:t>2</w:t>
            </w:r>
          </w:p>
        </w:tc>
        <w:tc>
          <w:tcPr>
            <w:tcW w:w="708" w:type="dxa"/>
            <w:shd w:val="clear" w:color="auto" w:fill="FFFFFF"/>
            <w:tcMar>
              <w:top w:w="35" w:type="dxa"/>
              <w:left w:w="35" w:type="dxa"/>
              <w:bottom w:w="35" w:type="dxa"/>
              <w:right w:w="35" w:type="dxa"/>
            </w:tcMar>
            <w:vAlign w:val="center"/>
          </w:tcPr>
          <w:p w14:paraId="5BA37347" w14:textId="77777777" w:rsidR="00A06E61" w:rsidRDefault="00000000">
            <w:pPr>
              <w:jc w:val="center"/>
            </w:pPr>
            <w:r>
              <w:rPr>
                <w:color w:val="000000"/>
                <w:sz w:val="13"/>
              </w:rPr>
              <w:t>4</w:t>
            </w:r>
          </w:p>
        </w:tc>
        <w:tc>
          <w:tcPr>
            <w:tcW w:w="878" w:type="dxa"/>
            <w:shd w:val="clear" w:color="auto" w:fill="FFFFFF"/>
            <w:tcMar>
              <w:top w:w="35" w:type="dxa"/>
              <w:left w:w="35" w:type="dxa"/>
              <w:bottom w:w="35" w:type="dxa"/>
              <w:right w:w="35" w:type="dxa"/>
            </w:tcMar>
            <w:vAlign w:val="center"/>
          </w:tcPr>
          <w:p w14:paraId="288A40BD" w14:textId="77777777" w:rsidR="00A06E61" w:rsidRDefault="00000000">
            <w:pPr>
              <w:jc w:val="center"/>
            </w:pPr>
            <w:r>
              <w:rPr>
                <w:color w:val="000000"/>
                <w:sz w:val="13"/>
              </w:rPr>
              <w:t>6</w:t>
            </w:r>
          </w:p>
        </w:tc>
        <w:tc>
          <w:tcPr>
            <w:tcW w:w="623" w:type="dxa"/>
            <w:shd w:val="clear" w:color="auto" w:fill="FFFFFF"/>
            <w:tcMar>
              <w:top w:w="35" w:type="dxa"/>
              <w:left w:w="35" w:type="dxa"/>
              <w:bottom w:w="35" w:type="dxa"/>
              <w:right w:w="35" w:type="dxa"/>
            </w:tcMar>
            <w:vAlign w:val="center"/>
          </w:tcPr>
          <w:p w14:paraId="5AE2533F" w14:textId="7D3D4C23" w:rsidR="00A06E61" w:rsidRDefault="00000000">
            <w:pPr>
              <w:jc w:val="center"/>
            </w:pPr>
            <w:r>
              <w:rPr>
                <w:color w:val="000000"/>
                <w:sz w:val="13"/>
              </w:rPr>
              <w:t>1</w:t>
            </w:r>
            <w:r w:rsidR="002A7645">
              <w:rPr>
                <w:color w:val="000000"/>
                <w:sz w:val="13"/>
              </w:rPr>
              <w:t>2</w:t>
            </w:r>
          </w:p>
        </w:tc>
      </w:tr>
      <w:tr w:rsidR="00A06E61" w14:paraId="136B90CA" w14:textId="77777777" w:rsidTr="00865662">
        <w:trPr>
          <w:jc w:val="center"/>
        </w:trPr>
        <w:tc>
          <w:tcPr>
            <w:tcW w:w="1701" w:type="dxa"/>
            <w:shd w:val="clear" w:color="auto" w:fill="DDEBF7"/>
            <w:tcMar>
              <w:top w:w="35" w:type="dxa"/>
              <w:left w:w="35" w:type="dxa"/>
              <w:bottom w:w="35" w:type="dxa"/>
              <w:right w:w="35" w:type="dxa"/>
            </w:tcMar>
            <w:vAlign w:val="center"/>
          </w:tcPr>
          <w:p w14:paraId="2484D839" w14:textId="77777777" w:rsidR="00A06E61" w:rsidRDefault="00000000" w:rsidP="00865662">
            <w:r>
              <w:rPr>
                <w:color w:val="000000"/>
                <w:sz w:val="13"/>
              </w:rPr>
              <w:t>Educational Sciences</w:t>
            </w:r>
          </w:p>
        </w:tc>
        <w:tc>
          <w:tcPr>
            <w:tcW w:w="1814" w:type="dxa"/>
            <w:shd w:val="clear" w:color="auto" w:fill="DDEBF7"/>
            <w:tcMar>
              <w:top w:w="35" w:type="dxa"/>
              <w:left w:w="35" w:type="dxa"/>
              <w:bottom w:w="35" w:type="dxa"/>
              <w:right w:w="35" w:type="dxa"/>
            </w:tcMar>
            <w:vAlign w:val="center"/>
          </w:tcPr>
          <w:p w14:paraId="1767C5C5" w14:textId="77777777" w:rsidR="00A06E61" w:rsidRDefault="00000000" w:rsidP="00865662">
            <w:r>
              <w:rPr>
                <w:color w:val="000000"/>
                <w:sz w:val="13"/>
              </w:rPr>
              <w:t>Curriculum and Instruction</w:t>
            </w:r>
          </w:p>
        </w:tc>
        <w:tc>
          <w:tcPr>
            <w:tcW w:w="907" w:type="dxa"/>
            <w:shd w:val="clear" w:color="auto" w:fill="DDEBF7"/>
            <w:tcMar>
              <w:top w:w="35" w:type="dxa"/>
              <w:left w:w="35" w:type="dxa"/>
              <w:bottom w:w="35" w:type="dxa"/>
              <w:right w:w="35" w:type="dxa"/>
            </w:tcMar>
            <w:vAlign w:val="center"/>
          </w:tcPr>
          <w:p w14:paraId="031ADFDA" w14:textId="77777777" w:rsidR="00A06E61" w:rsidRDefault="00000000">
            <w:pPr>
              <w:jc w:val="center"/>
            </w:pPr>
            <w:r>
              <w:rPr>
                <w:color w:val="000000"/>
                <w:sz w:val="13"/>
              </w:rPr>
              <w:t>SÖZ/SAY/EA (60)</w:t>
            </w:r>
          </w:p>
        </w:tc>
        <w:tc>
          <w:tcPr>
            <w:tcW w:w="963" w:type="dxa"/>
            <w:shd w:val="clear" w:color="auto" w:fill="DDEBF7"/>
            <w:tcMar>
              <w:top w:w="35" w:type="dxa"/>
              <w:left w:w="35" w:type="dxa"/>
              <w:bottom w:w="35" w:type="dxa"/>
              <w:right w:w="35" w:type="dxa"/>
            </w:tcMar>
            <w:vAlign w:val="center"/>
          </w:tcPr>
          <w:p w14:paraId="390A5409"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5C46ACB2" w14:textId="57578211" w:rsidR="00A06E61" w:rsidRDefault="00000000">
            <w:r>
              <w:rPr>
                <w:b/>
                <w:color w:val="000000"/>
                <w:sz w:val="13"/>
              </w:rPr>
              <w:t>In-Field:</w:t>
            </w:r>
            <w:r>
              <w:rPr>
                <w:color w:val="000000"/>
                <w:sz w:val="13"/>
              </w:rPr>
              <w:t xml:space="preserve"> To be a graduate of the undergraduate programs of a Faculty of Education or Faculty of Educational Sciences.</w:t>
            </w:r>
          </w:p>
          <w:p w14:paraId="1E5C07D3"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4BA4F75A" w14:textId="42657429" w:rsidR="00A06E61" w:rsidRDefault="002A7645">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12B21F66"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566B4E84" w14:textId="543AF88F" w:rsidR="00A06E61" w:rsidRDefault="002A7645">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6DAFFC36" w14:textId="7F9C4D31" w:rsidR="00A06E61" w:rsidRDefault="002A7645">
            <w:pPr>
              <w:jc w:val="center"/>
            </w:pPr>
            <w:r>
              <w:rPr>
                <w:color w:val="000000"/>
                <w:sz w:val="13"/>
              </w:rPr>
              <w:t>4</w:t>
            </w:r>
          </w:p>
        </w:tc>
      </w:tr>
      <w:tr w:rsidR="00A06E61" w14:paraId="736B8DC9" w14:textId="77777777" w:rsidTr="00865662">
        <w:trPr>
          <w:jc w:val="center"/>
        </w:trPr>
        <w:tc>
          <w:tcPr>
            <w:tcW w:w="1701" w:type="dxa"/>
            <w:shd w:val="clear" w:color="auto" w:fill="FFFFFF"/>
            <w:tcMar>
              <w:top w:w="35" w:type="dxa"/>
              <w:left w:w="35" w:type="dxa"/>
              <w:bottom w:w="35" w:type="dxa"/>
              <w:right w:w="35" w:type="dxa"/>
            </w:tcMar>
            <w:vAlign w:val="center"/>
          </w:tcPr>
          <w:p w14:paraId="209E61E3" w14:textId="77777777" w:rsidR="00A06E61" w:rsidRDefault="00000000" w:rsidP="00865662">
            <w:r>
              <w:rPr>
                <w:color w:val="000000"/>
                <w:sz w:val="13"/>
              </w:rPr>
              <w:t>Educational Sciences</w:t>
            </w:r>
          </w:p>
        </w:tc>
        <w:tc>
          <w:tcPr>
            <w:tcW w:w="1814" w:type="dxa"/>
            <w:shd w:val="clear" w:color="auto" w:fill="FFFFFF"/>
            <w:tcMar>
              <w:top w:w="35" w:type="dxa"/>
              <w:left w:w="35" w:type="dxa"/>
              <w:bottom w:w="35" w:type="dxa"/>
              <w:right w:w="35" w:type="dxa"/>
            </w:tcMar>
            <w:vAlign w:val="center"/>
          </w:tcPr>
          <w:p w14:paraId="771E0665" w14:textId="77777777" w:rsidR="00A06E61" w:rsidRDefault="00000000" w:rsidP="00865662">
            <w:r>
              <w:rPr>
                <w:color w:val="000000"/>
                <w:sz w:val="13"/>
              </w:rPr>
              <w:t>Educational Administration, Supervision, Planning and Economics</w:t>
            </w:r>
          </w:p>
        </w:tc>
        <w:tc>
          <w:tcPr>
            <w:tcW w:w="907" w:type="dxa"/>
            <w:shd w:val="clear" w:color="auto" w:fill="FFFFFF"/>
            <w:tcMar>
              <w:top w:w="35" w:type="dxa"/>
              <w:left w:w="35" w:type="dxa"/>
              <w:bottom w:w="35" w:type="dxa"/>
              <w:right w:w="35" w:type="dxa"/>
            </w:tcMar>
            <w:vAlign w:val="center"/>
          </w:tcPr>
          <w:p w14:paraId="55E85517" w14:textId="77777777" w:rsidR="00A06E61" w:rsidRDefault="00000000">
            <w:pPr>
              <w:jc w:val="center"/>
            </w:pPr>
            <w:r>
              <w:rPr>
                <w:color w:val="000000"/>
                <w:sz w:val="13"/>
              </w:rPr>
              <w:t>EA (60)</w:t>
            </w:r>
          </w:p>
        </w:tc>
        <w:tc>
          <w:tcPr>
            <w:tcW w:w="963" w:type="dxa"/>
            <w:shd w:val="clear" w:color="auto" w:fill="FFFFFF"/>
            <w:tcMar>
              <w:top w:w="35" w:type="dxa"/>
              <w:left w:w="35" w:type="dxa"/>
              <w:bottom w:w="35" w:type="dxa"/>
              <w:right w:w="35" w:type="dxa"/>
            </w:tcMar>
            <w:vAlign w:val="center"/>
          </w:tcPr>
          <w:p w14:paraId="4D152BB2"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403A2B6C" w14:textId="77777777" w:rsidR="00A06E61" w:rsidRDefault="00000000">
            <w:r>
              <w:rPr>
                <w:b/>
                <w:color w:val="000000"/>
                <w:sz w:val="13"/>
              </w:rPr>
              <w:t>In-Field:</w:t>
            </w:r>
            <w:r>
              <w:rPr>
                <w:color w:val="000000"/>
                <w:sz w:val="13"/>
              </w:rPr>
              <w:t xml:space="preserve"> To be a graduate of one of the undergraduate programs of a Faculty of Education or Faculty of Educational Sciences.</w:t>
            </w:r>
          </w:p>
          <w:p w14:paraId="12A0AD52" w14:textId="77777777" w:rsidR="00A06E61" w:rsidRDefault="00000000">
            <w:r>
              <w:rPr>
                <w:b/>
                <w:color w:val="000000"/>
                <w:sz w:val="13"/>
              </w:rPr>
              <w:t>Out-of-Field:</w:t>
            </w:r>
            <w:r>
              <w:rPr>
                <w:color w:val="000000"/>
                <w:sz w:val="13"/>
              </w:rPr>
              <w:t xml:space="preserve"> To be a graduate of one of the undergraduate programs in Law, Economics, Business Administration, Public Administration, Psychology, or International Relations.</w:t>
            </w:r>
          </w:p>
        </w:tc>
        <w:tc>
          <w:tcPr>
            <w:tcW w:w="708" w:type="dxa"/>
            <w:shd w:val="clear" w:color="auto" w:fill="FFFFFF"/>
            <w:tcMar>
              <w:top w:w="35" w:type="dxa"/>
              <w:left w:w="35" w:type="dxa"/>
              <w:bottom w:w="35" w:type="dxa"/>
              <w:right w:w="35" w:type="dxa"/>
            </w:tcMar>
            <w:vAlign w:val="center"/>
          </w:tcPr>
          <w:p w14:paraId="3925E986" w14:textId="000405D6" w:rsidR="00A06E61" w:rsidRDefault="00000000">
            <w:pPr>
              <w:jc w:val="center"/>
            </w:pPr>
            <w:r>
              <w:rPr>
                <w:color w:val="000000"/>
                <w:sz w:val="13"/>
              </w:rPr>
              <w:t>1</w:t>
            </w:r>
            <w:r w:rsidR="002A7645">
              <w:rPr>
                <w:color w:val="000000"/>
                <w:sz w:val="13"/>
              </w:rPr>
              <w:t>3</w:t>
            </w:r>
          </w:p>
        </w:tc>
        <w:tc>
          <w:tcPr>
            <w:tcW w:w="708" w:type="dxa"/>
            <w:shd w:val="clear" w:color="auto" w:fill="FFFFFF"/>
            <w:tcMar>
              <w:top w:w="35" w:type="dxa"/>
              <w:left w:w="35" w:type="dxa"/>
              <w:bottom w:w="35" w:type="dxa"/>
              <w:right w:w="35" w:type="dxa"/>
            </w:tcMar>
            <w:vAlign w:val="center"/>
          </w:tcPr>
          <w:p w14:paraId="7E7C7F22" w14:textId="54CBDB63" w:rsidR="00A06E61" w:rsidRDefault="002A7645">
            <w:pPr>
              <w:jc w:val="center"/>
            </w:pPr>
            <w:r>
              <w:rPr>
                <w:color w:val="000000"/>
                <w:sz w:val="13"/>
              </w:rPr>
              <w:t>4</w:t>
            </w:r>
          </w:p>
        </w:tc>
        <w:tc>
          <w:tcPr>
            <w:tcW w:w="878" w:type="dxa"/>
            <w:shd w:val="clear" w:color="auto" w:fill="FFFFFF"/>
            <w:tcMar>
              <w:top w:w="35" w:type="dxa"/>
              <w:left w:w="35" w:type="dxa"/>
              <w:bottom w:w="35" w:type="dxa"/>
              <w:right w:w="35" w:type="dxa"/>
            </w:tcMar>
            <w:vAlign w:val="center"/>
          </w:tcPr>
          <w:p w14:paraId="09264A2B"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1CF80F31" w14:textId="4106438A" w:rsidR="00A06E61" w:rsidRDefault="002A7645">
            <w:pPr>
              <w:jc w:val="center"/>
            </w:pPr>
            <w:r>
              <w:rPr>
                <w:color w:val="000000"/>
                <w:sz w:val="13"/>
              </w:rPr>
              <w:t>19</w:t>
            </w:r>
          </w:p>
        </w:tc>
      </w:tr>
      <w:tr w:rsidR="00A06E61" w14:paraId="7150D89A" w14:textId="77777777" w:rsidTr="00865662">
        <w:trPr>
          <w:jc w:val="center"/>
        </w:trPr>
        <w:tc>
          <w:tcPr>
            <w:tcW w:w="1701" w:type="dxa"/>
            <w:shd w:val="clear" w:color="auto" w:fill="DDEBF7"/>
            <w:tcMar>
              <w:top w:w="35" w:type="dxa"/>
              <w:left w:w="35" w:type="dxa"/>
              <w:bottom w:w="35" w:type="dxa"/>
              <w:right w:w="35" w:type="dxa"/>
            </w:tcMar>
            <w:vAlign w:val="center"/>
          </w:tcPr>
          <w:p w14:paraId="002B40B3" w14:textId="77777777" w:rsidR="00A06E61" w:rsidRDefault="00000000" w:rsidP="00865662">
            <w:r>
              <w:rPr>
                <w:color w:val="000000"/>
                <w:sz w:val="13"/>
              </w:rPr>
              <w:lastRenderedPageBreak/>
              <w:t>Educational Sciences</w:t>
            </w:r>
          </w:p>
        </w:tc>
        <w:tc>
          <w:tcPr>
            <w:tcW w:w="1814" w:type="dxa"/>
            <w:shd w:val="clear" w:color="auto" w:fill="DDEBF7"/>
            <w:tcMar>
              <w:top w:w="35" w:type="dxa"/>
              <w:left w:w="35" w:type="dxa"/>
              <w:bottom w:w="35" w:type="dxa"/>
              <w:right w:w="35" w:type="dxa"/>
            </w:tcMar>
            <w:vAlign w:val="center"/>
          </w:tcPr>
          <w:p w14:paraId="165DBD11" w14:textId="77777777" w:rsidR="00A06E61" w:rsidRDefault="00000000" w:rsidP="00865662">
            <w:r>
              <w:rPr>
                <w:color w:val="000000"/>
                <w:sz w:val="13"/>
              </w:rPr>
              <w:t>Guidance and Psychological Counseling</w:t>
            </w:r>
          </w:p>
        </w:tc>
        <w:tc>
          <w:tcPr>
            <w:tcW w:w="907" w:type="dxa"/>
            <w:shd w:val="clear" w:color="auto" w:fill="DDEBF7"/>
            <w:tcMar>
              <w:top w:w="35" w:type="dxa"/>
              <w:left w:w="35" w:type="dxa"/>
              <w:bottom w:w="35" w:type="dxa"/>
              <w:right w:w="35" w:type="dxa"/>
            </w:tcMar>
            <w:vAlign w:val="center"/>
          </w:tcPr>
          <w:p w14:paraId="252AE4D5" w14:textId="77777777" w:rsidR="00A06E61" w:rsidRDefault="00000000">
            <w:pPr>
              <w:jc w:val="center"/>
            </w:pPr>
            <w:r>
              <w:rPr>
                <w:color w:val="000000"/>
                <w:sz w:val="13"/>
              </w:rPr>
              <w:t>EA (70)</w:t>
            </w:r>
          </w:p>
        </w:tc>
        <w:tc>
          <w:tcPr>
            <w:tcW w:w="963" w:type="dxa"/>
            <w:shd w:val="clear" w:color="auto" w:fill="DDEBF7"/>
            <w:tcMar>
              <w:top w:w="35" w:type="dxa"/>
              <w:left w:w="35" w:type="dxa"/>
              <w:bottom w:w="35" w:type="dxa"/>
              <w:right w:w="35" w:type="dxa"/>
            </w:tcMar>
            <w:vAlign w:val="center"/>
          </w:tcPr>
          <w:p w14:paraId="7999954D" w14:textId="269D868B" w:rsidR="00A06E61" w:rsidRDefault="00000000">
            <w:pPr>
              <w:jc w:val="center"/>
            </w:pPr>
            <w:r>
              <w:rPr>
                <w:color w:val="000000"/>
                <w:sz w:val="13"/>
              </w:rPr>
              <w:t>Must have taken the</w:t>
            </w:r>
            <w:r w:rsidR="00865662">
              <w:rPr>
                <w:color w:val="000000"/>
                <w:sz w:val="13"/>
              </w:rPr>
              <w:t xml:space="preserve"> </w:t>
            </w:r>
            <w:r>
              <w:rPr>
                <w:color w:val="000000"/>
                <w:sz w:val="13"/>
              </w:rPr>
              <w:t>examination</w:t>
            </w:r>
          </w:p>
        </w:tc>
        <w:tc>
          <w:tcPr>
            <w:tcW w:w="6917" w:type="dxa"/>
            <w:shd w:val="clear" w:color="auto" w:fill="DDEBF7"/>
            <w:tcMar>
              <w:top w:w="35" w:type="dxa"/>
              <w:left w:w="35" w:type="dxa"/>
              <w:bottom w:w="35" w:type="dxa"/>
              <w:right w:w="35" w:type="dxa"/>
            </w:tcMar>
          </w:tcPr>
          <w:p w14:paraId="140199CB" w14:textId="77777777" w:rsidR="00A06E61" w:rsidRDefault="00000000">
            <w:r>
              <w:rPr>
                <w:b/>
                <w:color w:val="000000"/>
                <w:sz w:val="13"/>
              </w:rPr>
              <w:t>In-Field:</w:t>
            </w:r>
            <w:r>
              <w:rPr>
                <w:color w:val="000000"/>
                <w:sz w:val="13"/>
              </w:rPr>
              <w:t xml:space="preserve"> To be a graduate of one of the undergraduate programs in Psychological Services in Education, Psychological Counseling and Guidance, or Guidance and Psychological Counseling.</w:t>
            </w:r>
          </w:p>
          <w:p w14:paraId="1C75CD1A" w14:textId="77777777" w:rsidR="00A06E61" w:rsidRDefault="00000000">
            <w:r>
              <w:rPr>
                <w:b/>
                <w:color w:val="000000"/>
                <w:sz w:val="13"/>
              </w:rPr>
              <w:t>Out-of-Field:</w:t>
            </w:r>
            <w:r>
              <w:rPr>
                <w:color w:val="000000"/>
                <w:sz w:val="13"/>
              </w:rPr>
              <w:t xml:space="preserve"> To be a graduate of the undergraduate program in Psychology.</w:t>
            </w:r>
          </w:p>
        </w:tc>
        <w:tc>
          <w:tcPr>
            <w:tcW w:w="708" w:type="dxa"/>
            <w:shd w:val="clear" w:color="auto" w:fill="DDEBF7"/>
            <w:tcMar>
              <w:top w:w="35" w:type="dxa"/>
              <w:left w:w="35" w:type="dxa"/>
              <w:bottom w:w="35" w:type="dxa"/>
              <w:right w:w="35" w:type="dxa"/>
            </w:tcMar>
            <w:vAlign w:val="center"/>
          </w:tcPr>
          <w:p w14:paraId="6E4A1571" w14:textId="6B8EEE03" w:rsidR="00A06E61" w:rsidRDefault="00E51F14">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2B257654" w14:textId="746F9F5F" w:rsidR="00A06E61" w:rsidRDefault="00E51F14">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57394C1B"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4C298E9C" w14:textId="0008B804" w:rsidR="00A06E61" w:rsidRDefault="00E51F14">
            <w:pPr>
              <w:jc w:val="center"/>
            </w:pPr>
            <w:r>
              <w:rPr>
                <w:color w:val="000000"/>
                <w:sz w:val="13"/>
              </w:rPr>
              <w:t>7</w:t>
            </w:r>
          </w:p>
        </w:tc>
      </w:tr>
      <w:tr w:rsidR="00A06E61" w14:paraId="74E1667F" w14:textId="77777777" w:rsidTr="00865662">
        <w:trPr>
          <w:jc w:val="center"/>
        </w:trPr>
        <w:tc>
          <w:tcPr>
            <w:tcW w:w="1701" w:type="dxa"/>
            <w:shd w:val="clear" w:color="auto" w:fill="FFFFFF"/>
            <w:tcMar>
              <w:top w:w="35" w:type="dxa"/>
              <w:left w:w="35" w:type="dxa"/>
              <w:bottom w:w="35" w:type="dxa"/>
              <w:right w:w="35" w:type="dxa"/>
            </w:tcMar>
            <w:vAlign w:val="center"/>
          </w:tcPr>
          <w:p w14:paraId="4592754B" w14:textId="77777777" w:rsidR="00A06E61" w:rsidRDefault="00000000" w:rsidP="00865662">
            <w:r>
              <w:rPr>
                <w:color w:val="000000"/>
                <w:sz w:val="13"/>
              </w:rPr>
              <w:t>Educational Sciences</w:t>
            </w:r>
          </w:p>
        </w:tc>
        <w:tc>
          <w:tcPr>
            <w:tcW w:w="1814" w:type="dxa"/>
            <w:shd w:val="clear" w:color="auto" w:fill="FFFFFF"/>
            <w:tcMar>
              <w:top w:w="35" w:type="dxa"/>
              <w:left w:w="35" w:type="dxa"/>
              <w:bottom w:w="35" w:type="dxa"/>
              <w:right w:w="35" w:type="dxa"/>
            </w:tcMar>
            <w:vAlign w:val="center"/>
          </w:tcPr>
          <w:p w14:paraId="1EAAA713" w14:textId="77777777" w:rsidR="00A06E61" w:rsidRDefault="00000000" w:rsidP="00865662">
            <w:r>
              <w:rPr>
                <w:color w:val="000000"/>
                <w:sz w:val="13"/>
              </w:rPr>
              <w:t>Instructional Technologies</w:t>
            </w:r>
          </w:p>
        </w:tc>
        <w:tc>
          <w:tcPr>
            <w:tcW w:w="907" w:type="dxa"/>
            <w:shd w:val="clear" w:color="auto" w:fill="FFFFFF"/>
            <w:tcMar>
              <w:top w:w="35" w:type="dxa"/>
              <w:left w:w="35" w:type="dxa"/>
              <w:bottom w:w="35" w:type="dxa"/>
              <w:right w:w="35" w:type="dxa"/>
            </w:tcMar>
            <w:vAlign w:val="center"/>
          </w:tcPr>
          <w:p w14:paraId="13D83BCD" w14:textId="77777777" w:rsidR="00A06E61" w:rsidRDefault="00000000">
            <w:pPr>
              <w:jc w:val="center"/>
            </w:pPr>
            <w:r>
              <w:rPr>
                <w:color w:val="000000"/>
                <w:sz w:val="13"/>
              </w:rPr>
              <w:t>SAY/EA (55)</w:t>
            </w:r>
          </w:p>
        </w:tc>
        <w:tc>
          <w:tcPr>
            <w:tcW w:w="963" w:type="dxa"/>
            <w:shd w:val="clear" w:color="auto" w:fill="FFFFFF"/>
            <w:tcMar>
              <w:top w:w="35" w:type="dxa"/>
              <w:left w:w="35" w:type="dxa"/>
              <w:bottom w:w="35" w:type="dxa"/>
              <w:right w:w="35" w:type="dxa"/>
            </w:tcMar>
            <w:vAlign w:val="center"/>
          </w:tcPr>
          <w:p w14:paraId="697AEE47"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2C140C96" w14:textId="77777777" w:rsidR="00A06E61" w:rsidRDefault="00000000">
            <w:r>
              <w:rPr>
                <w:b/>
                <w:color w:val="000000"/>
                <w:sz w:val="13"/>
              </w:rPr>
              <w:t>In-Field:</w:t>
            </w:r>
            <w:r>
              <w:rPr>
                <w:color w:val="000000"/>
                <w:sz w:val="13"/>
              </w:rPr>
              <w:t xml:space="preserve"> To be a graduate of one of the undergraduate programs of a Faculty of Education, Faculty of Educational Sciences, or Faculty of Technical Education.</w:t>
            </w:r>
          </w:p>
          <w:p w14:paraId="18339476" w14:textId="77777777" w:rsidR="00A06E61" w:rsidRDefault="00000000">
            <w:r>
              <w:rPr>
                <w:b/>
                <w:color w:val="000000"/>
                <w:sz w:val="13"/>
              </w:rPr>
              <w:t>Out-of-Field:</w:t>
            </w:r>
            <w:r>
              <w:rPr>
                <w:color w:val="000000"/>
                <w:sz w:val="13"/>
              </w:rPr>
              <w:t xml:space="preserve"> To be a graduate of one of the undergraduate programs in Computer Engineering, Information Systems and Technologies, Statistics and Computer Science, Management Information Systems, Software Engineering, or New Media and Communication.</w:t>
            </w:r>
          </w:p>
        </w:tc>
        <w:tc>
          <w:tcPr>
            <w:tcW w:w="708" w:type="dxa"/>
            <w:shd w:val="clear" w:color="auto" w:fill="FFFFFF"/>
            <w:tcMar>
              <w:top w:w="35" w:type="dxa"/>
              <w:left w:w="35" w:type="dxa"/>
              <w:bottom w:w="35" w:type="dxa"/>
              <w:right w:w="35" w:type="dxa"/>
            </w:tcMar>
            <w:vAlign w:val="center"/>
          </w:tcPr>
          <w:p w14:paraId="0DD32EAA" w14:textId="238FDB02" w:rsidR="00A06E61" w:rsidRDefault="00E51F14">
            <w:pPr>
              <w:jc w:val="center"/>
            </w:pPr>
            <w:r>
              <w:rPr>
                <w:color w:val="000000"/>
                <w:sz w:val="13"/>
              </w:rPr>
              <w:t>5</w:t>
            </w:r>
          </w:p>
        </w:tc>
        <w:tc>
          <w:tcPr>
            <w:tcW w:w="708" w:type="dxa"/>
            <w:shd w:val="clear" w:color="auto" w:fill="FFFFFF"/>
            <w:tcMar>
              <w:top w:w="35" w:type="dxa"/>
              <w:left w:w="35" w:type="dxa"/>
              <w:bottom w:w="35" w:type="dxa"/>
              <w:right w:w="35" w:type="dxa"/>
            </w:tcMar>
            <w:vAlign w:val="center"/>
          </w:tcPr>
          <w:p w14:paraId="79B1E148" w14:textId="77777777" w:rsidR="00A06E61" w:rsidRDefault="00000000">
            <w:pPr>
              <w:jc w:val="center"/>
            </w:pPr>
            <w:r>
              <w:rPr>
                <w:color w:val="000000"/>
                <w:sz w:val="13"/>
              </w:rPr>
              <w:t>4</w:t>
            </w:r>
          </w:p>
        </w:tc>
        <w:tc>
          <w:tcPr>
            <w:tcW w:w="878" w:type="dxa"/>
            <w:shd w:val="clear" w:color="auto" w:fill="FFFFFF"/>
            <w:tcMar>
              <w:top w:w="35" w:type="dxa"/>
              <w:left w:w="35" w:type="dxa"/>
              <w:bottom w:w="35" w:type="dxa"/>
              <w:right w:w="35" w:type="dxa"/>
            </w:tcMar>
            <w:vAlign w:val="center"/>
          </w:tcPr>
          <w:p w14:paraId="381C89D5" w14:textId="634725DC" w:rsidR="00A06E61" w:rsidRDefault="00E51F14">
            <w:pPr>
              <w:jc w:val="center"/>
            </w:pPr>
            <w:r>
              <w:rPr>
                <w:color w:val="000000"/>
                <w:sz w:val="13"/>
              </w:rPr>
              <w:t>1</w:t>
            </w:r>
          </w:p>
        </w:tc>
        <w:tc>
          <w:tcPr>
            <w:tcW w:w="623" w:type="dxa"/>
            <w:shd w:val="clear" w:color="auto" w:fill="FFFFFF"/>
            <w:tcMar>
              <w:top w:w="35" w:type="dxa"/>
              <w:left w:w="35" w:type="dxa"/>
              <w:bottom w:w="35" w:type="dxa"/>
              <w:right w:w="35" w:type="dxa"/>
            </w:tcMar>
            <w:vAlign w:val="center"/>
          </w:tcPr>
          <w:p w14:paraId="39E081D4" w14:textId="23D55221" w:rsidR="00A06E61" w:rsidRDefault="00E51F14">
            <w:pPr>
              <w:jc w:val="center"/>
            </w:pPr>
            <w:r>
              <w:rPr>
                <w:color w:val="000000"/>
                <w:sz w:val="13"/>
              </w:rPr>
              <w:t>10</w:t>
            </w:r>
          </w:p>
        </w:tc>
      </w:tr>
      <w:tr w:rsidR="00A06E61" w14:paraId="25111037" w14:textId="77777777" w:rsidTr="00865662">
        <w:trPr>
          <w:jc w:val="center"/>
        </w:trPr>
        <w:tc>
          <w:tcPr>
            <w:tcW w:w="1701" w:type="dxa"/>
            <w:shd w:val="clear" w:color="auto" w:fill="DDEBF7"/>
            <w:tcMar>
              <w:top w:w="35" w:type="dxa"/>
              <w:left w:w="35" w:type="dxa"/>
              <w:bottom w:w="35" w:type="dxa"/>
              <w:right w:w="35" w:type="dxa"/>
            </w:tcMar>
            <w:vAlign w:val="center"/>
          </w:tcPr>
          <w:p w14:paraId="06261718" w14:textId="77777777" w:rsidR="00A06E61" w:rsidRDefault="00000000" w:rsidP="00865662">
            <w:r>
              <w:rPr>
                <w:color w:val="000000"/>
                <w:sz w:val="13"/>
              </w:rPr>
              <w:t>Electrical and Electronics Engineering</w:t>
            </w:r>
          </w:p>
        </w:tc>
        <w:tc>
          <w:tcPr>
            <w:tcW w:w="1814" w:type="dxa"/>
            <w:shd w:val="clear" w:color="auto" w:fill="DDEBF7"/>
            <w:tcMar>
              <w:top w:w="35" w:type="dxa"/>
              <w:left w:w="35" w:type="dxa"/>
              <w:bottom w:w="35" w:type="dxa"/>
              <w:right w:w="35" w:type="dxa"/>
            </w:tcMar>
            <w:vAlign w:val="center"/>
          </w:tcPr>
          <w:p w14:paraId="7E50980E" w14:textId="77777777" w:rsidR="00A06E61" w:rsidRDefault="00000000" w:rsidP="00865662">
            <w:r>
              <w:rPr>
                <w:color w:val="000000"/>
                <w:sz w:val="13"/>
              </w:rPr>
              <w:t>Electrical and Electronics Engineering</w:t>
            </w:r>
          </w:p>
        </w:tc>
        <w:tc>
          <w:tcPr>
            <w:tcW w:w="907" w:type="dxa"/>
            <w:shd w:val="clear" w:color="auto" w:fill="DDEBF7"/>
            <w:tcMar>
              <w:top w:w="35" w:type="dxa"/>
              <w:left w:w="35" w:type="dxa"/>
              <w:bottom w:w="35" w:type="dxa"/>
              <w:right w:w="35" w:type="dxa"/>
            </w:tcMar>
            <w:vAlign w:val="center"/>
          </w:tcPr>
          <w:p w14:paraId="74E654F5"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43562F38"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5C5E46B1" w14:textId="77777777" w:rsidR="00A06E61" w:rsidRDefault="00000000">
            <w:r>
              <w:rPr>
                <w:b/>
                <w:color w:val="000000"/>
                <w:sz w:val="13"/>
              </w:rPr>
              <w:t>In-Field:</w:t>
            </w:r>
            <w:r>
              <w:rPr>
                <w:color w:val="000000"/>
                <w:sz w:val="13"/>
              </w:rPr>
              <w:t xml:space="preserve"> To be a graduate of one of the undergraduate programs in Electrical and Electronics Engineering, Electrical Engineering, Electronics Engineering, or Electronics and Communication Engineering.</w:t>
            </w:r>
          </w:p>
          <w:p w14:paraId="27CADBDA" w14:textId="77777777" w:rsidR="00A06E61" w:rsidRDefault="00000000">
            <w:r>
              <w:rPr>
                <w:b/>
                <w:color w:val="000000"/>
                <w:sz w:val="13"/>
              </w:rPr>
              <w:t>Out-of-Field:</w:t>
            </w:r>
            <w:r>
              <w:rPr>
                <w:color w:val="000000"/>
                <w:sz w:val="13"/>
              </w:rPr>
              <w:t xml:space="preserve"> To be a graduate of one of the undergraduate programs in Computer Engineering, Biomedical Engineering, Electrical Teaching, Electronics Teaching, Physics, Physics Engineering, or Mechatronics Engineering.</w:t>
            </w:r>
          </w:p>
        </w:tc>
        <w:tc>
          <w:tcPr>
            <w:tcW w:w="708" w:type="dxa"/>
            <w:shd w:val="clear" w:color="auto" w:fill="DDEBF7"/>
            <w:tcMar>
              <w:top w:w="35" w:type="dxa"/>
              <w:left w:w="35" w:type="dxa"/>
              <w:bottom w:w="35" w:type="dxa"/>
              <w:right w:w="35" w:type="dxa"/>
            </w:tcMar>
            <w:vAlign w:val="center"/>
          </w:tcPr>
          <w:p w14:paraId="2C611516" w14:textId="5AF506F7" w:rsidR="00A06E61" w:rsidRDefault="00E51F14">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2372AD22" w14:textId="2C7076A0" w:rsidR="00A06E61" w:rsidRDefault="00E51F14">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0168B76A" w14:textId="64B69DBF" w:rsidR="00A06E61" w:rsidRDefault="00E51F14">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29510A9E" w14:textId="76FE176A" w:rsidR="00A06E61" w:rsidRDefault="00E51F14">
            <w:pPr>
              <w:jc w:val="center"/>
            </w:pPr>
            <w:r>
              <w:rPr>
                <w:color w:val="000000"/>
                <w:sz w:val="13"/>
              </w:rPr>
              <w:t>7</w:t>
            </w:r>
          </w:p>
        </w:tc>
      </w:tr>
      <w:tr w:rsidR="00A06E61" w14:paraId="3CDEA531" w14:textId="77777777" w:rsidTr="00865662">
        <w:trPr>
          <w:jc w:val="center"/>
        </w:trPr>
        <w:tc>
          <w:tcPr>
            <w:tcW w:w="1701" w:type="dxa"/>
            <w:shd w:val="clear" w:color="auto" w:fill="FFFFFF"/>
            <w:tcMar>
              <w:top w:w="35" w:type="dxa"/>
              <w:left w:w="35" w:type="dxa"/>
              <w:bottom w:w="35" w:type="dxa"/>
              <w:right w:w="35" w:type="dxa"/>
            </w:tcMar>
            <w:vAlign w:val="center"/>
          </w:tcPr>
          <w:p w14:paraId="1AA7D188" w14:textId="77777777" w:rsidR="00A06E61" w:rsidRDefault="00000000" w:rsidP="00865662">
            <w:r>
              <w:rPr>
                <w:color w:val="000000"/>
                <w:sz w:val="13"/>
              </w:rPr>
              <w:t>Philosophy</w:t>
            </w:r>
          </w:p>
        </w:tc>
        <w:tc>
          <w:tcPr>
            <w:tcW w:w="1814" w:type="dxa"/>
            <w:shd w:val="clear" w:color="auto" w:fill="FFFFFF"/>
            <w:tcMar>
              <w:top w:w="35" w:type="dxa"/>
              <w:left w:w="35" w:type="dxa"/>
              <w:bottom w:w="35" w:type="dxa"/>
              <w:right w:w="35" w:type="dxa"/>
            </w:tcMar>
            <w:vAlign w:val="center"/>
          </w:tcPr>
          <w:p w14:paraId="331E0B70" w14:textId="77777777" w:rsidR="00A06E61" w:rsidRDefault="00000000" w:rsidP="00865662">
            <w:r>
              <w:rPr>
                <w:color w:val="000000"/>
                <w:sz w:val="13"/>
              </w:rPr>
              <w:t>Philosophy</w:t>
            </w:r>
          </w:p>
        </w:tc>
        <w:tc>
          <w:tcPr>
            <w:tcW w:w="907" w:type="dxa"/>
            <w:shd w:val="clear" w:color="auto" w:fill="FFFFFF"/>
            <w:tcMar>
              <w:top w:w="35" w:type="dxa"/>
              <w:left w:w="35" w:type="dxa"/>
              <w:bottom w:w="35" w:type="dxa"/>
              <w:right w:w="35" w:type="dxa"/>
            </w:tcMar>
            <w:vAlign w:val="center"/>
          </w:tcPr>
          <w:p w14:paraId="22A98C49" w14:textId="77777777" w:rsidR="00A06E61" w:rsidRDefault="00000000">
            <w:pPr>
              <w:jc w:val="center"/>
            </w:pPr>
            <w:r>
              <w:rPr>
                <w:color w:val="000000"/>
                <w:sz w:val="13"/>
              </w:rPr>
              <w:t>SÖZ (70)</w:t>
            </w:r>
          </w:p>
        </w:tc>
        <w:tc>
          <w:tcPr>
            <w:tcW w:w="963" w:type="dxa"/>
            <w:shd w:val="clear" w:color="auto" w:fill="FFFFFF"/>
            <w:tcMar>
              <w:top w:w="35" w:type="dxa"/>
              <w:left w:w="35" w:type="dxa"/>
              <w:bottom w:w="35" w:type="dxa"/>
              <w:right w:w="35" w:type="dxa"/>
            </w:tcMar>
            <w:vAlign w:val="center"/>
          </w:tcPr>
          <w:p w14:paraId="5D779E61"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103C6DE" w14:textId="77777777" w:rsidR="00A06E61" w:rsidRDefault="00000000">
            <w:r>
              <w:rPr>
                <w:b/>
                <w:color w:val="000000"/>
                <w:sz w:val="13"/>
              </w:rPr>
              <w:t>In-Field:</w:t>
            </w:r>
            <w:r>
              <w:rPr>
                <w:color w:val="000000"/>
                <w:sz w:val="13"/>
              </w:rPr>
              <w:t xml:space="preserve"> To be a graduate of one of the undergraduate programs in Philosophy or Philosophy Group Teaching.</w:t>
            </w:r>
          </w:p>
          <w:p w14:paraId="18F109B8" w14:textId="77777777" w:rsidR="00A06E61" w:rsidRDefault="00000000">
            <w:r>
              <w:rPr>
                <w:b/>
                <w:color w:val="000000"/>
                <w:sz w:val="13"/>
              </w:rPr>
              <w:t>Out-of-Field:</w:t>
            </w:r>
            <w:r>
              <w:rPr>
                <w:color w:val="000000"/>
                <w:sz w:val="13"/>
              </w:rPr>
              <w:t xml:space="preserve"> To be a graduate of one of the undergraduate programs in Anthropology, History of Science, Theology, Psychology, Political Science, Sociology, History, or International Relations.</w:t>
            </w:r>
          </w:p>
        </w:tc>
        <w:tc>
          <w:tcPr>
            <w:tcW w:w="708" w:type="dxa"/>
            <w:shd w:val="clear" w:color="auto" w:fill="FFFFFF"/>
            <w:tcMar>
              <w:top w:w="35" w:type="dxa"/>
              <w:left w:w="35" w:type="dxa"/>
              <w:bottom w:w="35" w:type="dxa"/>
              <w:right w:w="35" w:type="dxa"/>
            </w:tcMar>
            <w:vAlign w:val="center"/>
          </w:tcPr>
          <w:p w14:paraId="720E8DDD" w14:textId="7729D6B6" w:rsidR="00A06E61" w:rsidRDefault="00E51F14">
            <w:pPr>
              <w:jc w:val="center"/>
            </w:pPr>
            <w:r>
              <w:rPr>
                <w:color w:val="000000"/>
                <w:sz w:val="13"/>
              </w:rPr>
              <w:t>9</w:t>
            </w:r>
          </w:p>
        </w:tc>
        <w:tc>
          <w:tcPr>
            <w:tcW w:w="708" w:type="dxa"/>
            <w:shd w:val="clear" w:color="auto" w:fill="FFFFFF"/>
            <w:tcMar>
              <w:top w:w="35" w:type="dxa"/>
              <w:left w:w="35" w:type="dxa"/>
              <w:bottom w:w="35" w:type="dxa"/>
              <w:right w:w="35" w:type="dxa"/>
            </w:tcMar>
            <w:vAlign w:val="center"/>
          </w:tcPr>
          <w:p w14:paraId="33655611" w14:textId="5D31EDD5" w:rsidR="00A06E61" w:rsidRDefault="00E51F14">
            <w:pPr>
              <w:jc w:val="center"/>
            </w:pPr>
            <w:r>
              <w:rPr>
                <w:color w:val="000000"/>
                <w:sz w:val="13"/>
              </w:rPr>
              <w:t>8</w:t>
            </w:r>
          </w:p>
        </w:tc>
        <w:tc>
          <w:tcPr>
            <w:tcW w:w="878" w:type="dxa"/>
            <w:shd w:val="clear" w:color="auto" w:fill="FFFFFF"/>
            <w:tcMar>
              <w:top w:w="35" w:type="dxa"/>
              <w:left w:w="35" w:type="dxa"/>
              <w:bottom w:w="35" w:type="dxa"/>
              <w:right w:w="35" w:type="dxa"/>
            </w:tcMar>
            <w:vAlign w:val="center"/>
          </w:tcPr>
          <w:p w14:paraId="51A38A8A"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0A06AB19" w14:textId="31ABA08F" w:rsidR="00A06E61" w:rsidRDefault="00E51F14">
            <w:pPr>
              <w:jc w:val="center"/>
            </w:pPr>
            <w:r>
              <w:rPr>
                <w:color w:val="000000"/>
                <w:sz w:val="13"/>
              </w:rPr>
              <w:t>19</w:t>
            </w:r>
          </w:p>
        </w:tc>
      </w:tr>
      <w:tr w:rsidR="00A06E61" w14:paraId="0A1AFC9F" w14:textId="77777777" w:rsidTr="00865662">
        <w:trPr>
          <w:jc w:val="center"/>
        </w:trPr>
        <w:tc>
          <w:tcPr>
            <w:tcW w:w="1701" w:type="dxa"/>
            <w:shd w:val="clear" w:color="auto" w:fill="DDEBF7"/>
            <w:tcMar>
              <w:top w:w="35" w:type="dxa"/>
              <w:left w:w="35" w:type="dxa"/>
              <w:bottom w:w="35" w:type="dxa"/>
              <w:right w:w="35" w:type="dxa"/>
            </w:tcMar>
            <w:vAlign w:val="center"/>
          </w:tcPr>
          <w:p w14:paraId="44740ABD" w14:textId="77777777" w:rsidR="00A06E61" w:rsidRDefault="00000000" w:rsidP="00865662">
            <w:r>
              <w:rPr>
                <w:color w:val="000000"/>
                <w:sz w:val="13"/>
              </w:rPr>
              <w:t>Philosophy and Religious Sciences</w:t>
            </w:r>
          </w:p>
        </w:tc>
        <w:tc>
          <w:tcPr>
            <w:tcW w:w="1814" w:type="dxa"/>
            <w:shd w:val="clear" w:color="auto" w:fill="DDEBF7"/>
            <w:tcMar>
              <w:top w:w="35" w:type="dxa"/>
              <w:left w:w="35" w:type="dxa"/>
              <w:bottom w:w="35" w:type="dxa"/>
              <w:right w:w="35" w:type="dxa"/>
            </w:tcMar>
            <w:vAlign w:val="center"/>
          </w:tcPr>
          <w:p w14:paraId="32CCC882" w14:textId="77777777" w:rsidR="00A06E61" w:rsidRDefault="00000000" w:rsidP="00865662">
            <w:r>
              <w:rPr>
                <w:color w:val="000000"/>
                <w:sz w:val="13"/>
              </w:rPr>
              <w:t>Philosophy and Religious Sciences</w:t>
            </w:r>
          </w:p>
        </w:tc>
        <w:tc>
          <w:tcPr>
            <w:tcW w:w="907" w:type="dxa"/>
            <w:shd w:val="clear" w:color="auto" w:fill="DDEBF7"/>
            <w:tcMar>
              <w:top w:w="35" w:type="dxa"/>
              <w:left w:w="35" w:type="dxa"/>
              <w:bottom w:w="35" w:type="dxa"/>
              <w:right w:w="35" w:type="dxa"/>
            </w:tcMar>
            <w:vAlign w:val="center"/>
          </w:tcPr>
          <w:p w14:paraId="7534E084"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08961820"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012833F5" w14:textId="77777777" w:rsidR="00A06E61" w:rsidRDefault="00000000">
            <w:r>
              <w:rPr>
                <w:b/>
                <w:color w:val="000000"/>
                <w:sz w:val="13"/>
              </w:rPr>
              <w:t>In-Field:</w:t>
            </w:r>
            <w:r>
              <w:rPr>
                <w:color w:val="000000"/>
                <w:sz w:val="13"/>
              </w:rPr>
              <w:t xml:space="preserve"> To be a graduate of one of the undergraduate programs in Religious Culture and Moral Knowledge Teaching or Theology.</w:t>
            </w:r>
          </w:p>
          <w:p w14:paraId="7E5DF78C" w14:textId="77777777" w:rsidR="00A06E61" w:rsidRDefault="00000000">
            <w:r>
              <w:rPr>
                <w:b/>
                <w:color w:val="000000"/>
                <w:sz w:val="13"/>
              </w:rPr>
              <w:t>Out-of-Field:</w:t>
            </w:r>
            <w:r>
              <w:rPr>
                <w:color w:val="000000"/>
                <w:sz w:val="13"/>
              </w:rPr>
              <w:t xml:space="preserve"> To be a graduate of one of the undergraduate programs in Philosophy, Philosophy Group Teaching, Preschool Teaching, Psychology, Psychological Counseling and Guidance, Guidance and Psychological Counseling, Classroom Teaching, Sociology, or History.</w:t>
            </w:r>
          </w:p>
        </w:tc>
        <w:tc>
          <w:tcPr>
            <w:tcW w:w="708" w:type="dxa"/>
            <w:shd w:val="clear" w:color="auto" w:fill="DDEBF7"/>
            <w:tcMar>
              <w:top w:w="35" w:type="dxa"/>
              <w:left w:w="35" w:type="dxa"/>
              <w:bottom w:w="35" w:type="dxa"/>
              <w:right w:w="35" w:type="dxa"/>
            </w:tcMar>
            <w:vAlign w:val="center"/>
          </w:tcPr>
          <w:p w14:paraId="75EEA2E1" w14:textId="1F96DE40" w:rsidR="00A06E61" w:rsidRDefault="00E51F14">
            <w:pPr>
              <w:jc w:val="center"/>
            </w:pPr>
            <w:r>
              <w:rPr>
                <w:color w:val="000000"/>
                <w:sz w:val="13"/>
              </w:rPr>
              <w:t>12</w:t>
            </w:r>
          </w:p>
        </w:tc>
        <w:tc>
          <w:tcPr>
            <w:tcW w:w="708" w:type="dxa"/>
            <w:shd w:val="clear" w:color="auto" w:fill="DDEBF7"/>
            <w:tcMar>
              <w:top w:w="35" w:type="dxa"/>
              <w:left w:w="35" w:type="dxa"/>
              <w:bottom w:w="35" w:type="dxa"/>
              <w:right w:w="35" w:type="dxa"/>
            </w:tcMar>
            <w:vAlign w:val="center"/>
          </w:tcPr>
          <w:p w14:paraId="5EEB8234" w14:textId="77777777" w:rsidR="00A06E61" w:rsidRDefault="00000000">
            <w:pPr>
              <w:jc w:val="center"/>
            </w:pPr>
            <w:r>
              <w:rPr>
                <w:color w:val="000000"/>
                <w:sz w:val="13"/>
              </w:rPr>
              <w:t>8</w:t>
            </w:r>
          </w:p>
        </w:tc>
        <w:tc>
          <w:tcPr>
            <w:tcW w:w="878" w:type="dxa"/>
            <w:shd w:val="clear" w:color="auto" w:fill="DDEBF7"/>
            <w:tcMar>
              <w:top w:w="35" w:type="dxa"/>
              <w:left w:w="35" w:type="dxa"/>
              <w:bottom w:w="35" w:type="dxa"/>
              <w:right w:w="35" w:type="dxa"/>
            </w:tcMar>
            <w:vAlign w:val="center"/>
          </w:tcPr>
          <w:p w14:paraId="0BEEF776"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699812ED" w14:textId="14EDC658" w:rsidR="00A06E61" w:rsidRDefault="00E51F14">
            <w:pPr>
              <w:jc w:val="center"/>
            </w:pPr>
            <w:r>
              <w:rPr>
                <w:color w:val="000000"/>
                <w:sz w:val="13"/>
              </w:rPr>
              <w:t>22</w:t>
            </w:r>
          </w:p>
        </w:tc>
      </w:tr>
      <w:tr w:rsidR="00A06E61" w14:paraId="49DC9458" w14:textId="77777777" w:rsidTr="00865662">
        <w:trPr>
          <w:jc w:val="center"/>
        </w:trPr>
        <w:tc>
          <w:tcPr>
            <w:tcW w:w="1701" w:type="dxa"/>
            <w:shd w:val="clear" w:color="auto" w:fill="FFFFFF"/>
            <w:tcMar>
              <w:top w:w="35" w:type="dxa"/>
              <w:left w:w="35" w:type="dxa"/>
              <w:bottom w:w="35" w:type="dxa"/>
              <w:right w:w="35" w:type="dxa"/>
            </w:tcMar>
            <w:vAlign w:val="center"/>
          </w:tcPr>
          <w:p w14:paraId="485A102A" w14:textId="77777777" w:rsidR="00A06E61" w:rsidRDefault="00000000" w:rsidP="00865662">
            <w:r>
              <w:rPr>
                <w:color w:val="000000"/>
                <w:sz w:val="13"/>
              </w:rPr>
              <w:t>Physics</w:t>
            </w:r>
          </w:p>
        </w:tc>
        <w:tc>
          <w:tcPr>
            <w:tcW w:w="1814" w:type="dxa"/>
            <w:shd w:val="clear" w:color="auto" w:fill="FFFFFF"/>
            <w:tcMar>
              <w:top w:w="35" w:type="dxa"/>
              <w:left w:w="35" w:type="dxa"/>
              <w:bottom w:w="35" w:type="dxa"/>
              <w:right w:w="35" w:type="dxa"/>
            </w:tcMar>
            <w:vAlign w:val="center"/>
          </w:tcPr>
          <w:p w14:paraId="422B0222" w14:textId="77777777" w:rsidR="00A06E61" w:rsidRDefault="00000000" w:rsidP="00865662">
            <w:r>
              <w:rPr>
                <w:color w:val="000000"/>
                <w:sz w:val="13"/>
              </w:rPr>
              <w:t>Physics</w:t>
            </w:r>
          </w:p>
        </w:tc>
        <w:tc>
          <w:tcPr>
            <w:tcW w:w="907" w:type="dxa"/>
            <w:shd w:val="clear" w:color="auto" w:fill="FFFFFF"/>
            <w:tcMar>
              <w:top w:w="35" w:type="dxa"/>
              <w:left w:w="35" w:type="dxa"/>
              <w:bottom w:w="35" w:type="dxa"/>
              <w:right w:w="35" w:type="dxa"/>
            </w:tcMar>
            <w:vAlign w:val="center"/>
          </w:tcPr>
          <w:p w14:paraId="06FDBB41"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F056B7A"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1DF9105F" w14:textId="77777777" w:rsidR="00A06E61" w:rsidRDefault="00000000">
            <w:r>
              <w:rPr>
                <w:b/>
                <w:color w:val="000000"/>
                <w:sz w:val="13"/>
              </w:rPr>
              <w:t>In-Field:</w:t>
            </w:r>
            <w:r>
              <w:rPr>
                <w:color w:val="000000"/>
                <w:sz w:val="13"/>
              </w:rPr>
              <w:t xml:space="preserve"> To be a graduate of one of the undergraduate programs in Physics, Physics Engineering, Physics Teaching, or Nuclear Energy Engineering.</w:t>
            </w:r>
          </w:p>
          <w:p w14:paraId="76F5D94F" w14:textId="77777777" w:rsidR="00A06E61" w:rsidRDefault="00000000">
            <w:r>
              <w:rPr>
                <w:b/>
                <w:color w:val="000000"/>
                <w:sz w:val="13"/>
              </w:rPr>
              <w:t>Out-of-Field:</w:t>
            </w:r>
            <w:r>
              <w:rPr>
                <w:color w:val="000000"/>
                <w:sz w:val="13"/>
              </w:rPr>
              <w:t xml:space="preserve"> To be a graduate of one of the undergraduate programs in Electrical and Electronics Engineering, Geophysical Engineering, Geological Engineering, Chemistry, Chemical Engineering, Chemistry Teaching, Mechanical Engineering, Materials and Nanotechnology Engineering, Mathematics, or Metallurgical and Materials Engineering.</w:t>
            </w:r>
          </w:p>
        </w:tc>
        <w:tc>
          <w:tcPr>
            <w:tcW w:w="708" w:type="dxa"/>
            <w:shd w:val="clear" w:color="auto" w:fill="FFFFFF"/>
            <w:tcMar>
              <w:top w:w="35" w:type="dxa"/>
              <w:left w:w="35" w:type="dxa"/>
              <w:bottom w:w="35" w:type="dxa"/>
              <w:right w:w="35" w:type="dxa"/>
            </w:tcMar>
            <w:vAlign w:val="center"/>
          </w:tcPr>
          <w:p w14:paraId="509EB2DF" w14:textId="77777777" w:rsidR="00A06E61" w:rsidRDefault="00000000">
            <w:pPr>
              <w:jc w:val="center"/>
            </w:pPr>
            <w:r>
              <w:rPr>
                <w:color w:val="000000"/>
                <w:sz w:val="13"/>
              </w:rPr>
              <w:t>3</w:t>
            </w:r>
          </w:p>
        </w:tc>
        <w:tc>
          <w:tcPr>
            <w:tcW w:w="708" w:type="dxa"/>
            <w:shd w:val="clear" w:color="auto" w:fill="FFFFFF"/>
            <w:tcMar>
              <w:top w:w="35" w:type="dxa"/>
              <w:left w:w="35" w:type="dxa"/>
              <w:bottom w:w="35" w:type="dxa"/>
              <w:right w:w="35" w:type="dxa"/>
            </w:tcMar>
            <w:vAlign w:val="center"/>
          </w:tcPr>
          <w:p w14:paraId="7340E28F" w14:textId="77777777" w:rsidR="00A06E61" w:rsidRDefault="00000000">
            <w:pPr>
              <w:jc w:val="center"/>
            </w:pPr>
            <w:r>
              <w:rPr>
                <w:color w:val="000000"/>
                <w:sz w:val="13"/>
              </w:rPr>
              <w:t>3</w:t>
            </w:r>
          </w:p>
        </w:tc>
        <w:tc>
          <w:tcPr>
            <w:tcW w:w="878" w:type="dxa"/>
            <w:shd w:val="clear" w:color="auto" w:fill="FFFFFF"/>
            <w:tcMar>
              <w:top w:w="35" w:type="dxa"/>
              <w:left w:w="35" w:type="dxa"/>
              <w:bottom w:w="35" w:type="dxa"/>
              <w:right w:w="35" w:type="dxa"/>
            </w:tcMar>
            <w:vAlign w:val="center"/>
          </w:tcPr>
          <w:p w14:paraId="1B408814" w14:textId="77777777" w:rsidR="00A06E61" w:rsidRDefault="00000000">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15B1321F" w14:textId="77777777" w:rsidR="00A06E61" w:rsidRDefault="00000000">
            <w:pPr>
              <w:jc w:val="center"/>
            </w:pPr>
            <w:r>
              <w:rPr>
                <w:color w:val="000000"/>
                <w:sz w:val="13"/>
              </w:rPr>
              <w:t>9</w:t>
            </w:r>
          </w:p>
        </w:tc>
      </w:tr>
      <w:tr w:rsidR="00A06E61" w14:paraId="38D83C65" w14:textId="77777777" w:rsidTr="00865662">
        <w:trPr>
          <w:jc w:val="center"/>
        </w:trPr>
        <w:tc>
          <w:tcPr>
            <w:tcW w:w="1701" w:type="dxa"/>
            <w:shd w:val="clear" w:color="auto" w:fill="DDEBF7"/>
            <w:tcMar>
              <w:top w:w="35" w:type="dxa"/>
              <w:left w:w="35" w:type="dxa"/>
              <w:bottom w:w="35" w:type="dxa"/>
              <w:right w:w="35" w:type="dxa"/>
            </w:tcMar>
            <w:vAlign w:val="center"/>
          </w:tcPr>
          <w:p w14:paraId="2E33DFF1" w14:textId="77777777" w:rsidR="00A06E61" w:rsidRDefault="00000000" w:rsidP="00865662">
            <w:r>
              <w:rPr>
                <w:color w:val="000000"/>
                <w:sz w:val="13"/>
              </w:rPr>
              <w:t>Gastronomy and Culinary Arts</w:t>
            </w:r>
          </w:p>
        </w:tc>
        <w:tc>
          <w:tcPr>
            <w:tcW w:w="1814" w:type="dxa"/>
            <w:shd w:val="clear" w:color="auto" w:fill="DDEBF7"/>
            <w:tcMar>
              <w:top w:w="35" w:type="dxa"/>
              <w:left w:w="35" w:type="dxa"/>
              <w:bottom w:w="35" w:type="dxa"/>
              <w:right w:w="35" w:type="dxa"/>
            </w:tcMar>
            <w:vAlign w:val="center"/>
          </w:tcPr>
          <w:p w14:paraId="1722F094" w14:textId="77777777" w:rsidR="00A06E61" w:rsidRDefault="00000000" w:rsidP="00865662">
            <w:r>
              <w:rPr>
                <w:color w:val="000000"/>
                <w:sz w:val="13"/>
              </w:rPr>
              <w:t>Gastronomy and Culinary Arts</w:t>
            </w:r>
          </w:p>
        </w:tc>
        <w:tc>
          <w:tcPr>
            <w:tcW w:w="907" w:type="dxa"/>
            <w:shd w:val="clear" w:color="auto" w:fill="DDEBF7"/>
            <w:tcMar>
              <w:top w:w="35" w:type="dxa"/>
              <w:left w:w="35" w:type="dxa"/>
              <w:bottom w:w="35" w:type="dxa"/>
              <w:right w:w="35" w:type="dxa"/>
            </w:tcMar>
            <w:vAlign w:val="center"/>
          </w:tcPr>
          <w:p w14:paraId="327410F1" w14:textId="77777777" w:rsidR="00A06E61" w:rsidRDefault="00000000">
            <w:pPr>
              <w:jc w:val="center"/>
            </w:pPr>
            <w:r>
              <w:rPr>
                <w:color w:val="000000"/>
                <w:sz w:val="13"/>
              </w:rPr>
              <w:t>EA/SÖZ (55)</w:t>
            </w:r>
          </w:p>
        </w:tc>
        <w:tc>
          <w:tcPr>
            <w:tcW w:w="963" w:type="dxa"/>
            <w:shd w:val="clear" w:color="auto" w:fill="DDEBF7"/>
            <w:tcMar>
              <w:top w:w="35" w:type="dxa"/>
              <w:left w:w="35" w:type="dxa"/>
              <w:bottom w:w="35" w:type="dxa"/>
              <w:right w:w="35" w:type="dxa"/>
            </w:tcMar>
            <w:vAlign w:val="center"/>
          </w:tcPr>
          <w:p w14:paraId="29BAC9B7"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DD934FD" w14:textId="77777777" w:rsidR="00A06E61" w:rsidRDefault="00000000">
            <w:r>
              <w:rPr>
                <w:b/>
                <w:color w:val="000000"/>
                <w:sz w:val="13"/>
              </w:rPr>
              <w:t>In-Field:</w:t>
            </w:r>
            <w:r>
              <w:rPr>
                <w:color w:val="000000"/>
                <w:sz w:val="13"/>
              </w:rPr>
              <w:t xml:space="preserve"> To be a graduate of the undergraduate program in Gastronomy and Culinary Arts.</w:t>
            </w:r>
          </w:p>
          <w:p w14:paraId="10D2C101" w14:textId="77777777" w:rsidR="00A06E61" w:rsidRDefault="00000000">
            <w:r>
              <w:rPr>
                <w:b/>
                <w:color w:val="000000"/>
                <w:sz w:val="13"/>
              </w:rPr>
              <w:t>Out-of-Field:</w:t>
            </w:r>
            <w:r>
              <w:rPr>
                <w:color w:val="000000"/>
                <w:sz w:val="13"/>
              </w:rPr>
              <w:t xml:space="preserve"> To be a graduate of one of the undergraduate programs in Recreation, Tourism Management, or Tourism Guidance.</w:t>
            </w:r>
          </w:p>
        </w:tc>
        <w:tc>
          <w:tcPr>
            <w:tcW w:w="708" w:type="dxa"/>
            <w:shd w:val="clear" w:color="auto" w:fill="DDEBF7"/>
            <w:tcMar>
              <w:top w:w="35" w:type="dxa"/>
              <w:left w:w="35" w:type="dxa"/>
              <w:bottom w:w="35" w:type="dxa"/>
              <w:right w:w="35" w:type="dxa"/>
            </w:tcMar>
            <w:vAlign w:val="center"/>
          </w:tcPr>
          <w:p w14:paraId="0042F6D8" w14:textId="00DEEA53" w:rsidR="00A06E61" w:rsidRDefault="00000000">
            <w:pPr>
              <w:jc w:val="center"/>
            </w:pPr>
            <w:r>
              <w:rPr>
                <w:color w:val="000000"/>
                <w:sz w:val="13"/>
              </w:rPr>
              <w:t>1</w:t>
            </w:r>
          </w:p>
        </w:tc>
        <w:tc>
          <w:tcPr>
            <w:tcW w:w="708" w:type="dxa"/>
            <w:shd w:val="clear" w:color="auto" w:fill="DDEBF7"/>
            <w:tcMar>
              <w:top w:w="35" w:type="dxa"/>
              <w:left w:w="35" w:type="dxa"/>
              <w:bottom w:w="35" w:type="dxa"/>
              <w:right w:w="35" w:type="dxa"/>
            </w:tcMar>
            <w:vAlign w:val="center"/>
          </w:tcPr>
          <w:p w14:paraId="240467C8"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580E16AF" w14:textId="77777777" w:rsidR="00A06E61" w:rsidRDefault="00000000">
            <w:pPr>
              <w:jc w:val="center"/>
            </w:pPr>
            <w:r>
              <w:rPr>
                <w:color w:val="000000"/>
                <w:sz w:val="13"/>
              </w:rPr>
              <w:t>3</w:t>
            </w:r>
          </w:p>
        </w:tc>
        <w:tc>
          <w:tcPr>
            <w:tcW w:w="623" w:type="dxa"/>
            <w:shd w:val="clear" w:color="auto" w:fill="DDEBF7"/>
            <w:tcMar>
              <w:top w:w="35" w:type="dxa"/>
              <w:left w:w="35" w:type="dxa"/>
              <w:bottom w:w="35" w:type="dxa"/>
              <w:right w:w="35" w:type="dxa"/>
            </w:tcMar>
            <w:vAlign w:val="center"/>
          </w:tcPr>
          <w:p w14:paraId="2F891430" w14:textId="2E1671A5" w:rsidR="00A06E61" w:rsidRDefault="00E51F14">
            <w:pPr>
              <w:jc w:val="center"/>
            </w:pPr>
            <w:r>
              <w:rPr>
                <w:color w:val="000000"/>
                <w:sz w:val="13"/>
              </w:rPr>
              <w:t>6</w:t>
            </w:r>
          </w:p>
        </w:tc>
      </w:tr>
      <w:tr w:rsidR="00A06E61" w14:paraId="458FE908" w14:textId="77777777" w:rsidTr="00865662">
        <w:trPr>
          <w:jc w:val="center"/>
        </w:trPr>
        <w:tc>
          <w:tcPr>
            <w:tcW w:w="1701" w:type="dxa"/>
            <w:shd w:val="clear" w:color="auto" w:fill="FFFFFF"/>
            <w:tcMar>
              <w:top w:w="35" w:type="dxa"/>
              <w:left w:w="35" w:type="dxa"/>
              <w:bottom w:w="35" w:type="dxa"/>
              <w:right w:w="35" w:type="dxa"/>
            </w:tcMar>
            <w:vAlign w:val="center"/>
          </w:tcPr>
          <w:p w14:paraId="5A91C90E" w14:textId="77777777" w:rsidR="00A06E61" w:rsidRDefault="00000000" w:rsidP="00865662">
            <w:r>
              <w:rPr>
                <w:color w:val="000000"/>
                <w:sz w:val="13"/>
              </w:rPr>
              <w:t>Journalism</w:t>
            </w:r>
          </w:p>
        </w:tc>
        <w:tc>
          <w:tcPr>
            <w:tcW w:w="1814" w:type="dxa"/>
            <w:shd w:val="clear" w:color="auto" w:fill="FFFFFF"/>
            <w:tcMar>
              <w:top w:w="35" w:type="dxa"/>
              <w:left w:w="35" w:type="dxa"/>
              <w:bottom w:w="35" w:type="dxa"/>
              <w:right w:w="35" w:type="dxa"/>
            </w:tcMar>
            <w:vAlign w:val="center"/>
          </w:tcPr>
          <w:p w14:paraId="25DAFA2D" w14:textId="77777777" w:rsidR="00A06E61" w:rsidRDefault="00000000" w:rsidP="00865662">
            <w:r>
              <w:rPr>
                <w:color w:val="000000"/>
                <w:sz w:val="13"/>
              </w:rPr>
              <w:t>Journalism</w:t>
            </w:r>
          </w:p>
        </w:tc>
        <w:tc>
          <w:tcPr>
            <w:tcW w:w="907" w:type="dxa"/>
            <w:shd w:val="clear" w:color="auto" w:fill="FFFFFF"/>
            <w:tcMar>
              <w:top w:w="35" w:type="dxa"/>
              <w:left w:w="35" w:type="dxa"/>
              <w:bottom w:w="35" w:type="dxa"/>
              <w:right w:w="35" w:type="dxa"/>
            </w:tcMar>
            <w:vAlign w:val="center"/>
          </w:tcPr>
          <w:p w14:paraId="5CBC4CE3"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3EDE97AD"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7C6DA14F" w14:textId="77777777" w:rsidR="00A06E61" w:rsidRDefault="00000000">
            <w:r>
              <w:rPr>
                <w:b/>
                <w:color w:val="000000"/>
                <w:sz w:val="13"/>
              </w:rPr>
              <w:t>In-Field:</w:t>
            </w:r>
            <w:r>
              <w:rPr>
                <w:color w:val="000000"/>
                <w:sz w:val="13"/>
              </w:rPr>
              <w:t xml:space="preserve"> To be a graduate of one of the undergraduate programs in Journalism or Journalism and Public Relations.</w:t>
            </w:r>
          </w:p>
          <w:p w14:paraId="14D24F42" w14:textId="77777777" w:rsidR="00A06E61" w:rsidRDefault="00000000">
            <w:r>
              <w:rPr>
                <w:b/>
                <w:color w:val="000000"/>
                <w:sz w:val="13"/>
              </w:rPr>
              <w:t>Out-of-Field:</w:t>
            </w:r>
            <w:r>
              <w:rPr>
                <w:color w:val="000000"/>
                <w:sz w:val="13"/>
              </w:rPr>
              <w:t xml:space="preserve"> To be a graduate of one of the other undergraduate programs of a Faculty of Communication or an equivalent faculty/school.</w:t>
            </w:r>
          </w:p>
        </w:tc>
        <w:tc>
          <w:tcPr>
            <w:tcW w:w="708" w:type="dxa"/>
            <w:shd w:val="clear" w:color="auto" w:fill="FFFFFF"/>
            <w:tcMar>
              <w:top w:w="35" w:type="dxa"/>
              <w:left w:w="35" w:type="dxa"/>
              <w:bottom w:w="35" w:type="dxa"/>
              <w:right w:w="35" w:type="dxa"/>
            </w:tcMar>
            <w:vAlign w:val="center"/>
          </w:tcPr>
          <w:p w14:paraId="63375EAE" w14:textId="1B54BA61" w:rsidR="00A06E61" w:rsidRDefault="00E51F14">
            <w:pPr>
              <w:jc w:val="center"/>
            </w:pPr>
            <w:r>
              <w:rPr>
                <w:color w:val="000000"/>
                <w:sz w:val="13"/>
              </w:rPr>
              <w:t>3</w:t>
            </w:r>
          </w:p>
        </w:tc>
        <w:tc>
          <w:tcPr>
            <w:tcW w:w="708" w:type="dxa"/>
            <w:shd w:val="clear" w:color="auto" w:fill="FFFFFF"/>
            <w:tcMar>
              <w:top w:w="35" w:type="dxa"/>
              <w:left w:w="35" w:type="dxa"/>
              <w:bottom w:w="35" w:type="dxa"/>
              <w:right w:w="35" w:type="dxa"/>
            </w:tcMar>
            <w:vAlign w:val="center"/>
          </w:tcPr>
          <w:p w14:paraId="5E3832E5"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2D05546F" w14:textId="49BB7DE8" w:rsidR="00A06E61" w:rsidRDefault="00E51F14">
            <w:pPr>
              <w:jc w:val="center"/>
            </w:pPr>
            <w:r>
              <w:rPr>
                <w:color w:val="000000"/>
                <w:sz w:val="13"/>
              </w:rPr>
              <w:t>1</w:t>
            </w:r>
          </w:p>
        </w:tc>
        <w:tc>
          <w:tcPr>
            <w:tcW w:w="623" w:type="dxa"/>
            <w:shd w:val="clear" w:color="auto" w:fill="FFFFFF"/>
            <w:tcMar>
              <w:top w:w="35" w:type="dxa"/>
              <w:left w:w="35" w:type="dxa"/>
              <w:bottom w:w="35" w:type="dxa"/>
              <w:right w:w="35" w:type="dxa"/>
            </w:tcMar>
            <w:vAlign w:val="center"/>
          </w:tcPr>
          <w:p w14:paraId="4084E69D" w14:textId="37776691" w:rsidR="00A06E61" w:rsidRDefault="00E51F14">
            <w:pPr>
              <w:jc w:val="center"/>
            </w:pPr>
            <w:r>
              <w:rPr>
                <w:color w:val="000000"/>
                <w:sz w:val="13"/>
              </w:rPr>
              <w:t>6</w:t>
            </w:r>
          </w:p>
        </w:tc>
      </w:tr>
      <w:tr w:rsidR="00A06E61" w14:paraId="07C3AF91" w14:textId="77777777" w:rsidTr="00865662">
        <w:trPr>
          <w:jc w:val="center"/>
        </w:trPr>
        <w:tc>
          <w:tcPr>
            <w:tcW w:w="1701" w:type="dxa"/>
            <w:shd w:val="clear" w:color="auto" w:fill="DDEBF7"/>
            <w:tcMar>
              <w:top w:w="35" w:type="dxa"/>
              <w:left w:w="35" w:type="dxa"/>
              <w:bottom w:w="35" w:type="dxa"/>
              <w:right w:w="35" w:type="dxa"/>
            </w:tcMar>
            <w:vAlign w:val="center"/>
          </w:tcPr>
          <w:p w14:paraId="3CEBA323" w14:textId="77777777" w:rsidR="00A06E61" w:rsidRDefault="00000000" w:rsidP="00865662">
            <w:r>
              <w:rPr>
                <w:color w:val="000000"/>
                <w:sz w:val="13"/>
              </w:rPr>
              <w:t>Genetics and Bioengineering</w:t>
            </w:r>
          </w:p>
        </w:tc>
        <w:tc>
          <w:tcPr>
            <w:tcW w:w="1814" w:type="dxa"/>
            <w:shd w:val="clear" w:color="auto" w:fill="DDEBF7"/>
            <w:tcMar>
              <w:top w:w="35" w:type="dxa"/>
              <w:left w:w="35" w:type="dxa"/>
              <w:bottom w:w="35" w:type="dxa"/>
              <w:right w:w="35" w:type="dxa"/>
            </w:tcMar>
            <w:vAlign w:val="center"/>
          </w:tcPr>
          <w:p w14:paraId="36DE3747" w14:textId="77777777" w:rsidR="00A06E61" w:rsidRDefault="00000000" w:rsidP="00865662">
            <w:r>
              <w:rPr>
                <w:color w:val="000000"/>
                <w:sz w:val="13"/>
              </w:rPr>
              <w:t>Genetics and Bioengineering</w:t>
            </w:r>
          </w:p>
        </w:tc>
        <w:tc>
          <w:tcPr>
            <w:tcW w:w="907" w:type="dxa"/>
            <w:shd w:val="clear" w:color="auto" w:fill="DDEBF7"/>
            <w:tcMar>
              <w:top w:w="35" w:type="dxa"/>
              <w:left w:w="35" w:type="dxa"/>
              <w:bottom w:w="35" w:type="dxa"/>
              <w:right w:w="35" w:type="dxa"/>
            </w:tcMar>
            <w:vAlign w:val="center"/>
          </w:tcPr>
          <w:p w14:paraId="05FB762A"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1AF0D4CB"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242037AE" w14:textId="77777777" w:rsidR="00A06E61" w:rsidRDefault="00000000">
            <w:r>
              <w:rPr>
                <w:b/>
                <w:color w:val="000000"/>
                <w:sz w:val="13"/>
              </w:rPr>
              <w:t>In-Field:</w:t>
            </w:r>
            <w:r>
              <w:rPr>
                <w:color w:val="000000"/>
                <w:sz w:val="13"/>
              </w:rPr>
              <w:t xml:space="preserve"> To be a graduate of one of the undergraduate programs in Bioinformatics and Genetics, Biochemistry, Biology, Bioengineering, Biotechnology, Pharmacy, Genetics and Bioengineering, Genetics and Life Sciences, Molecular Biology and Genetics, Molecular Biotechnology, Agricultural Biotechnology, Agricultural Genetic Engineering, Medicine, Veterinary Medicine, or Agricultural Engineering.</w:t>
            </w:r>
          </w:p>
          <w:p w14:paraId="0304D014"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6AAF35C7" w14:textId="7777777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5EAEFB12"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79E2C1F8"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0B383E88" w14:textId="77777777" w:rsidR="00A06E61" w:rsidRDefault="00000000">
            <w:pPr>
              <w:jc w:val="center"/>
            </w:pPr>
            <w:r>
              <w:rPr>
                <w:color w:val="000000"/>
                <w:sz w:val="13"/>
              </w:rPr>
              <w:t>7</w:t>
            </w:r>
          </w:p>
        </w:tc>
      </w:tr>
      <w:tr w:rsidR="00A06E61" w14:paraId="5DF26D61" w14:textId="77777777" w:rsidTr="00865662">
        <w:trPr>
          <w:jc w:val="center"/>
        </w:trPr>
        <w:tc>
          <w:tcPr>
            <w:tcW w:w="1701" w:type="dxa"/>
            <w:shd w:val="clear" w:color="auto" w:fill="FFFFFF"/>
            <w:tcMar>
              <w:top w:w="35" w:type="dxa"/>
              <w:left w:w="35" w:type="dxa"/>
              <w:bottom w:w="35" w:type="dxa"/>
              <w:right w:w="35" w:type="dxa"/>
            </w:tcMar>
            <w:vAlign w:val="center"/>
          </w:tcPr>
          <w:p w14:paraId="7932FE14" w14:textId="77777777" w:rsidR="00A06E61" w:rsidRDefault="00000000" w:rsidP="00865662">
            <w:r>
              <w:rPr>
                <w:color w:val="000000"/>
                <w:sz w:val="13"/>
              </w:rPr>
              <w:t>Food Engineering</w:t>
            </w:r>
          </w:p>
        </w:tc>
        <w:tc>
          <w:tcPr>
            <w:tcW w:w="1814" w:type="dxa"/>
            <w:shd w:val="clear" w:color="auto" w:fill="FFFFFF"/>
            <w:tcMar>
              <w:top w:w="35" w:type="dxa"/>
              <w:left w:w="35" w:type="dxa"/>
              <w:bottom w:w="35" w:type="dxa"/>
              <w:right w:w="35" w:type="dxa"/>
            </w:tcMar>
            <w:vAlign w:val="center"/>
          </w:tcPr>
          <w:p w14:paraId="344A2C25" w14:textId="77777777" w:rsidR="00A06E61" w:rsidRDefault="00000000" w:rsidP="00865662">
            <w:r>
              <w:rPr>
                <w:color w:val="000000"/>
                <w:sz w:val="13"/>
              </w:rPr>
              <w:t>Food Engineering</w:t>
            </w:r>
          </w:p>
        </w:tc>
        <w:tc>
          <w:tcPr>
            <w:tcW w:w="907" w:type="dxa"/>
            <w:shd w:val="clear" w:color="auto" w:fill="FFFFFF"/>
            <w:tcMar>
              <w:top w:w="35" w:type="dxa"/>
              <w:left w:w="35" w:type="dxa"/>
              <w:bottom w:w="35" w:type="dxa"/>
              <w:right w:w="35" w:type="dxa"/>
            </w:tcMar>
            <w:vAlign w:val="center"/>
          </w:tcPr>
          <w:p w14:paraId="1C8C4A0E"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D01C0EB"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752DC4C" w14:textId="77777777" w:rsidR="00A06E61" w:rsidRDefault="00000000">
            <w:r>
              <w:rPr>
                <w:b/>
                <w:color w:val="000000"/>
                <w:sz w:val="13"/>
              </w:rPr>
              <w:t>In-Field:</w:t>
            </w:r>
            <w:r>
              <w:rPr>
                <w:color w:val="000000"/>
                <w:sz w:val="13"/>
              </w:rPr>
              <w:t xml:space="preserve"> To be a graduate of the undergraduate program in Food Processing Engineering.</w:t>
            </w:r>
          </w:p>
          <w:p w14:paraId="20DA4327" w14:textId="77777777" w:rsidR="00A06E61" w:rsidRDefault="00000000">
            <w:r>
              <w:rPr>
                <w:b/>
                <w:color w:val="000000"/>
                <w:sz w:val="13"/>
              </w:rPr>
              <w:t>Out-of-Field:</w:t>
            </w:r>
            <w:r>
              <w:rPr>
                <w:color w:val="000000"/>
                <w:sz w:val="13"/>
              </w:rPr>
              <w:t xml:space="preserve"> To be a graduate of one of the undergraduate programs in Horticulture, Nutrition and Dietetics, Biochemistry, Dairy Technology, Agricultural Biotechnology, or Field Crops.</w:t>
            </w:r>
          </w:p>
        </w:tc>
        <w:tc>
          <w:tcPr>
            <w:tcW w:w="708" w:type="dxa"/>
            <w:shd w:val="clear" w:color="auto" w:fill="FFFFFF"/>
            <w:tcMar>
              <w:top w:w="35" w:type="dxa"/>
              <w:left w:w="35" w:type="dxa"/>
              <w:bottom w:w="35" w:type="dxa"/>
              <w:right w:w="35" w:type="dxa"/>
            </w:tcMar>
            <w:vAlign w:val="center"/>
          </w:tcPr>
          <w:p w14:paraId="704EE616" w14:textId="77777777" w:rsidR="00A06E61" w:rsidRDefault="00000000">
            <w:pPr>
              <w:jc w:val="center"/>
            </w:pPr>
            <w:r>
              <w:rPr>
                <w:color w:val="000000"/>
                <w:sz w:val="13"/>
              </w:rPr>
              <w:t>8</w:t>
            </w:r>
          </w:p>
        </w:tc>
        <w:tc>
          <w:tcPr>
            <w:tcW w:w="708" w:type="dxa"/>
            <w:shd w:val="clear" w:color="auto" w:fill="FFFFFF"/>
            <w:tcMar>
              <w:top w:w="35" w:type="dxa"/>
              <w:left w:w="35" w:type="dxa"/>
              <w:bottom w:w="35" w:type="dxa"/>
              <w:right w:w="35" w:type="dxa"/>
            </w:tcMar>
            <w:vAlign w:val="center"/>
          </w:tcPr>
          <w:p w14:paraId="1DDDDFAB"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63DA5865" w14:textId="77777777" w:rsidR="00A06E61" w:rsidRDefault="00000000">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4A7DFA26" w14:textId="77777777" w:rsidR="00A06E61" w:rsidRDefault="00000000">
            <w:pPr>
              <w:jc w:val="center"/>
            </w:pPr>
            <w:r>
              <w:rPr>
                <w:color w:val="000000"/>
                <w:sz w:val="13"/>
              </w:rPr>
              <w:t>14</w:t>
            </w:r>
          </w:p>
        </w:tc>
      </w:tr>
      <w:tr w:rsidR="00A06E61" w14:paraId="73167FD2" w14:textId="77777777" w:rsidTr="00865662">
        <w:trPr>
          <w:jc w:val="center"/>
        </w:trPr>
        <w:tc>
          <w:tcPr>
            <w:tcW w:w="1701" w:type="dxa"/>
            <w:shd w:val="clear" w:color="auto" w:fill="DDEBF7"/>
            <w:tcMar>
              <w:top w:w="35" w:type="dxa"/>
              <w:left w:w="35" w:type="dxa"/>
              <w:bottom w:w="35" w:type="dxa"/>
              <w:right w:w="35" w:type="dxa"/>
            </w:tcMar>
            <w:vAlign w:val="center"/>
          </w:tcPr>
          <w:p w14:paraId="385AF975" w14:textId="77777777" w:rsidR="00A06E61" w:rsidRDefault="00000000" w:rsidP="00865662">
            <w:r>
              <w:rPr>
                <w:color w:val="000000"/>
                <w:sz w:val="13"/>
              </w:rPr>
              <w:t>Fine Arts Education</w:t>
            </w:r>
          </w:p>
        </w:tc>
        <w:tc>
          <w:tcPr>
            <w:tcW w:w="1814" w:type="dxa"/>
            <w:shd w:val="clear" w:color="auto" w:fill="DDEBF7"/>
            <w:tcMar>
              <w:top w:w="35" w:type="dxa"/>
              <w:left w:w="35" w:type="dxa"/>
              <w:bottom w:w="35" w:type="dxa"/>
              <w:right w:w="35" w:type="dxa"/>
            </w:tcMar>
            <w:vAlign w:val="center"/>
          </w:tcPr>
          <w:p w14:paraId="1520C178" w14:textId="77777777" w:rsidR="00A06E61" w:rsidRDefault="00000000" w:rsidP="00865662">
            <w:r>
              <w:rPr>
                <w:color w:val="000000"/>
                <w:sz w:val="13"/>
              </w:rPr>
              <w:t>Music Education</w:t>
            </w:r>
          </w:p>
        </w:tc>
        <w:tc>
          <w:tcPr>
            <w:tcW w:w="907" w:type="dxa"/>
            <w:shd w:val="clear" w:color="auto" w:fill="DDEBF7"/>
            <w:tcMar>
              <w:top w:w="35" w:type="dxa"/>
              <w:left w:w="35" w:type="dxa"/>
              <w:bottom w:w="35" w:type="dxa"/>
              <w:right w:w="35" w:type="dxa"/>
            </w:tcMar>
            <w:vAlign w:val="center"/>
          </w:tcPr>
          <w:p w14:paraId="24AAC268"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45F0D0E5"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428AB51C" w14:textId="77777777" w:rsidR="00A06E61" w:rsidRDefault="00000000">
            <w:r>
              <w:rPr>
                <w:b/>
                <w:color w:val="000000"/>
                <w:sz w:val="13"/>
              </w:rPr>
              <w:t>In-Field:</w:t>
            </w:r>
            <w:r>
              <w:rPr>
                <w:color w:val="000000"/>
                <w:sz w:val="13"/>
              </w:rPr>
              <w:t xml:space="preserve"> To be a graduate of the undergraduate program in Music Teaching.</w:t>
            </w:r>
          </w:p>
          <w:p w14:paraId="5E52DDCB"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2C13A0CB" w14:textId="672E02AE" w:rsidR="00A06E61" w:rsidRDefault="00E51F14">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080C62BE"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5E34C214"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290655CE" w14:textId="3D41729D" w:rsidR="00A06E61" w:rsidRDefault="00E51F14">
            <w:pPr>
              <w:jc w:val="center"/>
            </w:pPr>
            <w:r>
              <w:rPr>
                <w:color w:val="000000"/>
                <w:sz w:val="13"/>
              </w:rPr>
              <w:t>7</w:t>
            </w:r>
          </w:p>
        </w:tc>
      </w:tr>
      <w:tr w:rsidR="00A06E61" w14:paraId="2A2BF614" w14:textId="77777777" w:rsidTr="00865662">
        <w:trPr>
          <w:jc w:val="center"/>
        </w:trPr>
        <w:tc>
          <w:tcPr>
            <w:tcW w:w="1701" w:type="dxa"/>
            <w:shd w:val="clear" w:color="auto" w:fill="FFFFFF"/>
            <w:tcMar>
              <w:top w:w="35" w:type="dxa"/>
              <w:left w:w="35" w:type="dxa"/>
              <w:bottom w:w="35" w:type="dxa"/>
              <w:right w:w="35" w:type="dxa"/>
            </w:tcMar>
            <w:vAlign w:val="center"/>
          </w:tcPr>
          <w:p w14:paraId="4132A023" w14:textId="77777777" w:rsidR="00A06E61" w:rsidRDefault="00000000" w:rsidP="00865662">
            <w:r>
              <w:rPr>
                <w:color w:val="000000"/>
                <w:sz w:val="13"/>
              </w:rPr>
              <w:t>Public Relations and Advertising</w:t>
            </w:r>
          </w:p>
        </w:tc>
        <w:tc>
          <w:tcPr>
            <w:tcW w:w="1814" w:type="dxa"/>
            <w:shd w:val="clear" w:color="auto" w:fill="FFFFFF"/>
            <w:tcMar>
              <w:top w:w="35" w:type="dxa"/>
              <w:left w:w="35" w:type="dxa"/>
              <w:bottom w:w="35" w:type="dxa"/>
              <w:right w:w="35" w:type="dxa"/>
            </w:tcMar>
            <w:vAlign w:val="center"/>
          </w:tcPr>
          <w:p w14:paraId="4E363A80" w14:textId="77777777" w:rsidR="00A06E61" w:rsidRDefault="00000000" w:rsidP="00865662">
            <w:r>
              <w:rPr>
                <w:color w:val="000000"/>
                <w:sz w:val="13"/>
              </w:rPr>
              <w:t>Public Relations and Advertising</w:t>
            </w:r>
          </w:p>
        </w:tc>
        <w:tc>
          <w:tcPr>
            <w:tcW w:w="907" w:type="dxa"/>
            <w:shd w:val="clear" w:color="auto" w:fill="FFFFFF"/>
            <w:tcMar>
              <w:top w:w="35" w:type="dxa"/>
              <w:left w:w="35" w:type="dxa"/>
              <w:bottom w:w="35" w:type="dxa"/>
              <w:right w:w="35" w:type="dxa"/>
            </w:tcMar>
            <w:vAlign w:val="center"/>
          </w:tcPr>
          <w:p w14:paraId="116F2DE6"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71408B85"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4356BA5" w14:textId="77777777" w:rsidR="00A06E61" w:rsidRDefault="00000000">
            <w:r>
              <w:rPr>
                <w:b/>
                <w:color w:val="000000"/>
                <w:sz w:val="13"/>
              </w:rPr>
              <w:t>In-Field:</w:t>
            </w:r>
            <w:r>
              <w:rPr>
                <w:color w:val="000000"/>
                <w:sz w:val="13"/>
              </w:rPr>
              <w:t xml:space="preserve"> To be a graduate of one of the undergraduate programs in Public Relations and Advertising, Public Relations and Publicity, Advertising Design and Communication, Advertising, or Advertising and Public Relations.</w:t>
            </w:r>
          </w:p>
          <w:p w14:paraId="206F7C60" w14:textId="77777777" w:rsidR="00A06E61" w:rsidRDefault="00000000">
            <w:r>
              <w:rPr>
                <w:b/>
                <w:color w:val="000000"/>
                <w:sz w:val="13"/>
              </w:rPr>
              <w:t>Out-of-Field:</w:t>
            </w:r>
            <w:r>
              <w:rPr>
                <w:color w:val="000000"/>
                <w:sz w:val="13"/>
              </w:rPr>
              <w:t xml:space="preserve"> To be a graduate of one of the other undergraduate programs of a Faculty of Communication or an equivalent faculty/school.</w:t>
            </w:r>
          </w:p>
        </w:tc>
        <w:tc>
          <w:tcPr>
            <w:tcW w:w="708" w:type="dxa"/>
            <w:shd w:val="clear" w:color="auto" w:fill="FFFFFF"/>
            <w:tcMar>
              <w:top w:w="35" w:type="dxa"/>
              <w:left w:w="35" w:type="dxa"/>
              <w:bottom w:w="35" w:type="dxa"/>
              <w:right w:w="35" w:type="dxa"/>
            </w:tcMar>
            <w:vAlign w:val="center"/>
          </w:tcPr>
          <w:p w14:paraId="700323C6" w14:textId="5251E627" w:rsidR="00A06E61" w:rsidRDefault="00E51F14">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438045E9" w14:textId="6D2DFE11" w:rsidR="00A06E61" w:rsidRDefault="00E51F14">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2B06D389"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3FEE0B15" w14:textId="59459073" w:rsidR="00A06E61" w:rsidRDefault="00E51F14">
            <w:pPr>
              <w:jc w:val="center"/>
            </w:pPr>
            <w:r>
              <w:rPr>
                <w:color w:val="000000"/>
                <w:sz w:val="13"/>
              </w:rPr>
              <w:t>7</w:t>
            </w:r>
          </w:p>
        </w:tc>
      </w:tr>
      <w:tr w:rsidR="00A06E61" w14:paraId="52AF54F5" w14:textId="77777777" w:rsidTr="00865662">
        <w:trPr>
          <w:jc w:val="center"/>
        </w:trPr>
        <w:tc>
          <w:tcPr>
            <w:tcW w:w="1701" w:type="dxa"/>
            <w:shd w:val="clear" w:color="auto" w:fill="DDEBF7"/>
            <w:tcMar>
              <w:top w:w="35" w:type="dxa"/>
              <w:left w:w="35" w:type="dxa"/>
              <w:bottom w:w="35" w:type="dxa"/>
              <w:right w:w="35" w:type="dxa"/>
            </w:tcMar>
            <w:vAlign w:val="center"/>
          </w:tcPr>
          <w:p w14:paraId="738C21BF" w14:textId="77777777" w:rsidR="00A06E61" w:rsidRDefault="00000000" w:rsidP="00865662">
            <w:r>
              <w:rPr>
                <w:color w:val="000000"/>
                <w:sz w:val="13"/>
              </w:rPr>
              <w:t>Aviation Management</w:t>
            </w:r>
          </w:p>
        </w:tc>
        <w:tc>
          <w:tcPr>
            <w:tcW w:w="1814" w:type="dxa"/>
            <w:shd w:val="clear" w:color="auto" w:fill="DDEBF7"/>
            <w:tcMar>
              <w:top w:w="35" w:type="dxa"/>
              <w:left w:w="35" w:type="dxa"/>
              <w:bottom w:w="35" w:type="dxa"/>
              <w:right w:w="35" w:type="dxa"/>
            </w:tcMar>
            <w:vAlign w:val="center"/>
          </w:tcPr>
          <w:p w14:paraId="61F79D56" w14:textId="77777777" w:rsidR="00A06E61" w:rsidRDefault="00000000" w:rsidP="00865662">
            <w:r>
              <w:rPr>
                <w:color w:val="000000"/>
                <w:sz w:val="13"/>
              </w:rPr>
              <w:t>Aviation Management</w:t>
            </w:r>
          </w:p>
        </w:tc>
        <w:tc>
          <w:tcPr>
            <w:tcW w:w="907" w:type="dxa"/>
            <w:shd w:val="clear" w:color="auto" w:fill="DDEBF7"/>
            <w:tcMar>
              <w:top w:w="35" w:type="dxa"/>
              <w:left w:w="35" w:type="dxa"/>
              <w:bottom w:w="35" w:type="dxa"/>
              <w:right w:w="35" w:type="dxa"/>
            </w:tcMar>
            <w:vAlign w:val="center"/>
          </w:tcPr>
          <w:p w14:paraId="735BDD4E" w14:textId="77777777" w:rsidR="00A06E61" w:rsidRDefault="00000000">
            <w:pPr>
              <w:jc w:val="center"/>
            </w:pPr>
            <w:r>
              <w:rPr>
                <w:color w:val="000000"/>
                <w:sz w:val="13"/>
              </w:rPr>
              <w:t>EA (60)</w:t>
            </w:r>
          </w:p>
        </w:tc>
        <w:tc>
          <w:tcPr>
            <w:tcW w:w="963" w:type="dxa"/>
            <w:shd w:val="clear" w:color="auto" w:fill="DDEBF7"/>
            <w:tcMar>
              <w:top w:w="35" w:type="dxa"/>
              <w:left w:w="35" w:type="dxa"/>
              <w:bottom w:w="35" w:type="dxa"/>
              <w:right w:w="35" w:type="dxa"/>
            </w:tcMar>
            <w:vAlign w:val="center"/>
          </w:tcPr>
          <w:p w14:paraId="2645FD36"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660FCE77" w14:textId="77777777" w:rsidR="00A06E61" w:rsidRDefault="00000000">
            <w:r>
              <w:rPr>
                <w:b/>
                <w:color w:val="000000"/>
                <w:sz w:val="13"/>
              </w:rPr>
              <w:t>In-Field:</w:t>
            </w:r>
            <w:r>
              <w:rPr>
                <w:color w:val="000000"/>
                <w:sz w:val="13"/>
              </w:rPr>
              <w:t xml:space="preserve"> To be a graduate of the undergraduate program in Aviation Management.</w:t>
            </w:r>
          </w:p>
          <w:p w14:paraId="0770A0DF" w14:textId="77777777" w:rsidR="00A06E61" w:rsidRDefault="00000000">
            <w:r>
              <w:rPr>
                <w:b/>
                <w:color w:val="000000"/>
                <w:sz w:val="13"/>
              </w:rPr>
              <w:t>Out-of-Field:</w:t>
            </w:r>
            <w:r>
              <w:rPr>
                <w:color w:val="000000"/>
                <w:sz w:val="13"/>
              </w:rPr>
              <w:t xml:space="preserve"> To be a graduate of one of the undergraduate programs in Industrial Engineering, Business Administration, Tourism Management, International Trade and Logistics, or Management Information Systems.</w:t>
            </w:r>
          </w:p>
        </w:tc>
        <w:tc>
          <w:tcPr>
            <w:tcW w:w="708" w:type="dxa"/>
            <w:shd w:val="clear" w:color="auto" w:fill="DDEBF7"/>
            <w:tcMar>
              <w:top w:w="35" w:type="dxa"/>
              <w:left w:w="35" w:type="dxa"/>
              <w:bottom w:w="35" w:type="dxa"/>
              <w:right w:w="35" w:type="dxa"/>
            </w:tcMar>
            <w:vAlign w:val="center"/>
          </w:tcPr>
          <w:p w14:paraId="06D8453C" w14:textId="77777777" w:rsidR="00A06E61" w:rsidRDefault="00000000">
            <w:pPr>
              <w:jc w:val="center"/>
            </w:pPr>
            <w:r>
              <w:rPr>
                <w:color w:val="000000"/>
                <w:sz w:val="13"/>
              </w:rPr>
              <w:t>8</w:t>
            </w:r>
          </w:p>
        </w:tc>
        <w:tc>
          <w:tcPr>
            <w:tcW w:w="708" w:type="dxa"/>
            <w:shd w:val="clear" w:color="auto" w:fill="DDEBF7"/>
            <w:tcMar>
              <w:top w:w="35" w:type="dxa"/>
              <w:left w:w="35" w:type="dxa"/>
              <w:bottom w:w="35" w:type="dxa"/>
              <w:right w:w="35" w:type="dxa"/>
            </w:tcMar>
            <w:vAlign w:val="center"/>
          </w:tcPr>
          <w:p w14:paraId="31E4C772"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30C4202E"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6F134E4A" w14:textId="77777777" w:rsidR="00A06E61" w:rsidRDefault="00000000">
            <w:pPr>
              <w:jc w:val="center"/>
            </w:pPr>
            <w:r>
              <w:rPr>
                <w:color w:val="000000"/>
                <w:sz w:val="13"/>
              </w:rPr>
              <w:t>12</w:t>
            </w:r>
          </w:p>
        </w:tc>
      </w:tr>
      <w:tr w:rsidR="00A06E61" w14:paraId="7A37BA93" w14:textId="77777777" w:rsidTr="00865662">
        <w:trPr>
          <w:jc w:val="center"/>
        </w:trPr>
        <w:tc>
          <w:tcPr>
            <w:tcW w:w="1701" w:type="dxa"/>
            <w:shd w:val="clear" w:color="auto" w:fill="FFFFFF"/>
            <w:tcMar>
              <w:top w:w="35" w:type="dxa"/>
              <w:left w:w="35" w:type="dxa"/>
              <w:bottom w:w="35" w:type="dxa"/>
              <w:right w:w="35" w:type="dxa"/>
            </w:tcMar>
            <w:vAlign w:val="center"/>
          </w:tcPr>
          <w:p w14:paraId="2B5B2062" w14:textId="77777777" w:rsidR="00A06E61" w:rsidRDefault="00000000" w:rsidP="00865662">
            <w:r>
              <w:rPr>
                <w:color w:val="000000"/>
                <w:sz w:val="13"/>
              </w:rPr>
              <w:t>Economics</w:t>
            </w:r>
          </w:p>
        </w:tc>
        <w:tc>
          <w:tcPr>
            <w:tcW w:w="1814" w:type="dxa"/>
            <w:shd w:val="clear" w:color="auto" w:fill="FFFFFF"/>
            <w:tcMar>
              <w:top w:w="35" w:type="dxa"/>
              <w:left w:w="35" w:type="dxa"/>
              <w:bottom w:w="35" w:type="dxa"/>
              <w:right w:w="35" w:type="dxa"/>
            </w:tcMar>
            <w:vAlign w:val="center"/>
          </w:tcPr>
          <w:p w14:paraId="61F62039" w14:textId="77777777" w:rsidR="00A06E61" w:rsidRDefault="00000000" w:rsidP="00865662">
            <w:r>
              <w:rPr>
                <w:color w:val="000000"/>
                <w:sz w:val="13"/>
              </w:rPr>
              <w:t>Economics</w:t>
            </w:r>
          </w:p>
        </w:tc>
        <w:tc>
          <w:tcPr>
            <w:tcW w:w="907" w:type="dxa"/>
            <w:shd w:val="clear" w:color="auto" w:fill="FFFFFF"/>
            <w:tcMar>
              <w:top w:w="35" w:type="dxa"/>
              <w:left w:w="35" w:type="dxa"/>
              <w:bottom w:w="35" w:type="dxa"/>
              <w:right w:w="35" w:type="dxa"/>
            </w:tcMar>
            <w:vAlign w:val="center"/>
          </w:tcPr>
          <w:p w14:paraId="3A3F15A1" w14:textId="77777777" w:rsidR="00A06E61" w:rsidRDefault="00000000">
            <w:pPr>
              <w:jc w:val="center"/>
            </w:pPr>
            <w:r>
              <w:rPr>
                <w:color w:val="000000"/>
                <w:sz w:val="13"/>
              </w:rPr>
              <w:t>EA (55)</w:t>
            </w:r>
          </w:p>
        </w:tc>
        <w:tc>
          <w:tcPr>
            <w:tcW w:w="963" w:type="dxa"/>
            <w:shd w:val="clear" w:color="auto" w:fill="FFFFFF"/>
            <w:tcMar>
              <w:top w:w="35" w:type="dxa"/>
              <w:left w:w="35" w:type="dxa"/>
              <w:bottom w:w="35" w:type="dxa"/>
              <w:right w:w="35" w:type="dxa"/>
            </w:tcMar>
            <w:vAlign w:val="center"/>
          </w:tcPr>
          <w:p w14:paraId="212DA30C"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6ED4C9DD" w14:textId="77777777" w:rsidR="00A06E61" w:rsidRDefault="00000000">
            <w:r>
              <w:rPr>
                <w:b/>
                <w:color w:val="000000"/>
                <w:sz w:val="13"/>
              </w:rPr>
              <w:t>In-Field:</w:t>
            </w:r>
            <w:r>
              <w:rPr>
                <w:color w:val="000000"/>
                <w:sz w:val="13"/>
              </w:rPr>
              <w:t xml:space="preserve"> To be a graduate of one of the undergraduate programs in Labor Economics and Industrial Relations, Econometrics, Economics, Finance and Banking, Islamic Economics and Finance, Public Finance, International Trade and Finance, or International Trade and Logistics.</w:t>
            </w:r>
          </w:p>
          <w:p w14:paraId="74512090" w14:textId="77777777" w:rsidR="00A06E61" w:rsidRDefault="00000000">
            <w:r>
              <w:rPr>
                <w:b/>
                <w:color w:val="000000"/>
                <w:sz w:val="13"/>
              </w:rPr>
              <w:t>Out-of-Field:</w:t>
            </w:r>
            <w:r>
              <w:rPr>
                <w:color w:val="000000"/>
                <w:sz w:val="13"/>
              </w:rPr>
              <w:t xml:space="preserve"> To be a graduate of one of the undergraduate programs in Industrial Engineering, Entrepreneurship, Human Resources Management, Statistics, Business Administration, Mathematics, Mathematics Engineering, Political Science and Public Administration, International Relations, or International Business.</w:t>
            </w:r>
          </w:p>
        </w:tc>
        <w:tc>
          <w:tcPr>
            <w:tcW w:w="708" w:type="dxa"/>
            <w:shd w:val="clear" w:color="auto" w:fill="FFFFFF"/>
            <w:tcMar>
              <w:top w:w="35" w:type="dxa"/>
              <w:left w:w="35" w:type="dxa"/>
              <w:bottom w:w="35" w:type="dxa"/>
              <w:right w:w="35" w:type="dxa"/>
            </w:tcMar>
            <w:vAlign w:val="center"/>
          </w:tcPr>
          <w:p w14:paraId="675B2920" w14:textId="5093DF42" w:rsidR="00A06E61" w:rsidRDefault="00000000">
            <w:pPr>
              <w:jc w:val="center"/>
            </w:pPr>
            <w:r>
              <w:rPr>
                <w:color w:val="000000"/>
                <w:sz w:val="13"/>
              </w:rPr>
              <w:t>1</w:t>
            </w:r>
            <w:r w:rsidR="00E51F14">
              <w:rPr>
                <w:color w:val="000000"/>
                <w:sz w:val="13"/>
              </w:rPr>
              <w:t>0</w:t>
            </w:r>
          </w:p>
        </w:tc>
        <w:tc>
          <w:tcPr>
            <w:tcW w:w="708" w:type="dxa"/>
            <w:shd w:val="clear" w:color="auto" w:fill="FFFFFF"/>
            <w:tcMar>
              <w:top w:w="35" w:type="dxa"/>
              <w:left w:w="35" w:type="dxa"/>
              <w:bottom w:w="35" w:type="dxa"/>
              <w:right w:w="35" w:type="dxa"/>
            </w:tcMar>
            <w:vAlign w:val="center"/>
          </w:tcPr>
          <w:p w14:paraId="2F45915C" w14:textId="235C620C" w:rsidR="00A06E61" w:rsidRDefault="00E51F14">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1AE63D02" w14:textId="30330A1E" w:rsidR="00A06E61" w:rsidRDefault="00E51F14">
            <w:pPr>
              <w:jc w:val="center"/>
            </w:pPr>
            <w:r>
              <w:rPr>
                <w:color w:val="000000"/>
                <w:sz w:val="13"/>
              </w:rPr>
              <w:t>1</w:t>
            </w:r>
          </w:p>
        </w:tc>
        <w:tc>
          <w:tcPr>
            <w:tcW w:w="623" w:type="dxa"/>
            <w:shd w:val="clear" w:color="auto" w:fill="FFFFFF"/>
            <w:tcMar>
              <w:top w:w="35" w:type="dxa"/>
              <w:left w:w="35" w:type="dxa"/>
              <w:bottom w:w="35" w:type="dxa"/>
              <w:right w:w="35" w:type="dxa"/>
            </w:tcMar>
            <w:vAlign w:val="center"/>
          </w:tcPr>
          <w:p w14:paraId="0DBF2D40" w14:textId="75C498B3" w:rsidR="00A06E61" w:rsidRDefault="00E51F14">
            <w:pPr>
              <w:jc w:val="center"/>
            </w:pPr>
            <w:r>
              <w:rPr>
                <w:color w:val="000000"/>
                <w:sz w:val="13"/>
              </w:rPr>
              <w:t>13</w:t>
            </w:r>
          </w:p>
        </w:tc>
      </w:tr>
      <w:tr w:rsidR="00A06E61" w14:paraId="0B9A997B" w14:textId="77777777" w:rsidTr="00865662">
        <w:trPr>
          <w:jc w:val="center"/>
        </w:trPr>
        <w:tc>
          <w:tcPr>
            <w:tcW w:w="1701" w:type="dxa"/>
            <w:shd w:val="clear" w:color="auto" w:fill="DDEBF7"/>
            <w:tcMar>
              <w:top w:w="35" w:type="dxa"/>
              <w:left w:w="35" w:type="dxa"/>
              <w:bottom w:w="35" w:type="dxa"/>
              <w:right w:w="35" w:type="dxa"/>
            </w:tcMar>
            <w:vAlign w:val="center"/>
          </w:tcPr>
          <w:p w14:paraId="46FDA0CC" w14:textId="77777777" w:rsidR="00A06E61" w:rsidRDefault="00000000" w:rsidP="00865662">
            <w:r>
              <w:rPr>
                <w:color w:val="000000"/>
                <w:sz w:val="13"/>
              </w:rPr>
              <w:t>Civil Engineering</w:t>
            </w:r>
          </w:p>
        </w:tc>
        <w:tc>
          <w:tcPr>
            <w:tcW w:w="1814" w:type="dxa"/>
            <w:shd w:val="clear" w:color="auto" w:fill="DDEBF7"/>
            <w:tcMar>
              <w:top w:w="35" w:type="dxa"/>
              <w:left w:w="35" w:type="dxa"/>
              <w:bottom w:w="35" w:type="dxa"/>
              <w:right w:w="35" w:type="dxa"/>
            </w:tcMar>
            <w:vAlign w:val="center"/>
          </w:tcPr>
          <w:p w14:paraId="0B0E94A5" w14:textId="77777777" w:rsidR="00A06E61" w:rsidRDefault="00000000" w:rsidP="00865662">
            <w:r>
              <w:rPr>
                <w:color w:val="000000"/>
                <w:sz w:val="13"/>
              </w:rPr>
              <w:t>Civil Engineering</w:t>
            </w:r>
          </w:p>
        </w:tc>
        <w:tc>
          <w:tcPr>
            <w:tcW w:w="907" w:type="dxa"/>
            <w:shd w:val="clear" w:color="auto" w:fill="DDEBF7"/>
            <w:tcMar>
              <w:top w:w="35" w:type="dxa"/>
              <w:left w:w="35" w:type="dxa"/>
              <w:bottom w:w="35" w:type="dxa"/>
              <w:right w:w="35" w:type="dxa"/>
            </w:tcMar>
            <w:vAlign w:val="center"/>
          </w:tcPr>
          <w:p w14:paraId="49692BF2"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62C7D0FB"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26A926DE" w14:textId="77777777" w:rsidR="00A06E61" w:rsidRDefault="00000000">
            <w:r>
              <w:rPr>
                <w:b/>
                <w:color w:val="000000"/>
                <w:sz w:val="13"/>
              </w:rPr>
              <w:t>In-Field:</w:t>
            </w:r>
            <w:r>
              <w:rPr>
                <w:color w:val="000000"/>
                <w:sz w:val="13"/>
              </w:rPr>
              <w:t xml:space="preserve"> To be a graduate of the undergraduate program in Civil Engineering.</w:t>
            </w:r>
          </w:p>
          <w:p w14:paraId="4244EBE3"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691A4A1D" w14:textId="61368998" w:rsidR="00A06E61" w:rsidRDefault="00E51F14">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309A34E5"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26EC006C" w14:textId="77777777" w:rsidR="00A06E61" w:rsidRDefault="00000000">
            <w:pPr>
              <w:jc w:val="center"/>
            </w:pPr>
            <w:r>
              <w:rPr>
                <w:color w:val="000000"/>
                <w:sz w:val="13"/>
              </w:rPr>
              <w:t>4</w:t>
            </w:r>
          </w:p>
        </w:tc>
        <w:tc>
          <w:tcPr>
            <w:tcW w:w="623" w:type="dxa"/>
            <w:shd w:val="clear" w:color="auto" w:fill="DDEBF7"/>
            <w:tcMar>
              <w:top w:w="35" w:type="dxa"/>
              <w:left w:w="35" w:type="dxa"/>
              <w:bottom w:w="35" w:type="dxa"/>
              <w:right w:w="35" w:type="dxa"/>
            </w:tcMar>
            <w:vAlign w:val="center"/>
          </w:tcPr>
          <w:p w14:paraId="46D8F0CC" w14:textId="139FE84A" w:rsidR="00A06E61" w:rsidRDefault="00000000">
            <w:pPr>
              <w:jc w:val="center"/>
            </w:pPr>
            <w:r>
              <w:rPr>
                <w:color w:val="000000"/>
                <w:sz w:val="13"/>
              </w:rPr>
              <w:t>1</w:t>
            </w:r>
            <w:r w:rsidR="00E51F14">
              <w:rPr>
                <w:color w:val="000000"/>
                <w:sz w:val="13"/>
              </w:rPr>
              <w:t>0</w:t>
            </w:r>
          </w:p>
        </w:tc>
      </w:tr>
      <w:tr w:rsidR="00A06E61" w14:paraId="04A1562E" w14:textId="77777777" w:rsidTr="00865662">
        <w:trPr>
          <w:jc w:val="center"/>
        </w:trPr>
        <w:tc>
          <w:tcPr>
            <w:tcW w:w="1701" w:type="dxa"/>
            <w:shd w:val="clear" w:color="auto" w:fill="FFFFFF"/>
            <w:tcMar>
              <w:top w:w="35" w:type="dxa"/>
              <w:left w:w="35" w:type="dxa"/>
              <w:bottom w:w="35" w:type="dxa"/>
              <w:right w:w="35" w:type="dxa"/>
            </w:tcMar>
            <w:vAlign w:val="center"/>
          </w:tcPr>
          <w:p w14:paraId="44FEAF38" w14:textId="77777777" w:rsidR="00A06E61" w:rsidRDefault="00000000" w:rsidP="00865662">
            <w:r>
              <w:rPr>
                <w:color w:val="000000"/>
                <w:sz w:val="13"/>
              </w:rPr>
              <w:t>Islamic History and Arts</w:t>
            </w:r>
          </w:p>
        </w:tc>
        <w:tc>
          <w:tcPr>
            <w:tcW w:w="1814" w:type="dxa"/>
            <w:shd w:val="clear" w:color="auto" w:fill="FFFFFF"/>
            <w:tcMar>
              <w:top w:w="35" w:type="dxa"/>
              <w:left w:w="35" w:type="dxa"/>
              <w:bottom w:w="35" w:type="dxa"/>
              <w:right w:w="35" w:type="dxa"/>
            </w:tcMar>
            <w:vAlign w:val="center"/>
          </w:tcPr>
          <w:p w14:paraId="7994BF46" w14:textId="77777777" w:rsidR="00A06E61" w:rsidRDefault="00000000" w:rsidP="00865662">
            <w:r>
              <w:rPr>
                <w:color w:val="000000"/>
                <w:sz w:val="13"/>
              </w:rPr>
              <w:t>Islamic History and Arts</w:t>
            </w:r>
          </w:p>
        </w:tc>
        <w:tc>
          <w:tcPr>
            <w:tcW w:w="907" w:type="dxa"/>
            <w:shd w:val="clear" w:color="auto" w:fill="FFFFFF"/>
            <w:tcMar>
              <w:top w:w="35" w:type="dxa"/>
              <w:left w:w="35" w:type="dxa"/>
              <w:bottom w:w="35" w:type="dxa"/>
              <w:right w:w="35" w:type="dxa"/>
            </w:tcMar>
            <w:vAlign w:val="center"/>
          </w:tcPr>
          <w:p w14:paraId="5A7AC8A7"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3370A1FC"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030308EF" w14:textId="77777777" w:rsidR="00A06E61" w:rsidRDefault="00000000">
            <w:r>
              <w:rPr>
                <w:b/>
                <w:color w:val="000000"/>
                <w:sz w:val="13"/>
              </w:rPr>
              <w:t>In-Field:</w:t>
            </w:r>
            <w:r>
              <w:rPr>
                <w:color w:val="000000"/>
                <w:sz w:val="13"/>
              </w:rPr>
              <w:t xml:space="preserve"> To be a graduate of one of the undergraduate programs in Religious Culture and Moral Knowledge Teaching or Theology.</w:t>
            </w:r>
          </w:p>
          <w:p w14:paraId="267A57C6" w14:textId="77777777" w:rsidR="00A06E61" w:rsidRDefault="00000000">
            <w:r>
              <w:rPr>
                <w:b/>
                <w:color w:val="000000"/>
                <w:sz w:val="13"/>
              </w:rPr>
              <w:t>Out-of-Field:</w:t>
            </w:r>
            <w:r>
              <w:rPr>
                <w:color w:val="000000"/>
                <w:sz w:val="13"/>
              </w:rPr>
              <w:t xml:space="preserve"> To be a graduate of one of the undergraduate programs in Traditional Turkish Arts, Conservation and Restoration of Works of Art, Art History, History, History Teaching, Turkish Language and Literature, or Turkish Language and Literature Teaching.</w:t>
            </w:r>
          </w:p>
        </w:tc>
        <w:tc>
          <w:tcPr>
            <w:tcW w:w="708" w:type="dxa"/>
            <w:shd w:val="clear" w:color="auto" w:fill="FFFFFF"/>
            <w:tcMar>
              <w:top w:w="35" w:type="dxa"/>
              <w:left w:w="35" w:type="dxa"/>
              <w:bottom w:w="35" w:type="dxa"/>
              <w:right w:w="35" w:type="dxa"/>
            </w:tcMar>
            <w:vAlign w:val="center"/>
          </w:tcPr>
          <w:p w14:paraId="3E85FB15" w14:textId="54155E66" w:rsidR="00A06E61" w:rsidRDefault="00E51F14">
            <w:pPr>
              <w:jc w:val="center"/>
            </w:pPr>
            <w:r>
              <w:rPr>
                <w:color w:val="000000"/>
                <w:sz w:val="13"/>
              </w:rPr>
              <w:t>7</w:t>
            </w:r>
          </w:p>
        </w:tc>
        <w:tc>
          <w:tcPr>
            <w:tcW w:w="708" w:type="dxa"/>
            <w:shd w:val="clear" w:color="auto" w:fill="FFFFFF"/>
            <w:tcMar>
              <w:top w:w="35" w:type="dxa"/>
              <w:left w:w="35" w:type="dxa"/>
              <w:bottom w:w="35" w:type="dxa"/>
              <w:right w:w="35" w:type="dxa"/>
            </w:tcMar>
            <w:vAlign w:val="center"/>
          </w:tcPr>
          <w:p w14:paraId="34FE2F4B"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166921D9"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5A442DE3" w14:textId="0E137134" w:rsidR="00A06E61" w:rsidRDefault="00000000">
            <w:pPr>
              <w:jc w:val="center"/>
            </w:pPr>
            <w:r>
              <w:rPr>
                <w:color w:val="000000"/>
                <w:sz w:val="13"/>
              </w:rPr>
              <w:t>1</w:t>
            </w:r>
            <w:r w:rsidR="00E51F14">
              <w:rPr>
                <w:color w:val="000000"/>
                <w:sz w:val="13"/>
              </w:rPr>
              <w:t>1</w:t>
            </w:r>
          </w:p>
        </w:tc>
      </w:tr>
      <w:tr w:rsidR="00A06E61" w14:paraId="1396093C" w14:textId="77777777" w:rsidTr="00865662">
        <w:trPr>
          <w:jc w:val="center"/>
        </w:trPr>
        <w:tc>
          <w:tcPr>
            <w:tcW w:w="1701" w:type="dxa"/>
            <w:shd w:val="clear" w:color="auto" w:fill="DDEBF7"/>
            <w:tcMar>
              <w:top w:w="35" w:type="dxa"/>
              <w:left w:w="35" w:type="dxa"/>
              <w:bottom w:w="35" w:type="dxa"/>
              <w:right w:w="35" w:type="dxa"/>
            </w:tcMar>
            <w:vAlign w:val="center"/>
          </w:tcPr>
          <w:p w14:paraId="3C73C7BA" w14:textId="77777777" w:rsidR="00A06E61" w:rsidRDefault="00000000" w:rsidP="00865662">
            <w:r>
              <w:rPr>
                <w:color w:val="000000"/>
                <w:sz w:val="13"/>
              </w:rPr>
              <w:lastRenderedPageBreak/>
              <w:t>Occupational Health and Safety</w:t>
            </w:r>
          </w:p>
        </w:tc>
        <w:tc>
          <w:tcPr>
            <w:tcW w:w="1814" w:type="dxa"/>
            <w:shd w:val="clear" w:color="auto" w:fill="DDEBF7"/>
            <w:tcMar>
              <w:top w:w="35" w:type="dxa"/>
              <w:left w:w="35" w:type="dxa"/>
              <w:bottom w:w="35" w:type="dxa"/>
              <w:right w:w="35" w:type="dxa"/>
            </w:tcMar>
            <w:vAlign w:val="center"/>
          </w:tcPr>
          <w:p w14:paraId="40C1FA12" w14:textId="77777777" w:rsidR="00A06E61" w:rsidRDefault="00000000" w:rsidP="00865662">
            <w:r>
              <w:rPr>
                <w:color w:val="000000"/>
                <w:sz w:val="13"/>
              </w:rPr>
              <w:t>Occupational Health and Safety</w:t>
            </w:r>
          </w:p>
        </w:tc>
        <w:tc>
          <w:tcPr>
            <w:tcW w:w="907" w:type="dxa"/>
            <w:shd w:val="clear" w:color="auto" w:fill="DDEBF7"/>
            <w:tcMar>
              <w:top w:w="35" w:type="dxa"/>
              <w:left w:w="35" w:type="dxa"/>
              <w:bottom w:w="35" w:type="dxa"/>
              <w:right w:w="35" w:type="dxa"/>
            </w:tcMar>
            <w:vAlign w:val="center"/>
          </w:tcPr>
          <w:p w14:paraId="6CA353A9"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50CD7367"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4D11DBE" w14:textId="77777777" w:rsidR="00A06E61" w:rsidRDefault="00000000">
            <w:r>
              <w:rPr>
                <w:b/>
                <w:color w:val="000000"/>
                <w:sz w:val="13"/>
              </w:rPr>
              <w:t>In-Field:</w:t>
            </w:r>
            <w:r>
              <w:rPr>
                <w:color w:val="000000"/>
                <w:sz w:val="13"/>
              </w:rPr>
              <w:t xml:space="preserve"> To hold an undergraduate degree in one of the fields specified in Law No. 6331 on Occupational Health and Safety.</w:t>
            </w:r>
          </w:p>
          <w:p w14:paraId="156EEE5F"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5BBB7F29" w14:textId="5DA18676" w:rsidR="00A06E61" w:rsidRDefault="00433341">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430A4121"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7B7164C7" w14:textId="3BD095D2" w:rsidR="00A06E61" w:rsidRDefault="00433341">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483425AC" w14:textId="2E4B8898" w:rsidR="00A06E61" w:rsidRDefault="00433341">
            <w:pPr>
              <w:jc w:val="center"/>
            </w:pPr>
            <w:r>
              <w:rPr>
                <w:color w:val="000000"/>
                <w:sz w:val="13"/>
              </w:rPr>
              <w:t>7</w:t>
            </w:r>
          </w:p>
        </w:tc>
      </w:tr>
      <w:tr w:rsidR="00A06E61" w14:paraId="2C3D737D" w14:textId="77777777" w:rsidTr="00865662">
        <w:trPr>
          <w:jc w:val="center"/>
        </w:trPr>
        <w:tc>
          <w:tcPr>
            <w:tcW w:w="1701" w:type="dxa"/>
            <w:shd w:val="clear" w:color="auto" w:fill="FFFFFF"/>
            <w:tcMar>
              <w:top w:w="35" w:type="dxa"/>
              <w:left w:w="35" w:type="dxa"/>
              <w:bottom w:w="35" w:type="dxa"/>
              <w:right w:w="35" w:type="dxa"/>
            </w:tcMar>
            <w:vAlign w:val="center"/>
          </w:tcPr>
          <w:p w14:paraId="7DECFCCA" w14:textId="77777777" w:rsidR="00A06E61" w:rsidRDefault="00000000" w:rsidP="00865662">
            <w:r>
              <w:rPr>
                <w:color w:val="000000"/>
                <w:sz w:val="13"/>
              </w:rPr>
              <w:t>Business Administration</w:t>
            </w:r>
          </w:p>
        </w:tc>
        <w:tc>
          <w:tcPr>
            <w:tcW w:w="1814" w:type="dxa"/>
            <w:shd w:val="clear" w:color="auto" w:fill="FFFFFF"/>
            <w:tcMar>
              <w:top w:w="35" w:type="dxa"/>
              <w:left w:w="35" w:type="dxa"/>
              <w:bottom w:w="35" w:type="dxa"/>
              <w:right w:w="35" w:type="dxa"/>
            </w:tcMar>
            <w:vAlign w:val="center"/>
          </w:tcPr>
          <w:p w14:paraId="07AAC1DB" w14:textId="77777777" w:rsidR="00A06E61" w:rsidRDefault="00000000" w:rsidP="00865662">
            <w:r>
              <w:rPr>
                <w:color w:val="000000"/>
                <w:sz w:val="13"/>
              </w:rPr>
              <w:t>Business Administration</w:t>
            </w:r>
          </w:p>
        </w:tc>
        <w:tc>
          <w:tcPr>
            <w:tcW w:w="907" w:type="dxa"/>
            <w:shd w:val="clear" w:color="auto" w:fill="FFFFFF"/>
            <w:tcMar>
              <w:top w:w="35" w:type="dxa"/>
              <w:left w:w="35" w:type="dxa"/>
              <w:bottom w:w="35" w:type="dxa"/>
              <w:right w:w="35" w:type="dxa"/>
            </w:tcMar>
            <w:vAlign w:val="center"/>
          </w:tcPr>
          <w:p w14:paraId="3CDB9466" w14:textId="77777777" w:rsidR="00A06E61" w:rsidRDefault="00000000">
            <w:pPr>
              <w:jc w:val="center"/>
            </w:pPr>
            <w:r>
              <w:rPr>
                <w:color w:val="000000"/>
                <w:sz w:val="13"/>
              </w:rPr>
              <w:t>EA (55)</w:t>
            </w:r>
          </w:p>
        </w:tc>
        <w:tc>
          <w:tcPr>
            <w:tcW w:w="963" w:type="dxa"/>
            <w:shd w:val="clear" w:color="auto" w:fill="FFFFFF"/>
            <w:tcMar>
              <w:top w:w="35" w:type="dxa"/>
              <w:left w:w="35" w:type="dxa"/>
              <w:bottom w:w="35" w:type="dxa"/>
              <w:right w:w="35" w:type="dxa"/>
            </w:tcMar>
            <w:vAlign w:val="center"/>
          </w:tcPr>
          <w:p w14:paraId="4ED8DC7A"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708F22D6" w14:textId="77777777" w:rsidR="00A06E61" w:rsidRDefault="00000000">
            <w:r>
              <w:rPr>
                <w:b/>
                <w:color w:val="000000"/>
                <w:sz w:val="13"/>
              </w:rPr>
              <w:t>In-Field:</w:t>
            </w:r>
            <w:r>
              <w:rPr>
                <w:color w:val="000000"/>
                <w:sz w:val="13"/>
              </w:rPr>
              <w:t xml:space="preserve"> To be a graduate of one of the undergraduate programs in Labor Economics and Industrial Relations, Finance and Banking, Entrepreneurship, Economics, Human Resources Management, Business Administration, International Business Management, International Trade and Logistics, or Management Information Systems.</w:t>
            </w:r>
          </w:p>
          <w:p w14:paraId="3E3868DF" w14:textId="77777777" w:rsidR="00A06E61" w:rsidRDefault="00000000">
            <w:r>
              <w:rPr>
                <w:b/>
                <w:color w:val="000000"/>
                <w:sz w:val="13"/>
              </w:rPr>
              <w:t>Out-of-Field:</w:t>
            </w:r>
            <w:r>
              <w:rPr>
                <w:color w:val="000000"/>
                <w:sz w:val="13"/>
              </w:rPr>
              <w:t xml:space="preserve"> To be a graduate of one of the undergraduate programs in Emergency Aid and Disaster Management, Econometrics, Industrial Engineering, Public Relations and Advertising, Aviation Management, Statistics, Business Engineering, Public Finance, Forest Industrial Engineering, Health Management, Political Science and Public Administration, Tourism Management, or International Relations.</w:t>
            </w:r>
          </w:p>
        </w:tc>
        <w:tc>
          <w:tcPr>
            <w:tcW w:w="708" w:type="dxa"/>
            <w:shd w:val="clear" w:color="auto" w:fill="FFFFFF"/>
            <w:tcMar>
              <w:top w:w="35" w:type="dxa"/>
              <w:left w:w="35" w:type="dxa"/>
              <w:bottom w:w="35" w:type="dxa"/>
              <w:right w:w="35" w:type="dxa"/>
            </w:tcMar>
            <w:vAlign w:val="center"/>
          </w:tcPr>
          <w:p w14:paraId="151C1A0B" w14:textId="12786679" w:rsidR="00A06E61" w:rsidRDefault="00433341">
            <w:pPr>
              <w:jc w:val="center"/>
            </w:pPr>
            <w:r>
              <w:rPr>
                <w:color w:val="000000"/>
                <w:sz w:val="13"/>
              </w:rPr>
              <w:t>2</w:t>
            </w:r>
          </w:p>
        </w:tc>
        <w:tc>
          <w:tcPr>
            <w:tcW w:w="708" w:type="dxa"/>
            <w:shd w:val="clear" w:color="auto" w:fill="FFFFFF"/>
            <w:tcMar>
              <w:top w:w="35" w:type="dxa"/>
              <w:left w:w="35" w:type="dxa"/>
              <w:bottom w:w="35" w:type="dxa"/>
              <w:right w:w="35" w:type="dxa"/>
            </w:tcMar>
            <w:vAlign w:val="center"/>
          </w:tcPr>
          <w:p w14:paraId="721FC21A" w14:textId="088B1691" w:rsidR="00A06E61" w:rsidRDefault="00433341">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476662CB" w14:textId="6171E4CE" w:rsidR="00A06E61" w:rsidRDefault="00433341">
            <w:pPr>
              <w:jc w:val="center"/>
            </w:pPr>
            <w:r>
              <w:rPr>
                <w:color w:val="000000"/>
                <w:sz w:val="13"/>
              </w:rPr>
              <w:t>1</w:t>
            </w:r>
          </w:p>
        </w:tc>
        <w:tc>
          <w:tcPr>
            <w:tcW w:w="623" w:type="dxa"/>
            <w:shd w:val="clear" w:color="auto" w:fill="FFFFFF"/>
            <w:tcMar>
              <w:top w:w="35" w:type="dxa"/>
              <w:left w:w="35" w:type="dxa"/>
              <w:bottom w:w="35" w:type="dxa"/>
              <w:right w:w="35" w:type="dxa"/>
            </w:tcMar>
            <w:vAlign w:val="center"/>
          </w:tcPr>
          <w:p w14:paraId="3DE8EF9F" w14:textId="2BD651FC" w:rsidR="00A06E61" w:rsidRDefault="00433341">
            <w:pPr>
              <w:jc w:val="center"/>
            </w:pPr>
            <w:r>
              <w:rPr>
                <w:color w:val="000000"/>
                <w:sz w:val="13"/>
              </w:rPr>
              <w:t>4</w:t>
            </w:r>
          </w:p>
        </w:tc>
      </w:tr>
      <w:tr w:rsidR="00A06E61" w14:paraId="6119D01C" w14:textId="77777777" w:rsidTr="00865662">
        <w:trPr>
          <w:jc w:val="center"/>
        </w:trPr>
        <w:tc>
          <w:tcPr>
            <w:tcW w:w="1701" w:type="dxa"/>
            <w:shd w:val="clear" w:color="auto" w:fill="DDEBF7"/>
            <w:tcMar>
              <w:top w:w="35" w:type="dxa"/>
              <w:left w:w="35" w:type="dxa"/>
              <w:bottom w:w="35" w:type="dxa"/>
              <w:right w:w="35" w:type="dxa"/>
            </w:tcMar>
            <w:vAlign w:val="center"/>
          </w:tcPr>
          <w:p w14:paraId="4C845C40" w14:textId="77777777" w:rsidR="00A06E61" w:rsidRDefault="00000000" w:rsidP="00865662">
            <w:r>
              <w:rPr>
                <w:color w:val="000000"/>
                <w:sz w:val="13"/>
              </w:rPr>
              <w:t>Business Administration</w:t>
            </w:r>
          </w:p>
        </w:tc>
        <w:tc>
          <w:tcPr>
            <w:tcW w:w="1814" w:type="dxa"/>
            <w:shd w:val="clear" w:color="auto" w:fill="DDEBF7"/>
            <w:tcMar>
              <w:top w:w="35" w:type="dxa"/>
              <w:left w:w="35" w:type="dxa"/>
              <w:bottom w:w="35" w:type="dxa"/>
              <w:right w:w="35" w:type="dxa"/>
            </w:tcMar>
            <w:vAlign w:val="center"/>
          </w:tcPr>
          <w:p w14:paraId="0CD3D4ED" w14:textId="77777777" w:rsidR="00A06E61" w:rsidRDefault="00000000" w:rsidP="00865662">
            <w:r>
              <w:rPr>
                <w:color w:val="000000"/>
                <w:sz w:val="13"/>
              </w:rPr>
              <w:t>Management and Organization</w:t>
            </w:r>
          </w:p>
        </w:tc>
        <w:tc>
          <w:tcPr>
            <w:tcW w:w="907" w:type="dxa"/>
            <w:shd w:val="clear" w:color="auto" w:fill="DDEBF7"/>
            <w:tcMar>
              <w:top w:w="35" w:type="dxa"/>
              <w:left w:w="35" w:type="dxa"/>
              <w:bottom w:w="35" w:type="dxa"/>
              <w:right w:w="35" w:type="dxa"/>
            </w:tcMar>
            <w:vAlign w:val="center"/>
          </w:tcPr>
          <w:p w14:paraId="359C3B20" w14:textId="77777777" w:rsidR="00A06E61" w:rsidRDefault="00000000">
            <w:pPr>
              <w:jc w:val="center"/>
            </w:pPr>
            <w:r>
              <w:rPr>
                <w:color w:val="000000"/>
                <w:sz w:val="13"/>
              </w:rPr>
              <w:t>EA (55)</w:t>
            </w:r>
          </w:p>
        </w:tc>
        <w:tc>
          <w:tcPr>
            <w:tcW w:w="963" w:type="dxa"/>
            <w:shd w:val="clear" w:color="auto" w:fill="DDEBF7"/>
            <w:tcMar>
              <w:top w:w="35" w:type="dxa"/>
              <w:left w:w="35" w:type="dxa"/>
              <w:bottom w:w="35" w:type="dxa"/>
              <w:right w:w="35" w:type="dxa"/>
            </w:tcMar>
            <w:vAlign w:val="center"/>
          </w:tcPr>
          <w:p w14:paraId="459508DA"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01815EF4" w14:textId="77777777" w:rsidR="00A06E61" w:rsidRDefault="00000000">
            <w:r>
              <w:rPr>
                <w:b/>
                <w:color w:val="000000"/>
                <w:sz w:val="13"/>
              </w:rPr>
              <w:t>In-Field:</w:t>
            </w:r>
            <w:r>
              <w:rPr>
                <w:color w:val="000000"/>
                <w:sz w:val="13"/>
              </w:rPr>
              <w:t xml:space="preserve"> To be a graduate of one of the undergraduate programs in Labor Economics and Industrial Relations, Entrepreneurship, Aviation Management, Human Resources Management, Business Administration, Health Management, International Business Management, International Trade and Logistics, or Management Information Systems.</w:t>
            </w:r>
          </w:p>
          <w:p w14:paraId="5B245C41"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1CF40A80" w14:textId="1349D05D" w:rsidR="00A06E61" w:rsidRDefault="00433341">
            <w:pPr>
              <w:jc w:val="center"/>
            </w:pPr>
            <w:r>
              <w:rPr>
                <w:color w:val="000000"/>
                <w:sz w:val="13"/>
              </w:rPr>
              <w:t>1</w:t>
            </w:r>
          </w:p>
        </w:tc>
        <w:tc>
          <w:tcPr>
            <w:tcW w:w="708" w:type="dxa"/>
            <w:shd w:val="clear" w:color="auto" w:fill="DDEBF7"/>
            <w:tcMar>
              <w:top w:w="35" w:type="dxa"/>
              <w:left w:w="35" w:type="dxa"/>
              <w:bottom w:w="35" w:type="dxa"/>
              <w:right w:w="35" w:type="dxa"/>
            </w:tcMar>
            <w:vAlign w:val="center"/>
          </w:tcPr>
          <w:p w14:paraId="59438A1E"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0F1694E4"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05AA932" w14:textId="3EC77CFE" w:rsidR="00A06E61" w:rsidRDefault="00433341">
            <w:pPr>
              <w:jc w:val="center"/>
            </w:pPr>
            <w:r>
              <w:rPr>
                <w:color w:val="000000"/>
                <w:sz w:val="13"/>
              </w:rPr>
              <w:t>3</w:t>
            </w:r>
          </w:p>
        </w:tc>
      </w:tr>
      <w:tr w:rsidR="00A06E61" w14:paraId="40464656" w14:textId="77777777" w:rsidTr="00865662">
        <w:trPr>
          <w:jc w:val="center"/>
        </w:trPr>
        <w:tc>
          <w:tcPr>
            <w:tcW w:w="1701" w:type="dxa"/>
            <w:shd w:val="clear" w:color="auto" w:fill="FFFFFF"/>
            <w:tcMar>
              <w:top w:w="35" w:type="dxa"/>
              <w:left w:w="35" w:type="dxa"/>
              <w:bottom w:w="35" w:type="dxa"/>
              <w:right w:w="35" w:type="dxa"/>
            </w:tcMar>
            <w:vAlign w:val="center"/>
          </w:tcPr>
          <w:p w14:paraId="3651A035" w14:textId="77777777" w:rsidR="00A06E61" w:rsidRDefault="00000000" w:rsidP="00865662">
            <w:r>
              <w:rPr>
                <w:color w:val="000000"/>
                <w:sz w:val="13"/>
              </w:rPr>
              <w:t>Chemistry</w:t>
            </w:r>
          </w:p>
        </w:tc>
        <w:tc>
          <w:tcPr>
            <w:tcW w:w="1814" w:type="dxa"/>
            <w:shd w:val="clear" w:color="auto" w:fill="FFFFFF"/>
            <w:tcMar>
              <w:top w:w="35" w:type="dxa"/>
              <w:left w:w="35" w:type="dxa"/>
              <w:bottom w:w="35" w:type="dxa"/>
              <w:right w:w="35" w:type="dxa"/>
            </w:tcMar>
            <w:vAlign w:val="center"/>
          </w:tcPr>
          <w:p w14:paraId="747BE984" w14:textId="77777777" w:rsidR="00A06E61" w:rsidRDefault="00000000" w:rsidP="00865662">
            <w:r>
              <w:rPr>
                <w:color w:val="000000"/>
                <w:sz w:val="13"/>
              </w:rPr>
              <w:t>Chemistry</w:t>
            </w:r>
          </w:p>
        </w:tc>
        <w:tc>
          <w:tcPr>
            <w:tcW w:w="907" w:type="dxa"/>
            <w:shd w:val="clear" w:color="auto" w:fill="FFFFFF"/>
            <w:tcMar>
              <w:top w:w="35" w:type="dxa"/>
              <w:left w:w="35" w:type="dxa"/>
              <w:bottom w:w="35" w:type="dxa"/>
              <w:right w:w="35" w:type="dxa"/>
            </w:tcMar>
            <w:vAlign w:val="center"/>
          </w:tcPr>
          <w:p w14:paraId="50BA6C1B"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1AD22B17"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0BCBDEAF" w14:textId="77777777" w:rsidR="00A06E61" w:rsidRDefault="00000000">
            <w:r>
              <w:rPr>
                <w:b/>
                <w:color w:val="000000"/>
                <w:sz w:val="13"/>
              </w:rPr>
              <w:t>In-Field:</w:t>
            </w:r>
            <w:r>
              <w:rPr>
                <w:color w:val="000000"/>
                <w:sz w:val="13"/>
              </w:rPr>
              <w:t xml:space="preserve"> To be a graduate of one of the undergraduate programs in Chemistry, Chemical Engineering, or Chemistry Teaching.</w:t>
            </w:r>
          </w:p>
          <w:p w14:paraId="272AA46F" w14:textId="77777777" w:rsidR="00A06E61" w:rsidRDefault="00000000">
            <w:r>
              <w:rPr>
                <w:b/>
                <w:color w:val="000000"/>
                <w:sz w:val="13"/>
              </w:rPr>
              <w:t>Out-of-Field:</w:t>
            </w:r>
            <w:r>
              <w:rPr>
                <w:color w:val="000000"/>
                <w:sz w:val="13"/>
              </w:rPr>
              <w:t xml:space="preserve"> To be a graduate of one of the undergraduate programs in Biochemistry, Environmental Engineering, Pharmacy, or Food Engineering.</w:t>
            </w:r>
          </w:p>
        </w:tc>
        <w:tc>
          <w:tcPr>
            <w:tcW w:w="708" w:type="dxa"/>
            <w:shd w:val="clear" w:color="auto" w:fill="FFFFFF"/>
            <w:tcMar>
              <w:top w:w="35" w:type="dxa"/>
              <w:left w:w="35" w:type="dxa"/>
              <w:bottom w:w="35" w:type="dxa"/>
              <w:right w:w="35" w:type="dxa"/>
            </w:tcMar>
            <w:vAlign w:val="center"/>
          </w:tcPr>
          <w:p w14:paraId="29F30D64" w14:textId="77777777" w:rsidR="00A06E61" w:rsidRDefault="00000000">
            <w:pPr>
              <w:jc w:val="center"/>
            </w:pPr>
            <w:r>
              <w:rPr>
                <w:color w:val="000000"/>
                <w:sz w:val="13"/>
              </w:rPr>
              <w:t>2</w:t>
            </w:r>
          </w:p>
        </w:tc>
        <w:tc>
          <w:tcPr>
            <w:tcW w:w="708" w:type="dxa"/>
            <w:shd w:val="clear" w:color="auto" w:fill="FFFFFF"/>
            <w:tcMar>
              <w:top w:w="35" w:type="dxa"/>
              <w:left w:w="35" w:type="dxa"/>
              <w:bottom w:w="35" w:type="dxa"/>
              <w:right w:w="35" w:type="dxa"/>
            </w:tcMar>
            <w:vAlign w:val="center"/>
          </w:tcPr>
          <w:p w14:paraId="6C5591B6" w14:textId="1D0EAF86" w:rsidR="00A06E61" w:rsidRDefault="00433341">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29C3F1E6"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5D23C4EB" w14:textId="101A7487" w:rsidR="00A06E61" w:rsidRDefault="00433341">
            <w:pPr>
              <w:jc w:val="center"/>
            </w:pPr>
            <w:r>
              <w:rPr>
                <w:color w:val="000000"/>
                <w:sz w:val="13"/>
              </w:rPr>
              <w:t>4</w:t>
            </w:r>
          </w:p>
        </w:tc>
      </w:tr>
      <w:tr w:rsidR="00A06E61" w14:paraId="0D86CDB3" w14:textId="77777777" w:rsidTr="00865662">
        <w:trPr>
          <w:jc w:val="center"/>
        </w:trPr>
        <w:tc>
          <w:tcPr>
            <w:tcW w:w="1701" w:type="dxa"/>
            <w:shd w:val="clear" w:color="auto" w:fill="DDEBF7"/>
            <w:tcMar>
              <w:top w:w="35" w:type="dxa"/>
              <w:left w:w="35" w:type="dxa"/>
              <w:bottom w:w="35" w:type="dxa"/>
              <w:right w:w="35" w:type="dxa"/>
            </w:tcMar>
            <w:vAlign w:val="center"/>
          </w:tcPr>
          <w:p w14:paraId="63051859" w14:textId="77777777" w:rsidR="00A06E61" w:rsidRDefault="00000000" w:rsidP="00865662">
            <w:r>
              <w:rPr>
                <w:color w:val="000000"/>
                <w:sz w:val="13"/>
              </w:rPr>
              <w:t>Mechanical Engineering</w:t>
            </w:r>
          </w:p>
        </w:tc>
        <w:tc>
          <w:tcPr>
            <w:tcW w:w="1814" w:type="dxa"/>
            <w:shd w:val="clear" w:color="auto" w:fill="DDEBF7"/>
            <w:tcMar>
              <w:top w:w="35" w:type="dxa"/>
              <w:left w:w="35" w:type="dxa"/>
              <w:bottom w:w="35" w:type="dxa"/>
              <w:right w:w="35" w:type="dxa"/>
            </w:tcMar>
            <w:vAlign w:val="center"/>
          </w:tcPr>
          <w:p w14:paraId="5583F6A2" w14:textId="77777777" w:rsidR="00A06E61" w:rsidRDefault="00000000" w:rsidP="00865662">
            <w:r>
              <w:rPr>
                <w:color w:val="000000"/>
                <w:sz w:val="13"/>
              </w:rPr>
              <w:t>Mechanical Engineering</w:t>
            </w:r>
          </w:p>
        </w:tc>
        <w:tc>
          <w:tcPr>
            <w:tcW w:w="907" w:type="dxa"/>
            <w:shd w:val="clear" w:color="auto" w:fill="DDEBF7"/>
            <w:tcMar>
              <w:top w:w="35" w:type="dxa"/>
              <w:left w:w="35" w:type="dxa"/>
              <w:bottom w:w="35" w:type="dxa"/>
              <w:right w:w="35" w:type="dxa"/>
            </w:tcMar>
            <w:vAlign w:val="center"/>
          </w:tcPr>
          <w:p w14:paraId="429978B2"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14B82852"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7EF9B97" w14:textId="77777777" w:rsidR="00A06E61" w:rsidRDefault="00000000">
            <w:r>
              <w:rPr>
                <w:b/>
                <w:color w:val="000000"/>
                <w:sz w:val="13"/>
              </w:rPr>
              <w:t>In-Field:</w:t>
            </w:r>
            <w:r>
              <w:rPr>
                <w:color w:val="000000"/>
                <w:sz w:val="13"/>
              </w:rPr>
              <w:t xml:space="preserve"> To be a graduate of the undergraduate program in Mechanical Engineering.</w:t>
            </w:r>
          </w:p>
          <w:p w14:paraId="3E30ECD6"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75FAA6AE" w14:textId="7C11721F" w:rsidR="00A06E61" w:rsidRDefault="00433341">
            <w:pPr>
              <w:jc w:val="center"/>
            </w:pPr>
            <w:r>
              <w:rPr>
                <w:color w:val="000000"/>
                <w:sz w:val="13"/>
              </w:rPr>
              <w:t>4</w:t>
            </w:r>
          </w:p>
        </w:tc>
        <w:tc>
          <w:tcPr>
            <w:tcW w:w="708" w:type="dxa"/>
            <w:shd w:val="clear" w:color="auto" w:fill="DDEBF7"/>
            <w:tcMar>
              <w:top w:w="35" w:type="dxa"/>
              <w:left w:w="35" w:type="dxa"/>
              <w:bottom w:w="35" w:type="dxa"/>
              <w:right w:w="35" w:type="dxa"/>
            </w:tcMar>
            <w:vAlign w:val="center"/>
          </w:tcPr>
          <w:p w14:paraId="2BD9525B"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4B392B53"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6B3FE6D1" w14:textId="707DE84F" w:rsidR="00A06E61" w:rsidRDefault="00433341">
            <w:pPr>
              <w:jc w:val="center"/>
            </w:pPr>
            <w:r>
              <w:rPr>
                <w:color w:val="000000"/>
                <w:sz w:val="13"/>
              </w:rPr>
              <w:t>6</w:t>
            </w:r>
          </w:p>
        </w:tc>
      </w:tr>
      <w:tr w:rsidR="00A06E61" w14:paraId="0D873948" w14:textId="77777777" w:rsidTr="00865662">
        <w:trPr>
          <w:jc w:val="center"/>
        </w:trPr>
        <w:tc>
          <w:tcPr>
            <w:tcW w:w="1701" w:type="dxa"/>
            <w:shd w:val="clear" w:color="auto" w:fill="FFFFFF"/>
            <w:tcMar>
              <w:top w:w="35" w:type="dxa"/>
              <w:left w:w="35" w:type="dxa"/>
              <w:bottom w:w="35" w:type="dxa"/>
              <w:right w:w="35" w:type="dxa"/>
            </w:tcMar>
            <w:vAlign w:val="center"/>
          </w:tcPr>
          <w:p w14:paraId="078E038E" w14:textId="77777777" w:rsidR="00A06E61" w:rsidRDefault="00000000" w:rsidP="00865662">
            <w:r>
              <w:rPr>
                <w:color w:val="000000"/>
                <w:sz w:val="13"/>
              </w:rPr>
              <w:t>Materials Science and Engineering</w:t>
            </w:r>
          </w:p>
        </w:tc>
        <w:tc>
          <w:tcPr>
            <w:tcW w:w="1814" w:type="dxa"/>
            <w:shd w:val="clear" w:color="auto" w:fill="FFFFFF"/>
            <w:tcMar>
              <w:top w:w="35" w:type="dxa"/>
              <w:left w:w="35" w:type="dxa"/>
              <w:bottom w:w="35" w:type="dxa"/>
              <w:right w:w="35" w:type="dxa"/>
            </w:tcMar>
            <w:vAlign w:val="center"/>
          </w:tcPr>
          <w:p w14:paraId="6E2B028D" w14:textId="77777777" w:rsidR="00A06E61" w:rsidRDefault="00000000" w:rsidP="00865662">
            <w:r>
              <w:rPr>
                <w:color w:val="000000"/>
                <w:sz w:val="13"/>
              </w:rPr>
              <w:t>Materials Science and Engineering</w:t>
            </w:r>
          </w:p>
        </w:tc>
        <w:tc>
          <w:tcPr>
            <w:tcW w:w="907" w:type="dxa"/>
            <w:shd w:val="clear" w:color="auto" w:fill="FFFFFF"/>
            <w:tcMar>
              <w:top w:w="35" w:type="dxa"/>
              <w:left w:w="35" w:type="dxa"/>
              <w:bottom w:w="35" w:type="dxa"/>
              <w:right w:w="35" w:type="dxa"/>
            </w:tcMar>
            <w:vAlign w:val="center"/>
          </w:tcPr>
          <w:p w14:paraId="030DBC42"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0FBEC25"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1B9F1BD1" w14:textId="77777777" w:rsidR="00A06E61" w:rsidRDefault="00000000">
            <w:r>
              <w:rPr>
                <w:b/>
                <w:color w:val="000000"/>
                <w:sz w:val="13"/>
              </w:rPr>
              <w:t>In-Field:</w:t>
            </w:r>
            <w:r>
              <w:rPr>
                <w:color w:val="000000"/>
                <w:sz w:val="13"/>
              </w:rPr>
              <w:t xml:space="preserve"> To be a graduate of one of the undergraduate programs in Physics Engineering, Geological Engineering, Chemical Engineering, Materials Science and Engineering, Metallurgical and Materials Engineering, or Nanotechnology Engineering.</w:t>
            </w:r>
          </w:p>
          <w:p w14:paraId="41FAD946"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4F6E1CAF" w14:textId="77777777" w:rsidR="00A06E61" w:rsidRDefault="00000000">
            <w:pPr>
              <w:jc w:val="center"/>
            </w:pPr>
            <w:r>
              <w:rPr>
                <w:color w:val="000000"/>
                <w:sz w:val="13"/>
              </w:rPr>
              <w:t>8</w:t>
            </w:r>
          </w:p>
        </w:tc>
        <w:tc>
          <w:tcPr>
            <w:tcW w:w="708" w:type="dxa"/>
            <w:shd w:val="clear" w:color="auto" w:fill="FFFFFF"/>
            <w:tcMar>
              <w:top w:w="35" w:type="dxa"/>
              <w:left w:w="35" w:type="dxa"/>
              <w:bottom w:w="35" w:type="dxa"/>
              <w:right w:w="35" w:type="dxa"/>
            </w:tcMar>
            <w:vAlign w:val="center"/>
          </w:tcPr>
          <w:p w14:paraId="4E4F3FA3"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514936CA" w14:textId="77777777" w:rsidR="00A06E61" w:rsidRDefault="00000000">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00C7D6C7" w14:textId="77777777" w:rsidR="00A06E61" w:rsidRDefault="00000000">
            <w:pPr>
              <w:jc w:val="center"/>
            </w:pPr>
            <w:r>
              <w:rPr>
                <w:color w:val="000000"/>
                <w:sz w:val="13"/>
              </w:rPr>
              <w:t>12</w:t>
            </w:r>
          </w:p>
        </w:tc>
      </w:tr>
      <w:tr w:rsidR="00A06E61" w14:paraId="0D674E3C" w14:textId="77777777" w:rsidTr="00865662">
        <w:trPr>
          <w:jc w:val="center"/>
        </w:trPr>
        <w:tc>
          <w:tcPr>
            <w:tcW w:w="1701" w:type="dxa"/>
            <w:shd w:val="clear" w:color="auto" w:fill="DDEBF7"/>
            <w:tcMar>
              <w:top w:w="35" w:type="dxa"/>
              <w:left w:w="35" w:type="dxa"/>
              <w:bottom w:w="35" w:type="dxa"/>
              <w:right w:w="35" w:type="dxa"/>
            </w:tcMar>
            <w:vAlign w:val="center"/>
          </w:tcPr>
          <w:p w14:paraId="17AD4059" w14:textId="77777777" w:rsidR="00A06E61" w:rsidRDefault="00000000" w:rsidP="00865662">
            <w:r>
              <w:rPr>
                <w:color w:val="000000"/>
                <w:sz w:val="13"/>
              </w:rPr>
              <w:t>Mathematics</w:t>
            </w:r>
          </w:p>
        </w:tc>
        <w:tc>
          <w:tcPr>
            <w:tcW w:w="1814" w:type="dxa"/>
            <w:shd w:val="clear" w:color="auto" w:fill="DDEBF7"/>
            <w:tcMar>
              <w:top w:w="35" w:type="dxa"/>
              <w:left w:w="35" w:type="dxa"/>
              <w:bottom w:w="35" w:type="dxa"/>
              <w:right w:w="35" w:type="dxa"/>
            </w:tcMar>
            <w:vAlign w:val="center"/>
          </w:tcPr>
          <w:p w14:paraId="6C8A565B" w14:textId="77777777" w:rsidR="00A06E61" w:rsidRDefault="00000000" w:rsidP="00865662">
            <w:r>
              <w:rPr>
                <w:color w:val="000000"/>
                <w:sz w:val="13"/>
              </w:rPr>
              <w:t>Mathematics</w:t>
            </w:r>
          </w:p>
        </w:tc>
        <w:tc>
          <w:tcPr>
            <w:tcW w:w="907" w:type="dxa"/>
            <w:shd w:val="clear" w:color="auto" w:fill="DDEBF7"/>
            <w:tcMar>
              <w:top w:w="35" w:type="dxa"/>
              <w:left w:w="35" w:type="dxa"/>
              <w:bottom w:w="35" w:type="dxa"/>
              <w:right w:w="35" w:type="dxa"/>
            </w:tcMar>
            <w:vAlign w:val="center"/>
          </w:tcPr>
          <w:p w14:paraId="121FD636"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6A699C1F"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0974E8A" w14:textId="77777777" w:rsidR="00A06E61" w:rsidRDefault="00000000">
            <w:r>
              <w:rPr>
                <w:b/>
                <w:color w:val="000000"/>
                <w:sz w:val="13"/>
              </w:rPr>
              <w:t>In-Field:</w:t>
            </w:r>
            <w:r>
              <w:rPr>
                <w:color w:val="000000"/>
                <w:sz w:val="13"/>
              </w:rPr>
              <w:t xml:space="preserve"> To be a graduate of one of the undergraduate programs in Mathematics, Mathematics Engineering, Mathematics Teaching, or Mathematics and Computer Science.</w:t>
            </w:r>
          </w:p>
          <w:p w14:paraId="77ACF8F1" w14:textId="77777777" w:rsidR="00A06E61" w:rsidRDefault="00000000">
            <w:r>
              <w:rPr>
                <w:b/>
                <w:color w:val="000000"/>
                <w:sz w:val="13"/>
              </w:rPr>
              <w:t>Out-of-Field:</w:t>
            </w:r>
            <w:r>
              <w:rPr>
                <w:color w:val="000000"/>
                <w:sz w:val="13"/>
              </w:rPr>
              <w:t xml:space="preserve"> To be a graduate of one of the undergraduate programs in Computer Engineering, Electrical and Electronics Engineering, Physics, or Statistics.</w:t>
            </w:r>
          </w:p>
        </w:tc>
        <w:tc>
          <w:tcPr>
            <w:tcW w:w="708" w:type="dxa"/>
            <w:shd w:val="clear" w:color="auto" w:fill="DDEBF7"/>
            <w:tcMar>
              <w:top w:w="35" w:type="dxa"/>
              <w:left w:w="35" w:type="dxa"/>
              <w:bottom w:w="35" w:type="dxa"/>
              <w:right w:w="35" w:type="dxa"/>
            </w:tcMar>
            <w:vAlign w:val="center"/>
          </w:tcPr>
          <w:p w14:paraId="41D73CA6" w14:textId="20334224" w:rsidR="00A06E61" w:rsidRDefault="00433341">
            <w:pPr>
              <w:jc w:val="center"/>
            </w:pPr>
            <w:r>
              <w:rPr>
                <w:color w:val="000000"/>
                <w:sz w:val="13"/>
              </w:rPr>
              <w:t>9</w:t>
            </w:r>
          </w:p>
        </w:tc>
        <w:tc>
          <w:tcPr>
            <w:tcW w:w="708" w:type="dxa"/>
            <w:shd w:val="clear" w:color="auto" w:fill="DDEBF7"/>
            <w:tcMar>
              <w:top w:w="35" w:type="dxa"/>
              <w:left w:w="35" w:type="dxa"/>
              <w:bottom w:w="35" w:type="dxa"/>
              <w:right w:w="35" w:type="dxa"/>
            </w:tcMar>
            <w:vAlign w:val="center"/>
          </w:tcPr>
          <w:p w14:paraId="793E72F5" w14:textId="035C76AD" w:rsidR="00A06E61" w:rsidRDefault="00433341">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6BCD2C38"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39264D11" w14:textId="79131EA6" w:rsidR="00A06E61" w:rsidRDefault="00433341">
            <w:pPr>
              <w:jc w:val="center"/>
            </w:pPr>
            <w:r>
              <w:rPr>
                <w:color w:val="000000"/>
                <w:sz w:val="13"/>
              </w:rPr>
              <w:t>12</w:t>
            </w:r>
          </w:p>
        </w:tc>
      </w:tr>
      <w:tr w:rsidR="00A06E61" w14:paraId="14C7E2C2" w14:textId="77777777" w:rsidTr="00865662">
        <w:trPr>
          <w:jc w:val="center"/>
        </w:trPr>
        <w:tc>
          <w:tcPr>
            <w:tcW w:w="1701" w:type="dxa"/>
            <w:shd w:val="clear" w:color="auto" w:fill="FFFFFF"/>
            <w:tcMar>
              <w:top w:w="35" w:type="dxa"/>
              <w:left w:w="35" w:type="dxa"/>
              <w:bottom w:w="35" w:type="dxa"/>
              <w:right w:w="35" w:type="dxa"/>
            </w:tcMar>
            <w:vAlign w:val="center"/>
          </w:tcPr>
          <w:p w14:paraId="4F310B18" w14:textId="77777777" w:rsidR="00A06E61" w:rsidRDefault="00000000" w:rsidP="00865662">
            <w:r>
              <w:rPr>
                <w:color w:val="000000"/>
                <w:sz w:val="13"/>
              </w:rPr>
              <w:t>Mathematics and Science Education</w:t>
            </w:r>
          </w:p>
        </w:tc>
        <w:tc>
          <w:tcPr>
            <w:tcW w:w="1814" w:type="dxa"/>
            <w:shd w:val="clear" w:color="auto" w:fill="FFFFFF"/>
            <w:tcMar>
              <w:top w:w="35" w:type="dxa"/>
              <w:left w:w="35" w:type="dxa"/>
              <w:bottom w:w="35" w:type="dxa"/>
              <w:right w:w="35" w:type="dxa"/>
            </w:tcMar>
            <w:vAlign w:val="center"/>
          </w:tcPr>
          <w:p w14:paraId="27837382" w14:textId="77777777" w:rsidR="00A06E61" w:rsidRDefault="00000000" w:rsidP="00865662">
            <w:r>
              <w:rPr>
                <w:color w:val="000000"/>
                <w:sz w:val="13"/>
              </w:rPr>
              <w:t>Science Teaching</w:t>
            </w:r>
          </w:p>
        </w:tc>
        <w:tc>
          <w:tcPr>
            <w:tcW w:w="907" w:type="dxa"/>
            <w:shd w:val="clear" w:color="auto" w:fill="FFFFFF"/>
            <w:tcMar>
              <w:top w:w="35" w:type="dxa"/>
              <w:left w:w="35" w:type="dxa"/>
              <w:bottom w:w="35" w:type="dxa"/>
              <w:right w:w="35" w:type="dxa"/>
            </w:tcMar>
            <w:vAlign w:val="center"/>
          </w:tcPr>
          <w:p w14:paraId="78F30941"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1EB70A50"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6F1350BD" w14:textId="77777777" w:rsidR="00A06E61" w:rsidRDefault="00000000">
            <w:r>
              <w:rPr>
                <w:b/>
                <w:color w:val="000000"/>
                <w:sz w:val="13"/>
              </w:rPr>
              <w:t>In-Field:</w:t>
            </w:r>
            <w:r>
              <w:rPr>
                <w:color w:val="000000"/>
                <w:sz w:val="13"/>
              </w:rPr>
              <w:t xml:space="preserve"> To be a graduate of one of the undergraduate programs in Biology Teaching, Science Teaching, Physics Teaching, or Chemistry Teaching; or to be a graduate of one of the undergraduate programs in Biology, Physics, or Chemistry and hold a pedagogical formation certificate.</w:t>
            </w:r>
          </w:p>
          <w:p w14:paraId="530D4CE8" w14:textId="77777777" w:rsidR="00A06E61" w:rsidRDefault="00000000">
            <w:r>
              <w:rPr>
                <w:b/>
                <w:color w:val="000000"/>
                <w:sz w:val="13"/>
              </w:rPr>
              <w:t>Out-of-Field:</w:t>
            </w:r>
            <w:r>
              <w:rPr>
                <w:color w:val="000000"/>
                <w:sz w:val="13"/>
              </w:rPr>
              <w:t xml:space="preserve"> To be a graduate of one of the undergraduate programs in Astronomy and Space Sciences, Biology, Bioengineering, Environmental Engineering, Physics, Physics Engineering, Genetics and Bioengineering, Food Engineering, Geological Engineering, Chemistry, or Chemical Engineering.</w:t>
            </w:r>
          </w:p>
        </w:tc>
        <w:tc>
          <w:tcPr>
            <w:tcW w:w="708" w:type="dxa"/>
            <w:shd w:val="clear" w:color="auto" w:fill="FFFFFF"/>
            <w:tcMar>
              <w:top w:w="35" w:type="dxa"/>
              <w:left w:w="35" w:type="dxa"/>
              <w:bottom w:w="35" w:type="dxa"/>
              <w:right w:w="35" w:type="dxa"/>
            </w:tcMar>
            <w:vAlign w:val="center"/>
          </w:tcPr>
          <w:p w14:paraId="404C5000" w14:textId="2268A7B9" w:rsidR="00A06E61" w:rsidRDefault="00000000">
            <w:pPr>
              <w:jc w:val="center"/>
            </w:pPr>
            <w:r>
              <w:rPr>
                <w:color w:val="000000"/>
                <w:sz w:val="13"/>
              </w:rPr>
              <w:t>1</w:t>
            </w:r>
            <w:r w:rsidR="00433341">
              <w:rPr>
                <w:color w:val="000000"/>
                <w:sz w:val="13"/>
              </w:rPr>
              <w:t>0</w:t>
            </w:r>
          </w:p>
        </w:tc>
        <w:tc>
          <w:tcPr>
            <w:tcW w:w="708" w:type="dxa"/>
            <w:shd w:val="clear" w:color="auto" w:fill="FFFFFF"/>
            <w:tcMar>
              <w:top w:w="35" w:type="dxa"/>
              <w:left w:w="35" w:type="dxa"/>
              <w:bottom w:w="35" w:type="dxa"/>
              <w:right w:w="35" w:type="dxa"/>
            </w:tcMar>
            <w:vAlign w:val="center"/>
          </w:tcPr>
          <w:p w14:paraId="4AA5E32C" w14:textId="77777777" w:rsidR="00A06E61" w:rsidRDefault="00000000">
            <w:pPr>
              <w:jc w:val="center"/>
            </w:pPr>
            <w:r>
              <w:rPr>
                <w:color w:val="000000"/>
                <w:sz w:val="13"/>
              </w:rPr>
              <w:t>5</w:t>
            </w:r>
          </w:p>
        </w:tc>
        <w:tc>
          <w:tcPr>
            <w:tcW w:w="878" w:type="dxa"/>
            <w:shd w:val="clear" w:color="auto" w:fill="FFFFFF"/>
            <w:tcMar>
              <w:top w:w="35" w:type="dxa"/>
              <w:left w:w="35" w:type="dxa"/>
              <w:bottom w:w="35" w:type="dxa"/>
              <w:right w:w="35" w:type="dxa"/>
            </w:tcMar>
            <w:vAlign w:val="center"/>
          </w:tcPr>
          <w:p w14:paraId="5908DA49" w14:textId="77777777" w:rsidR="00A06E61" w:rsidRDefault="00000000">
            <w:pPr>
              <w:jc w:val="center"/>
            </w:pPr>
            <w:r>
              <w:rPr>
                <w:color w:val="000000"/>
                <w:sz w:val="13"/>
              </w:rPr>
              <w:t>5</w:t>
            </w:r>
          </w:p>
        </w:tc>
        <w:tc>
          <w:tcPr>
            <w:tcW w:w="623" w:type="dxa"/>
            <w:shd w:val="clear" w:color="auto" w:fill="FFFFFF"/>
            <w:tcMar>
              <w:top w:w="35" w:type="dxa"/>
              <w:left w:w="35" w:type="dxa"/>
              <w:bottom w:w="35" w:type="dxa"/>
              <w:right w:w="35" w:type="dxa"/>
            </w:tcMar>
            <w:vAlign w:val="center"/>
          </w:tcPr>
          <w:p w14:paraId="43AB116A" w14:textId="5B488FBE" w:rsidR="00A06E61" w:rsidRDefault="00000000">
            <w:pPr>
              <w:jc w:val="center"/>
            </w:pPr>
            <w:r>
              <w:rPr>
                <w:color w:val="000000"/>
                <w:sz w:val="13"/>
              </w:rPr>
              <w:t>2</w:t>
            </w:r>
            <w:r w:rsidR="00433341">
              <w:rPr>
                <w:color w:val="000000"/>
                <w:sz w:val="13"/>
              </w:rPr>
              <w:t>0</w:t>
            </w:r>
          </w:p>
        </w:tc>
      </w:tr>
      <w:tr w:rsidR="00A06E61" w14:paraId="3938CA83" w14:textId="77777777" w:rsidTr="00865662">
        <w:trPr>
          <w:jc w:val="center"/>
        </w:trPr>
        <w:tc>
          <w:tcPr>
            <w:tcW w:w="1701" w:type="dxa"/>
            <w:shd w:val="clear" w:color="auto" w:fill="DDEBF7"/>
            <w:tcMar>
              <w:top w:w="35" w:type="dxa"/>
              <w:left w:w="35" w:type="dxa"/>
              <w:bottom w:w="35" w:type="dxa"/>
              <w:right w:w="35" w:type="dxa"/>
            </w:tcMar>
            <w:vAlign w:val="center"/>
          </w:tcPr>
          <w:p w14:paraId="5352D862" w14:textId="77777777" w:rsidR="00A06E61" w:rsidRDefault="00000000" w:rsidP="00865662">
            <w:r>
              <w:rPr>
                <w:color w:val="000000"/>
                <w:sz w:val="13"/>
              </w:rPr>
              <w:t>Mathematics and Science Education</w:t>
            </w:r>
          </w:p>
        </w:tc>
        <w:tc>
          <w:tcPr>
            <w:tcW w:w="1814" w:type="dxa"/>
            <w:shd w:val="clear" w:color="auto" w:fill="DDEBF7"/>
            <w:tcMar>
              <w:top w:w="35" w:type="dxa"/>
              <w:left w:w="35" w:type="dxa"/>
              <w:bottom w:w="35" w:type="dxa"/>
              <w:right w:w="35" w:type="dxa"/>
            </w:tcMar>
            <w:vAlign w:val="center"/>
          </w:tcPr>
          <w:p w14:paraId="2C441260" w14:textId="77777777" w:rsidR="00A06E61" w:rsidRDefault="00000000" w:rsidP="00865662">
            <w:r>
              <w:rPr>
                <w:color w:val="000000"/>
                <w:sz w:val="13"/>
              </w:rPr>
              <w:t>Elementary Mathematics Teaching</w:t>
            </w:r>
          </w:p>
        </w:tc>
        <w:tc>
          <w:tcPr>
            <w:tcW w:w="907" w:type="dxa"/>
            <w:shd w:val="clear" w:color="auto" w:fill="DDEBF7"/>
            <w:tcMar>
              <w:top w:w="35" w:type="dxa"/>
              <w:left w:w="35" w:type="dxa"/>
              <w:bottom w:w="35" w:type="dxa"/>
              <w:right w:w="35" w:type="dxa"/>
            </w:tcMar>
            <w:vAlign w:val="center"/>
          </w:tcPr>
          <w:p w14:paraId="4A81C07F"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6EC296E2"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3A2358A2" w14:textId="77777777" w:rsidR="00A06E61" w:rsidRDefault="00000000">
            <w:r>
              <w:rPr>
                <w:b/>
                <w:color w:val="000000"/>
                <w:sz w:val="13"/>
              </w:rPr>
              <w:t>In-Field:</w:t>
            </w:r>
            <w:r>
              <w:rPr>
                <w:color w:val="000000"/>
                <w:sz w:val="13"/>
              </w:rPr>
              <w:t xml:space="preserve"> To be a graduate of one of the undergraduate programs in Elementary Mathematics Teaching or Mathematics Teaching; or to be a graduate of the undergraduate program in Mathematics and hold a pedagogical formation certificate.</w:t>
            </w:r>
          </w:p>
          <w:p w14:paraId="790C147E" w14:textId="77777777" w:rsidR="00A06E61" w:rsidRDefault="00000000">
            <w:r>
              <w:rPr>
                <w:b/>
                <w:color w:val="000000"/>
                <w:sz w:val="13"/>
              </w:rPr>
              <w:t>Out-of-Field:</w:t>
            </w:r>
            <w:r>
              <w:rPr>
                <w:color w:val="000000"/>
                <w:sz w:val="13"/>
              </w:rPr>
              <w:t xml:space="preserve"> To be a graduate of one of the undergraduate programs in Science Teaching, Mathematics, Preschool Teaching, or Classroom Teaching.</w:t>
            </w:r>
          </w:p>
        </w:tc>
        <w:tc>
          <w:tcPr>
            <w:tcW w:w="708" w:type="dxa"/>
            <w:shd w:val="clear" w:color="auto" w:fill="DDEBF7"/>
            <w:tcMar>
              <w:top w:w="35" w:type="dxa"/>
              <w:left w:w="35" w:type="dxa"/>
              <w:bottom w:w="35" w:type="dxa"/>
              <w:right w:w="35" w:type="dxa"/>
            </w:tcMar>
            <w:vAlign w:val="center"/>
          </w:tcPr>
          <w:p w14:paraId="5F7B1737" w14:textId="1E486FC7" w:rsidR="00A06E61" w:rsidRDefault="00433341">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1036731F"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13EB3372" w14:textId="5C382336" w:rsidR="00A06E61" w:rsidRDefault="00433341">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41216552" w14:textId="70ABA861" w:rsidR="00A06E61" w:rsidRDefault="00000000">
            <w:pPr>
              <w:jc w:val="center"/>
            </w:pPr>
            <w:r>
              <w:rPr>
                <w:color w:val="000000"/>
                <w:sz w:val="13"/>
              </w:rPr>
              <w:t>9</w:t>
            </w:r>
          </w:p>
        </w:tc>
      </w:tr>
      <w:tr w:rsidR="00A06E61" w14:paraId="744CAFA8" w14:textId="77777777" w:rsidTr="00865662">
        <w:trPr>
          <w:jc w:val="center"/>
        </w:trPr>
        <w:tc>
          <w:tcPr>
            <w:tcW w:w="1701" w:type="dxa"/>
            <w:shd w:val="clear" w:color="auto" w:fill="FFFFFF"/>
            <w:tcMar>
              <w:top w:w="35" w:type="dxa"/>
              <w:left w:w="35" w:type="dxa"/>
              <w:bottom w:w="35" w:type="dxa"/>
              <w:right w:w="35" w:type="dxa"/>
            </w:tcMar>
            <w:vAlign w:val="center"/>
          </w:tcPr>
          <w:p w14:paraId="52BDE79E" w14:textId="77777777" w:rsidR="00A06E61" w:rsidRDefault="00000000" w:rsidP="00865662">
            <w:r>
              <w:rPr>
                <w:color w:val="000000"/>
                <w:sz w:val="13"/>
              </w:rPr>
              <w:t>Engineering Management</w:t>
            </w:r>
          </w:p>
        </w:tc>
        <w:tc>
          <w:tcPr>
            <w:tcW w:w="1814" w:type="dxa"/>
            <w:shd w:val="clear" w:color="auto" w:fill="FFFFFF"/>
            <w:tcMar>
              <w:top w:w="35" w:type="dxa"/>
              <w:left w:w="35" w:type="dxa"/>
              <w:bottom w:w="35" w:type="dxa"/>
              <w:right w:w="35" w:type="dxa"/>
            </w:tcMar>
            <w:vAlign w:val="center"/>
          </w:tcPr>
          <w:p w14:paraId="5A6B850B" w14:textId="77777777" w:rsidR="00A06E61" w:rsidRDefault="00000000" w:rsidP="00865662">
            <w:r>
              <w:rPr>
                <w:color w:val="000000"/>
                <w:sz w:val="13"/>
              </w:rPr>
              <w:t>Engineering Management</w:t>
            </w:r>
          </w:p>
        </w:tc>
        <w:tc>
          <w:tcPr>
            <w:tcW w:w="907" w:type="dxa"/>
            <w:shd w:val="clear" w:color="auto" w:fill="FFFFFF"/>
            <w:tcMar>
              <w:top w:w="35" w:type="dxa"/>
              <w:left w:w="35" w:type="dxa"/>
              <w:bottom w:w="35" w:type="dxa"/>
              <w:right w:w="35" w:type="dxa"/>
            </w:tcMar>
            <w:vAlign w:val="center"/>
          </w:tcPr>
          <w:p w14:paraId="69DBDF5E"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33151A53"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4B9FC1AF" w14:textId="77777777" w:rsidR="00A06E61" w:rsidRDefault="00000000">
            <w:r>
              <w:rPr>
                <w:b/>
                <w:color w:val="000000"/>
                <w:sz w:val="13"/>
              </w:rPr>
              <w:t>In-Field:</w:t>
            </w:r>
            <w:r>
              <w:rPr>
                <w:color w:val="000000"/>
                <w:sz w:val="13"/>
              </w:rPr>
              <w:t xml:space="preserve"> To be a graduate of one of the undergraduate programs in Engineering.</w:t>
            </w:r>
          </w:p>
          <w:p w14:paraId="4AD6471E" w14:textId="77777777" w:rsidR="00A06E61" w:rsidRDefault="00000000">
            <w:r>
              <w:rPr>
                <w:b/>
                <w:color w:val="000000"/>
                <w:sz w:val="13"/>
              </w:rPr>
              <w:t>Out-of-Field:</w:t>
            </w:r>
            <w:r>
              <w:rPr>
                <w:color w:val="000000"/>
                <w:sz w:val="13"/>
              </w:rPr>
              <w:t xml:space="preserve"> To be a graduate of one of the undergraduate programs in Labor Economics and Industrial Relations, Econometrics, Economics, Business Administration, Public Administration, or Public Finance.</w:t>
            </w:r>
          </w:p>
        </w:tc>
        <w:tc>
          <w:tcPr>
            <w:tcW w:w="708" w:type="dxa"/>
            <w:shd w:val="clear" w:color="auto" w:fill="FFFFFF"/>
            <w:tcMar>
              <w:top w:w="35" w:type="dxa"/>
              <w:left w:w="35" w:type="dxa"/>
              <w:bottom w:w="35" w:type="dxa"/>
              <w:right w:w="35" w:type="dxa"/>
            </w:tcMar>
            <w:vAlign w:val="center"/>
          </w:tcPr>
          <w:p w14:paraId="19731CFF" w14:textId="11FEC7ED" w:rsidR="00A06E61" w:rsidRDefault="00433341">
            <w:pPr>
              <w:jc w:val="center"/>
            </w:pPr>
            <w:r>
              <w:rPr>
                <w:color w:val="000000"/>
                <w:sz w:val="13"/>
              </w:rPr>
              <w:t>2</w:t>
            </w:r>
          </w:p>
        </w:tc>
        <w:tc>
          <w:tcPr>
            <w:tcW w:w="708" w:type="dxa"/>
            <w:shd w:val="clear" w:color="auto" w:fill="FFFFFF"/>
            <w:tcMar>
              <w:top w:w="35" w:type="dxa"/>
              <w:left w:w="35" w:type="dxa"/>
              <w:bottom w:w="35" w:type="dxa"/>
              <w:right w:w="35" w:type="dxa"/>
            </w:tcMar>
            <w:vAlign w:val="center"/>
          </w:tcPr>
          <w:p w14:paraId="702C26F8"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68DFEB1B"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714B641D" w14:textId="56057BBD" w:rsidR="00A06E61" w:rsidRDefault="00433341">
            <w:pPr>
              <w:jc w:val="center"/>
            </w:pPr>
            <w:r>
              <w:rPr>
                <w:color w:val="000000"/>
                <w:sz w:val="13"/>
              </w:rPr>
              <w:t>6</w:t>
            </w:r>
          </w:p>
        </w:tc>
      </w:tr>
      <w:tr w:rsidR="00A06E61" w14:paraId="3603A39B" w14:textId="77777777" w:rsidTr="00865662">
        <w:trPr>
          <w:jc w:val="center"/>
        </w:trPr>
        <w:tc>
          <w:tcPr>
            <w:tcW w:w="1701" w:type="dxa"/>
            <w:shd w:val="clear" w:color="auto" w:fill="DDEBF7"/>
            <w:tcMar>
              <w:top w:w="35" w:type="dxa"/>
              <w:left w:w="35" w:type="dxa"/>
              <w:bottom w:w="35" w:type="dxa"/>
              <w:right w:w="35" w:type="dxa"/>
            </w:tcMar>
            <w:vAlign w:val="center"/>
          </w:tcPr>
          <w:p w14:paraId="3CFBBB70" w14:textId="77777777" w:rsidR="00A06E61" w:rsidRDefault="00000000" w:rsidP="00865662">
            <w:r>
              <w:rPr>
                <w:color w:val="000000"/>
                <w:sz w:val="13"/>
              </w:rPr>
              <w:t>Musicology</w:t>
            </w:r>
          </w:p>
        </w:tc>
        <w:tc>
          <w:tcPr>
            <w:tcW w:w="1814" w:type="dxa"/>
            <w:shd w:val="clear" w:color="auto" w:fill="DDEBF7"/>
            <w:tcMar>
              <w:top w:w="35" w:type="dxa"/>
              <w:left w:w="35" w:type="dxa"/>
              <w:bottom w:w="35" w:type="dxa"/>
              <w:right w:w="35" w:type="dxa"/>
            </w:tcMar>
            <w:vAlign w:val="center"/>
          </w:tcPr>
          <w:p w14:paraId="205297D3" w14:textId="77777777" w:rsidR="00A06E61" w:rsidRDefault="00000000" w:rsidP="00865662">
            <w:r>
              <w:rPr>
                <w:color w:val="000000"/>
                <w:sz w:val="13"/>
              </w:rPr>
              <w:t>Musicology</w:t>
            </w:r>
          </w:p>
        </w:tc>
        <w:tc>
          <w:tcPr>
            <w:tcW w:w="907" w:type="dxa"/>
            <w:shd w:val="clear" w:color="auto" w:fill="DDEBF7"/>
            <w:tcMar>
              <w:top w:w="35" w:type="dxa"/>
              <w:left w:w="35" w:type="dxa"/>
              <w:bottom w:w="35" w:type="dxa"/>
              <w:right w:w="35" w:type="dxa"/>
            </w:tcMar>
            <w:vAlign w:val="center"/>
          </w:tcPr>
          <w:p w14:paraId="1B972EDB" w14:textId="77777777" w:rsidR="00A06E61" w:rsidRDefault="00000000">
            <w:pPr>
              <w:jc w:val="center"/>
            </w:pPr>
            <w:r>
              <w:rPr>
                <w:color w:val="000000"/>
                <w:sz w:val="13"/>
              </w:rPr>
              <w:t>No ALES score requirement</w:t>
            </w:r>
          </w:p>
        </w:tc>
        <w:tc>
          <w:tcPr>
            <w:tcW w:w="963" w:type="dxa"/>
            <w:shd w:val="clear" w:color="auto" w:fill="DDEBF7"/>
            <w:tcMar>
              <w:top w:w="35" w:type="dxa"/>
              <w:left w:w="35" w:type="dxa"/>
              <w:bottom w:w="35" w:type="dxa"/>
              <w:right w:w="35" w:type="dxa"/>
            </w:tcMar>
            <w:vAlign w:val="center"/>
          </w:tcPr>
          <w:p w14:paraId="11ED39B0"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54CADC45" w14:textId="77777777" w:rsidR="00A06E61" w:rsidRDefault="00000000">
            <w:r>
              <w:rPr>
                <w:b/>
                <w:color w:val="000000"/>
                <w:sz w:val="13"/>
              </w:rPr>
              <w:t>In-Field:</w:t>
            </w:r>
            <w:r>
              <w:rPr>
                <w:color w:val="000000"/>
                <w:sz w:val="13"/>
              </w:rPr>
              <w:t xml:space="preserve"> To be a graduate of one of the undergraduate programs in Composition, Composition and Music Theory, Instrument Education, Ethnomusicology, Traditional Turkish Music, Music, Music Teaching, Music Technology, Music Theory, Music and Performing Arts, Voice Education, Turkish Folk Music, Turkish Music, or Turkish Art Music.</w:t>
            </w:r>
          </w:p>
          <w:p w14:paraId="057119EA" w14:textId="77777777" w:rsidR="00A06E61" w:rsidRDefault="00000000">
            <w:r>
              <w:rPr>
                <w:b/>
                <w:color w:val="000000"/>
                <w:sz w:val="13"/>
              </w:rPr>
              <w:t>Out-of-Field:</w:t>
            </w:r>
            <w:r>
              <w:rPr>
                <w:color w:val="000000"/>
                <w:sz w:val="13"/>
              </w:rPr>
              <w:t xml:space="preserve"> To be a graduate of any undergraduate program and to document, through a portfolio, their work within the scope of the field of musicology.</w:t>
            </w:r>
          </w:p>
        </w:tc>
        <w:tc>
          <w:tcPr>
            <w:tcW w:w="708" w:type="dxa"/>
            <w:shd w:val="clear" w:color="auto" w:fill="DDEBF7"/>
            <w:tcMar>
              <w:top w:w="35" w:type="dxa"/>
              <w:left w:w="35" w:type="dxa"/>
              <w:bottom w:w="35" w:type="dxa"/>
              <w:right w:w="35" w:type="dxa"/>
            </w:tcMar>
            <w:vAlign w:val="center"/>
          </w:tcPr>
          <w:p w14:paraId="5EFBC720" w14:textId="71CD82C1" w:rsidR="00A06E61" w:rsidRDefault="00433341">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7C12FB66" w14:textId="41D398A4" w:rsidR="00A06E61" w:rsidRDefault="00433341">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7F438404"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5C2C9958" w14:textId="3E4340AB" w:rsidR="00A06E61" w:rsidRDefault="00433341">
            <w:pPr>
              <w:jc w:val="center"/>
            </w:pPr>
            <w:r>
              <w:rPr>
                <w:color w:val="000000"/>
                <w:sz w:val="13"/>
              </w:rPr>
              <w:t>8</w:t>
            </w:r>
          </w:p>
        </w:tc>
      </w:tr>
      <w:tr w:rsidR="00A06E61" w14:paraId="06FC0E64" w14:textId="77777777" w:rsidTr="00865662">
        <w:trPr>
          <w:jc w:val="center"/>
        </w:trPr>
        <w:tc>
          <w:tcPr>
            <w:tcW w:w="1701" w:type="dxa"/>
            <w:shd w:val="clear" w:color="auto" w:fill="FFFFFF"/>
            <w:tcMar>
              <w:top w:w="35" w:type="dxa"/>
              <w:left w:w="35" w:type="dxa"/>
              <w:bottom w:w="35" w:type="dxa"/>
              <w:right w:w="35" w:type="dxa"/>
            </w:tcMar>
            <w:vAlign w:val="center"/>
          </w:tcPr>
          <w:p w14:paraId="44A83498" w14:textId="77777777" w:rsidR="00A06E61" w:rsidRDefault="00000000" w:rsidP="00865662">
            <w:r>
              <w:rPr>
                <w:color w:val="000000"/>
                <w:sz w:val="13"/>
              </w:rPr>
              <w:t>Forest Industrial Engineering</w:t>
            </w:r>
          </w:p>
        </w:tc>
        <w:tc>
          <w:tcPr>
            <w:tcW w:w="1814" w:type="dxa"/>
            <w:shd w:val="clear" w:color="auto" w:fill="FFFFFF"/>
            <w:tcMar>
              <w:top w:w="35" w:type="dxa"/>
              <w:left w:w="35" w:type="dxa"/>
              <w:bottom w:w="35" w:type="dxa"/>
              <w:right w:w="35" w:type="dxa"/>
            </w:tcMar>
            <w:vAlign w:val="center"/>
          </w:tcPr>
          <w:p w14:paraId="03F68968" w14:textId="77777777" w:rsidR="00A06E61" w:rsidRDefault="00000000" w:rsidP="00865662">
            <w:r>
              <w:rPr>
                <w:color w:val="000000"/>
                <w:sz w:val="13"/>
              </w:rPr>
              <w:t>Forest Industrial Engineering</w:t>
            </w:r>
          </w:p>
        </w:tc>
        <w:tc>
          <w:tcPr>
            <w:tcW w:w="907" w:type="dxa"/>
            <w:shd w:val="clear" w:color="auto" w:fill="FFFFFF"/>
            <w:tcMar>
              <w:top w:w="35" w:type="dxa"/>
              <w:left w:w="35" w:type="dxa"/>
              <w:bottom w:w="35" w:type="dxa"/>
              <w:right w:w="35" w:type="dxa"/>
            </w:tcMar>
            <w:vAlign w:val="center"/>
          </w:tcPr>
          <w:p w14:paraId="24021A9F"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7FC4164E"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2098B8A8" w14:textId="77777777" w:rsidR="00A06E61" w:rsidRDefault="00000000">
            <w:r>
              <w:rPr>
                <w:b/>
                <w:color w:val="000000"/>
                <w:sz w:val="13"/>
              </w:rPr>
              <w:t>In-Field:</w:t>
            </w:r>
            <w:r>
              <w:rPr>
                <w:color w:val="000000"/>
                <w:sz w:val="13"/>
              </w:rPr>
              <w:t xml:space="preserve"> To be a graduate of one of the undergraduate programs in Wood Products Industrial Engineering, Furniture and Decoration Education, or Forest Industrial Engineering.</w:t>
            </w:r>
          </w:p>
          <w:p w14:paraId="1DF0C47F" w14:textId="77777777" w:rsidR="00A06E61" w:rsidRDefault="00000000">
            <w:r>
              <w:rPr>
                <w:b/>
                <w:color w:val="000000"/>
                <w:sz w:val="13"/>
              </w:rPr>
              <w:t>Out-of-Field:</w:t>
            </w:r>
            <w:r>
              <w:rPr>
                <w:color w:val="000000"/>
                <w:sz w:val="13"/>
              </w:rPr>
              <w:t xml:space="preserve"> To be a graduate of one of the undergraduate programs in Biology, Industrial Engineering, Interior Architecture, Civil Engineering, Business Administration, Chemistry, Chemical Engineering, Mechanical Engineering, Materials Engineering, Mechatronics Engineering, Forest Engineering, or Textile Engineering.</w:t>
            </w:r>
          </w:p>
        </w:tc>
        <w:tc>
          <w:tcPr>
            <w:tcW w:w="708" w:type="dxa"/>
            <w:shd w:val="clear" w:color="auto" w:fill="FFFFFF"/>
            <w:tcMar>
              <w:top w:w="35" w:type="dxa"/>
              <w:left w:w="35" w:type="dxa"/>
              <w:bottom w:w="35" w:type="dxa"/>
              <w:right w:w="35" w:type="dxa"/>
            </w:tcMar>
            <w:vAlign w:val="center"/>
          </w:tcPr>
          <w:p w14:paraId="38AF1035" w14:textId="670D32E0" w:rsidR="00A06E61" w:rsidRDefault="00433341">
            <w:pPr>
              <w:jc w:val="center"/>
            </w:pPr>
            <w:r>
              <w:rPr>
                <w:color w:val="000000"/>
                <w:sz w:val="13"/>
              </w:rPr>
              <w:t>7</w:t>
            </w:r>
          </w:p>
        </w:tc>
        <w:tc>
          <w:tcPr>
            <w:tcW w:w="708" w:type="dxa"/>
            <w:shd w:val="clear" w:color="auto" w:fill="FFFFFF"/>
            <w:tcMar>
              <w:top w:w="35" w:type="dxa"/>
              <w:left w:w="35" w:type="dxa"/>
              <w:bottom w:w="35" w:type="dxa"/>
              <w:right w:w="35" w:type="dxa"/>
            </w:tcMar>
            <w:vAlign w:val="center"/>
          </w:tcPr>
          <w:p w14:paraId="2F0D9374" w14:textId="55B81E07" w:rsidR="00A06E61" w:rsidRDefault="00433341">
            <w:pPr>
              <w:jc w:val="center"/>
            </w:pPr>
            <w:r>
              <w:rPr>
                <w:color w:val="000000"/>
                <w:sz w:val="13"/>
              </w:rPr>
              <w:t>1</w:t>
            </w:r>
          </w:p>
        </w:tc>
        <w:tc>
          <w:tcPr>
            <w:tcW w:w="878" w:type="dxa"/>
            <w:shd w:val="clear" w:color="auto" w:fill="FFFFFF"/>
            <w:tcMar>
              <w:top w:w="35" w:type="dxa"/>
              <w:left w:w="35" w:type="dxa"/>
              <w:bottom w:w="35" w:type="dxa"/>
              <w:right w:w="35" w:type="dxa"/>
            </w:tcMar>
            <w:vAlign w:val="center"/>
          </w:tcPr>
          <w:p w14:paraId="36DE8695"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11DDD9E0" w14:textId="1FFE4943" w:rsidR="00A06E61" w:rsidRDefault="00000000">
            <w:pPr>
              <w:jc w:val="center"/>
            </w:pPr>
            <w:r>
              <w:rPr>
                <w:color w:val="000000"/>
                <w:sz w:val="13"/>
              </w:rPr>
              <w:t>1</w:t>
            </w:r>
            <w:r w:rsidR="00433341">
              <w:rPr>
                <w:color w:val="000000"/>
                <w:sz w:val="13"/>
              </w:rPr>
              <w:t>0</w:t>
            </w:r>
          </w:p>
        </w:tc>
      </w:tr>
      <w:tr w:rsidR="00A06E61" w14:paraId="4189C4C7" w14:textId="77777777" w:rsidTr="00865662">
        <w:trPr>
          <w:jc w:val="center"/>
        </w:trPr>
        <w:tc>
          <w:tcPr>
            <w:tcW w:w="1701" w:type="dxa"/>
            <w:shd w:val="clear" w:color="auto" w:fill="DDEBF7"/>
            <w:tcMar>
              <w:top w:w="35" w:type="dxa"/>
              <w:left w:w="35" w:type="dxa"/>
              <w:bottom w:w="35" w:type="dxa"/>
              <w:right w:w="35" w:type="dxa"/>
            </w:tcMar>
            <w:vAlign w:val="center"/>
          </w:tcPr>
          <w:p w14:paraId="0EC0C5A8" w14:textId="77777777" w:rsidR="00A06E61" w:rsidRDefault="00000000" w:rsidP="00865662">
            <w:r>
              <w:rPr>
                <w:color w:val="000000"/>
                <w:sz w:val="13"/>
              </w:rPr>
              <w:t>Forest Engineering</w:t>
            </w:r>
          </w:p>
        </w:tc>
        <w:tc>
          <w:tcPr>
            <w:tcW w:w="1814" w:type="dxa"/>
            <w:shd w:val="clear" w:color="auto" w:fill="DDEBF7"/>
            <w:tcMar>
              <w:top w:w="35" w:type="dxa"/>
              <w:left w:w="35" w:type="dxa"/>
              <w:bottom w:w="35" w:type="dxa"/>
              <w:right w:w="35" w:type="dxa"/>
            </w:tcMar>
            <w:vAlign w:val="center"/>
          </w:tcPr>
          <w:p w14:paraId="146B81C5" w14:textId="77777777" w:rsidR="00A06E61" w:rsidRDefault="00000000" w:rsidP="00865662">
            <w:r>
              <w:rPr>
                <w:color w:val="000000"/>
                <w:sz w:val="13"/>
              </w:rPr>
              <w:t>Forest Engineering</w:t>
            </w:r>
          </w:p>
        </w:tc>
        <w:tc>
          <w:tcPr>
            <w:tcW w:w="907" w:type="dxa"/>
            <w:shd w:val="clear" w:color="auto" w:fill="DDEBF7"/>
            <w:tcMar>
              <w:top w:w="35" w:type="dxa"/>
              <w:left w:w="35" w:type="dxa"/>
              <w:bottom w:w="35" w:type="dxa"/>
              <w:right w:w="35" w:type="dxa"/>
            </w:tcMar>
            <w:vAlign w:val="center"/>
          </w:tcPr>
          <w:p w14:paraId="7B5E1DD5"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64AB6837"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1EC9FF4B" w14:textId="77777777" w:rsidR="00A06E61" w:rsidRDefault="00000000">
            <w:r>
              <w:rPr>
                <w:b/>
                <w:color w:val="000000"/>
                <w:sz w:val="13"/>
              </w:rPr>
              <w:t>In-Field:</w:t>
            </w:r>
            <w:r>
              <w:rPr>
                <w:color w:val="000000"/>
                <w:sz w:val="13"/>
              </w:rPr>
              <w:t xml:space="preserve"> To be a graduate of the undergraduate program in Forest Engineering.</w:t>
            </w:r>
          </w:p>
          <w:p w14:paraId="465396A5" w14:textId="77777777" w:rsidR="00A06E61" w:rsidRDefault="00000000">
            <w:r>
              <w:rPr>
                <w:b/>
                <w:color w:val="000000"/>
                <w:sz w:val="13"/>
              </w:rPr>
              <w:t>Out-of-Field:</w:t>
            </w:r>
            <w:r>
              <w:rPr>
                <w:color w:val="000000"/>
                <w:sz w:val="13"/>
              </w:rPr>
              <w:t xml:space="preserve"> To be a graduate of one of the undergraduate programs in Surveying Engineering, Business Administration, or Forest Industrial Engineering.</w:t>
            </w:r>
          </w:p>
        </w:tc>
        <w:tc>
          <w:tcPr>
            <w:tcW w:w="708" w:type="dxa"/>
            <w:shd w:val="clear" w:color="auto" w:fill="DDEBF7"/>
            <w:tcMar>
              <w:top w:w="35" w:type="dxa"/>
              <w:left w:w="35" w:type="dxa"/>
              <w:bottom w:w="35" w:type="dxa"/>
              <w:right w:w="35" w:type="dxa"/>
            </w:tcMar>
            <w:vAlign w:val="center"/>
          </w:tcPr>
          <w:p w14:paraId="0FC70CD7" w14:textId="794D4DE7" w:rsidR="00A06E61" w:rsidRDefault="00000000">
            <w:pPr>
              <w:jc w:val="center"/>
            </w:pPr>
            <w:r>
              <w:rPr>
                <w:color w:val="000000"/>
                <w:sz w:val="13"/>
              </w:rPr>
              <w:t>5</w:t>
            </w:r>
          </w:p>
        </w:tc>
        <w:tc>
          <w:tcPr>
            <w:tcW w:w="708" w:type="dxa"/>
            <w:shd w:val="clear" w:color="auto" w:fill="DDEBF7"/>
            <w:tcMar>
              <w:top w:w="35" w:type="dxa"/>
              <w:left w:w="35" w:type="dxa"/>
              <w:bottom w:w="35" w:type="dxa"/>
              <w:right w:w="35" w:type="dxa"/>
            </w:tcMar>
            <w:vAlign w:val="center"/>
          </w:tcPr>
          <w:p w14:paraId="62443FDD"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6F52DE1E" w14:textId="77777777" w:rsidR="00A06E61" w:rsidRDefault="00000000">
            <w:pPr>
              <w:jc w:val="center"/>
            </w:pPr>
            <w:r>
              <w:rPr>
                <w:color w:val="000000"/>
                <w:sz w:val="13"/>
              </w:rPr>
              <w:t>4</w:t>
            </w:r>
          </w:p>
        </w:tc>
        <w:tc>
          <w:tcPr>
            <w:tcW w:w="623" w:type="dxa"/>
            <w:shd w:val="clear" w:color="auto" w:fill="DDEBF7"/>
            <w:tcMar>
              <w:top w:w="35" w:type="dxa"/>
              <w:left w:w="35" w:type="dxa"/>
              <w:bottom w:w="35" w:type="dxa"/>
              <w:right w:w="35" w:type="dxa"/>
            </w:tcMar>
            <w:vAlign w:val="center"/>
          </w:tcPr>
          <w:p w14:paraId="5920271F" w14:textId="4D7687F0" w:rsidR="00A06E61" w:rsidRDefault="00433341">
            <w:pPr>
              <w:jc w:val="center"/>
            </w:pPr>
            <w:r>
              <w:rPr>
                <w:color w:val="000000"/>
                <w:sz w:val="13"/>
              </w:rPr>
              <w:t>12</w:t>
            </w:r>
          </w:p>
        </w:tc>
      </w:tr>
      <w:tr w:rsidR="00A06E61" w14:paraId="6C5D51F1" w14:textId="77777777" w:rsidTr="00865662">
        <w:trPr>
          <w:jc w:val="center"/>
        </w:trPr>
        <w:tc>
          <w:tcPr>
            <w:tcW w:w="1701" w:type="dxa"/>
            <w:shd w:val="clear" w:color="auto" w:fill="FFFFFF"/>
            <w:tcMar>
              <w:top w:w="35" w:type="dxa"/>
              <w:left w:w="35" w:type="dxa"/>
              <w:bottom w:w="35" w:type="dxa"/>
              <w:right w:w="35" w:type="dxa"/>
            </w:tcMar>
            <w:vAlign w:val="center"/>
          </w:tcPr>
          <w:p w14:paraId="5D4ECB13" w14:textId="77777777" w:rsidR="00A06E61" w:rsidRDefault="00000000" w:rsidP="00865662">
            <w:r>
              <w:rPr>
                <w:color w:val="000000"/>
                <w:sz w:val="13"/>
              </w:rPr>
              <w:t>Forest Engineering</w:t>
            </w:r>
          </w:p>
        </w:tc>
        <w:tc>
          <w:tcPr>
            <w:tcW w:w="1814" w:type="dxa"/>
            <w:shd w:val="clear" w:color="auto" w:fill="FFFFFF"/>
            <w:tcMar>
              <w:top w:w="35" w:type="dxa"/>
              <w:left w:w="35" w:type="dxa"/>
              <w:bottom w:w="35" w:type="dxa"/>
              <w:right w:w="35" w:type="dxa"/>
            </w:tcMar>
            <w:vAlign w:val="center"/>
          </w:tcPr>
          <w:p w14:paraId="32D18E5D" w14:textId="77777777" w:rsidR="00A06E61" w:rsidRDefault="00000000" w:rsidP="00865662">
            <w:r>
              <w:rPr>
                <w:color w:val="000000"/>
                <w:sz w:val="13"/>
              </w:rPr>
              <w:t>Forest Engineering (English) - International Joint Master’s Program (Philippines Mindanao State University)</w:t>
            </w:r>
          </w:p>
        </w:tc>
        <w:tc>
          <w:tcPr>
            <w:tcW w:w="907" w:type="dxa"/>
            <w:shd w:val="clear" w:color="auto" w:fill="FFFFFF"/>
            <w:tcMar>
              <w:top w:w="35" w:type="dxa"/>
              <w:left w:w="35" w:type="dxa"/>
              <w:bottom w:w="35" w:type="dxa"/>
              <w:right w:w="35" w:type="dxa"/>
            </w:tcMar>
            <w:vAlign w:val="center"/>
          </w:tcPr>
          <w:p w14:paraId="2C4F664B"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7D142349" w14:textId="77777777" w:rsidR="00A06E61" w:rsidRDefault="00000000">
            <w:pPr>
              <w:jc w:val="center"/>
            </w:pPr>
            <w:r>
              <w:rPr>
                <w:color w:val="000000"/>
                <w:sz w:val="13"/>
              </w:rPr>
              <w:t>60</w:t>
            </w:r>
          </w:p>
        </w:tc>
        <w:tc>
          <w:tcPr>
            <w:tcW w:w="6917" w:type="dxa"/>
            <w:shd w:val="clear" w:color="auto" w:fill="FFFFFF"/>
            <w:tcMar>
              <w:top w:w="35" w:type="dxa"/>
              <w:left w:w="35" w:type="dxa"/>
              <w:bottom w:w="35" w:type="dxa"/>
              <w:right w:w="35" w:type="dxa"/>
            </w:tcMar>
          </w:tcPr>
          <w:p w14:paraId="089A91C6" w14:textId="77777777" w:rsidR="00A06E61" w:rsidRDefault="00000000">
            <w:r>
              <w:rPr>
                <w:b/>
                <w:color w:val="000000"/>
                <w:sz w:val="13"/>
              </w:rPr>
              <w:t>In-Field:</w:t>
            </w:r>
            <w:r>
              <w:rPr>
                <w:color w:val="000000"/>
                <w:sz w:val="13"/>
              </w:rPr>
              <w:t xml:space="preserve"> To be a graduate of the undergraduate program in Forest Engineering.</w:t>
            </w:r>
          </w:p>
          <w:p w14:paraId="2CD6FBEC" w14:textId="77777777" w:rsidR="00A06E61" w:rsidRDefault="00000000">
            <w:r>
              <w:rPr>
                <w:b/>
                <w:color w:val="000000"/>
                <w:sz w:val="13"/>
              </w:rPr>
              <w:t>International Student:</w:t>
            </w:r>
            <w:r>
              <w:rPr>
                <w:color w:val="000000"/>
                <w:sz w:val="13"/>
              </w:rPr>
              <w:t xml:space="preserve"> To be a citizen of the Philippines and to be a graduate of one of the undergraduate programs equivalent to Forest Engineering.</w:t>
            </w:r>
          </w:p>
        </w:tc>
        <w:tc>
          <w:tcPr>
            <w:tcW w:w="708" w:type="dxa"/>
            <w:shd w:val="clear" w:color="auto" w:fill="FFFFFF"/>
            <w:tcMar>
              <w:top w:w="35" w:type="dxa"/>
              <w:left w:w="35" w:type="dxa"/>
              <w:bottom w:w="35" w:type="dxa"/>
              <w:right w:w="35" w:type="dxa"/>
            </w:tcMar>
            <w:vAlign w:val="center"/>
          </w:tcPr>
          <w:p w14:paraId="4E8B5FE7" w14:textId="77777777" w:rsidR="00A06E61" w:rsidRDefault="00000000">
            <w:pPr>
              <w:jc w:val="center"/>
            </w:pPr>
            <w:r>
              <w:rPr>
                <w:color w:val="000000"/>
                <w:sz w:val="13"/>
              </w:rPr>
              <w:t>10</w:t>
            </w:r>
          </w:p>
        </w:tc>
        <w:tc>
          <w:tcPr>
            <w:tcW w:w="708" w:type="dxa"/>
            <w:shd w:val="clear" w:color="auto" w:fill="FFFFFF"/>
            <w:tcMar>
              <w:top w:w="35" w:type="dxa"/>
              <w:left w:w="35" w:type="dxa"/>
              <w:bottom w:w="35" w:type="dxa"/>
              <w:right w:w="35" w:type="dxa"/>
            </w:tcMar>
            <w:vAlign w:val="center"/>
          </w:tcPr>
          <w:p w14:paraId="53EB1295"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7C34CD05" w14:textId="77777777" w:rsidR="00A06E61" w:rsidRDefault="00000000">
            <w:pPr>
              <w:jc w:val="center"/>
            </w:pPr>
            <w:r>
              <w:rPr>
                <w:color w:val="000000"/>
                <w:sz w:val="13"/>
              </w:rPr>
              <w:t>10</w:t>
            </w:r>
          </w:p>
        </w:tc>
        <w:tc>
          <w:tcPr>
            <w:tcW w:w="623" w:type="dxa"/>
            <w:shd w:val="clear" w:color="auto" w:fill="FFFFFF"/>
            <w:tcMar>
              <w:top w:w="35" w:type="dxa"/>
              <w:left w:w="35" w:type="dxa"/>
              <w:bottom w:w="35" w:type="dxa"/>
              <w:right w:w="35" w:type="dxa"/>
            </w:tcMar>
            <w:vAlign w:val="center"/>
          </w:tcPr>
          <w:p w14:paraId="10AA326E" w14:textId="77777777" w:rsidR="00A06E61" w:rsidRDefault="00000000">
            <w:pPr>
              <w:jc w:val="center"/>
            </w:pPr>
            <w:r>
              <w:rPr>
                <w:color w:val="000000"/>
                <w:sz w:val="13"/>
              </w:rPr>
              <w:t>20</w:t>
            </w:r>
          </w:p>
        </w:tc>
      </w:tr>
      <w:tr w:rsidR="00A06E61" w14:paraId="00592F9A" w14:textId="77777777" w:rsidTr="00865662">
        <w:trPr>
          <w:jc w:val="center"/>
        </w:trPr>
        <w:tc>
          <w:tcPr>
            <w:tcW w:w="1701" w:type="dxa"/>
            <w:shd w:val="clear" w:color="auto" w:fill="DDEBF7"/>
            <w:tcMar>
              <w:top w:w="35" w:type="dxa"/>
              <w:left w:w="35" w:type="dxa"/>
              <w:bottom w:w="35" w:type="dxa"/>
              <w:right w:w="35" w:type="dxa"/>
            </w:tcMar>
            <w:vAlign w:val="center"/>
          </w:tcPr>
          <w:p w14:paraId="531D7C4B" w14:textId="77777777" w:rsidR="00A06E61" w:rsidRDefault="00000000" w:rsidP="00865662">
            <w:r>
              <w:rPr>
                <w:color w:val="000000"/>
                <w:sz w:val="13"/>
              </w:rPr>
              <w:t>Landscape Architecture</w:t>
            </w:r>
          </w:p>
        </w:tc>
        <w:tc>
          <w:tcPr>
            <w:tcW w:w="1814" w:type="dxa"/>
            <w:shd w:val="clear" w:color="auto" w:fill="DDEBF7"/>
            <w:tcMar>
              <w:top w:w="35" w:type="dxa"/>
              <w:left w:w="35" w:type="dxa"/>
              <w:bottom w:w="35" w:type="dxa"/>
              <w:right w:w="35" w:type="dxa"/>
            </w:tcMar>
            <w:vAlign w:val="center"/>
          </w:tcPr>
          <w:p w14:paraId="2D3618E5" w14:textId="77777777" w:rsidR="00A06E61" w:rsidRDefault="00000000" w:rsidP="00865662">
            <w:r>
              <w:rPr>
                <w:color w:val="000000"/>
                <w:sz w:val="13"/>
              </w:rPr>
              <w:t>Landscape Architecture</w:t>
            </w:r>
          </w:p>
        </w:tc>
        <w:tc>
          <w:tcPr>
            <w:tcW w:w="907" w:type="dxa"/>
            <w:shd w:val="clear" w:color="auto" w:fill="DDEBF7"/>
            <w:tcMar>
              <w:top w:w="35" w:type="dxa"/>
              <w:left w:w="35" w:type="dxa"/>
              <w:bottom w:w="35" w:type="dxa"/>
              <w:right w:w="35" w:type="dxa"/>
            </w:tcMar>
            <w:vAlign w:val="center"/>
          </w:tcPr>
          <w:p w14:paraId="0F65E641"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533F1604"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363C7F74" w14:textId="77777777" w:rsidR="00A06E61" w:rsidRDefault="00000000">
            <w:r>
              <w:rPr>
                <w:b/>
                <w:color w:val="000000"/>
                <w:sz w:val="13"/>
              </w:rPr>
              <w:t>In-Field:</w:t>
            </w:r>
            <w:r>
              <w:rPr>
                <w:color w:val="000000"/>
                <w:sz w:val="13"/>
              </w:rPr>
              <w:t xml:space="preserve"> To be a graduate of the undergraduate program in Landscape Architecture.</w:t>
            </w:r>
          </w:p>
          <w:p w14:paraId="49F2637A" w14:textId="77777777" w:rsidR="00A06E61" w:rsidRDefault="00000000">
            <w:r>
              <w:rPr>
                <w:b/>
                <w:color w:val="000000"/>
                <w:sz w:val="13"/>
              </w:rPr>
              <w:t>Out-of-Field:</w:t>
            </w:r>
            <w:r>
              <w:rPr>
                <w:color w:val="000000"/>
                <w:sz w:val="13"/>
              </w:rPr>
              <w:t xml:space="preserve"> To be a graduate of one of the undergraduate programs in Interior Architecture, Interior Architecture and Environmental Design, Urban Design, Architecture, or City and Regional Planning.</w:t>
            </w:r>
          </w:p>
        </w:tc>
        <w:tc>
          <w:tcPr>
            <w:tcW w:w="708" w:type="dxa"/>
            <w:shd w:val="clear" w:color="auto" w:fill="DDEBF7"/>
            <w:tcMar>
              <w:top w:w="35" w:type="dxa"/>
              <w:left w:w="35" w:type="dxa"/>
              <w:bottom w:w="35" w:type="dxa"/>
              <w:right w:w="35" w:type="dxa"/>
            </w:tcMar>
            <w:vAlign w:val="center"/>
          </w:tcPr>
          <w:p w14:paraId="72DF0D18" w14:textId="4A7348B8" w:rsidR="00A06E61" w:rsidRDefault="00000000">
            <w:pPr>
              <w:jc w:val="center"/>
            </w:pPr>
            <w:r>
              <w:rPr>
                <w:color w:val="000000"/>
                <w:sz w:val="13"/>
              </w:rPr>
              <w:t>1</w:t>
            </w:r>
            <w:r w:rsidR="00433341">
              <w:rPr>
                <w:color w:val="000000"/>
                <w:sz w:val="13"/>
              </w:rPr>
              <w:t>1</w:t>
            </w:r>
          </w:p>
        </w:tc>
        <w:tc>
          <w:tcPr>
            <w:tcW w:w="708" w:type="dxa"/>
            <w:shd w:val="clear" w:color="auto" w:fill="DDEBF7"/>
            <w:tcMar>
              <w:top w:w="35" w:type="dxa"/>
              <w:left w:w="35" w:type="dxa"/>
              <w:bottom w:w="35" w:type="dxa"/>
              <w:right w:w="35" w:type="dxa"/>
            </w:tcMar>
            <w:vAlign w:val="center"/>
          </w:tcPr>
          <w:p w14:paraId="72064063"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74E0FABE"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60030B3" w14:textId="427E2441" w:rsidR="00A06E61" w:rsidRDefault="00000000">
            <w:pPr>
              <w:jc w:val="center"/>
            </w:pPr>
            <w:r>
              <w:rPr>
                <w:color w:val="000000"/>
                <w:sz w:val="13"/>
              </w:rPr>
              <w:t>1</w:t>
            </w:r>
            <w:r w:rsidR="00433341">
              <w:rPr>
                <w:color w:val="000000"/>
                <w:sz w:val="13"/>
              </w:rPr>
              <w:t>5</w:t>
            </w:r>
          </w:p>
        </w:tc>
      </w:tr>
      <w:tr w:rsidR="00865662" w14:paraId="0F6753DC" w14:textId="77777777" w:rsidTr="00865662">
        <w:trPr>
          <w:jc w:val="center"/>
        </w:trPr>
        <w:tc>
          <w:tcPr>
            <w:tcW w:w="1701" w:type="dxa"/>
            <w:shd w:val="clear" w:color="auto" w:fill="DDEBF7"/>
            <w:tcMar>
              <w:top w:w="35" w:type="dxa"/>
              <w:left w:w="35" w:type="dxa"/>
              <w:bottom w:w="35" w:type="dxa"/>
              <w:right w:w="35" w:type="dxa"/>
            </w:tcMar>
            <w:vAlign w:val="center"/>
          </w:tcPr>
          <w:p w14:paraId="101D9EC9" w14:textId="77777777" w:rsidR="00865662" w:rsidRDefault="00865662" w:rsidP="00865662">
            <w:pPr>
              <w:rPr>
                <w:color w:val="000000"/>
                <w:sz w:val="13"/>
              </w:rPr>
            </w:pPr>
          </w:p>
        </w:tc>
        <w:tc>
          <w:tcPr>
            <w:tcW w:w="1814" w:type="dxa"/>
            <w:shd w:val="clear" w:color="auto" w:fill="DDEBF7"/>
            <w:tcMar>
              <w:top w:w="35" w:type="dxa"/>
              <w:left w:w="35" w:type="dxa"/>
              <w:bottom w:w="35" w:type="dxa"/>
              <w:right w:w="35" w:type="dxa"/>
            </w:tcMar>
            <w:vAlign w:val="center"/>
          </w:tcPr>
          <w:p w14:paraId="5B614588" w14:textId="77777777" w:rsidR="00865662" w:rsidRDefault="00865662" w:rsidP="00865662">
            <w:pPr>
              <w:rPr>
                <w:color w:val="000000"/>
                <w:sz w:val="13"/>
              </w:rPr>
            </w:pPr>
          </w:p>
        </w:tc>
        <w:tc>
          <w:tcPr>
            <w:tcW w:w="907" w:type="dxa"/>
            <w:shd w:val="clear" w:color="auto" w:fill="DDEBF7"/>
            <w:tcMar>
              <w:top w:w="35" w:type="dxa"/>
              <w:left w:w="35" w:type="dxa"/>
              <w:bottom w:w="35" w:type="dxa"/>
              <w:right w:w="35" w:type="dxa"/>
            </w:tcMar>
            <w:vAlign w:val="center"/>
          </w:tcPr>
          <w:p w14:paraId="3DB55B4E" w14:textId="77777777" w:rsidR="00865662" w:rsidRDefault="00865662">
            <w:pPr>
              <w:jc w:val="center"/>
              <w:rPr>
                <w:color w:val="000000"/>
                <w:sz w:val="13"/>
              </w:rPr>
            </w:pPr>
          </w:p>
        </w:tc>
        <w:tc>
          <w:tcPr>
            <w:tcW w:w="963" w:type="dxa"/>
            <w:shd w:val="clear" w:color="auto" w:fill="DDEBF7"/>
            <w:tcMar>
              <w:top w:w="35" w:type="dxa"/>
              <w:left w:w="35" w:type="dxa"/>
              <w:bottom w:w="35" w:type="dxa"/>
              <w:right w:w="35" w:type="dxa"/>
            </w:tcMar>
            <w:vAlign w:val="center"/>
          </w:tcPr>
          <w:p w14:paraId="717CA490" w14:textId="77777777" w:rsidR="00865662" w:rsidRDefault="00865662">
            <w:pPr>
              <w:jc w:val="center"/>
              <w:rPr>
                <w:color w:val="000000"/>
                <w:sz w:val="13"/>
              </w:rPr>
            </w:pPr>
          </w:p>
        </w:tc>
        <w:tc>
          <w:tcPr>
            <w:tcW w:w="6917" w:type="dxa"/>
            <w:shd w:val="clear" w:color="auto" w:fill="DDEBF7"/>
            <w:tcMar>
              <w:top w:w="35" w:type="dxa"/>
              <w:left w:w="35" w:type="dxa"/>
              <w:bottom w:w="35" w:type="dxa"/>
              <w:right w:w="35" w:type="dxa"/>
            </w:tcMar>
          </w:tcPr>
          <w:p w14:paraId="55C2115C" w14:textId="77777777" w:rsidR="00865662" w:rsidRDefault="00865662">
            <w:pPr>
              <w:rPr>
                <w:b/>
                <w:color w:val="000000"/>
                <w:sz w:val="13"/>
              </w:rPr>
            </w:pPr>
          </w:p>
        </w:tc>
        <w:tc>
          <w:tcPr>
            <w:tcW w:w="708" w:type="dxa"/>
            <w:shd w:val="clear" w:color="auto" w:fill="DDEBF7"/>
            <w:tcMar>
              <w:top w:w="35" w:type="dxa"/>
              <w:left w:w="35" w:type="dxa"/>
              <w:bottom w:w="35" w:type="dxa"/>
              <w:right w:w="35" w:type="dxa"/>
            </w:tcMar>
            <w:vAlign w:val="center"/>
          </w:tcPr>
          <w:p w14:paraId="1120E9BD" w14:textId="77777777" w:rsidR="00865662" w:rsidRDefault="00865662">
            <w:pPr>
              <w:jc w:val="center"/>
              <w:rPr>
                <w:color w:val="000000"/>
                <w:sz w:val="13"/>
              </w:rPr>
            </w:pPr>
          </w:p>
        </w:tc>
        <w:tc>
          <w:tcPr>
            <w:tcW w:w="708" w:type="dxa"/>
            <w:shd w:val="clear" w:color="auto" w:fill="DDEBF7"/>
            <w:tcMar>
              <w:top w:w="35" w:type="dxa"/>
              <w:left w:w="35" w:type="dxa"/>
              <w:bottom w:w="35" w:type="dxa"/>
              <w:right w:w="35" w:type="dxa"/>
            </w:tcMar>
            <w:vAlign w:val="center"/>
          </w:tcPr>
          <w:p w14:paraId="36B3C00B" w14:textId="77777777" w:rsidR="00865662" w:rsidRDefault="00865662">
            <w:pPr>
              <w:jc w:val="center"/>
              <w:rPr>
                <w:color w:val="000000"/>
                <w:sz w:val="13"/>
              </w:rPr>
            </w:pPr>
          </w:p>
        </w:tc>
        <w:tc>
          <w:tcPr>
            <w:tcW w:w="878" w:type="dxa"/>
            <w:shd w:val="clear" w:color="auto" w:fill="DDEBF7"/>
            <w:tcMar>
              <w:top w:w="35" w:type="dxa"/>
              <w:left w:w="35" w:type="dxa"/>
              <w:bottom w:w="35" w:type="dxa"/>
              <w:right w:w="35" w:type="dxa"/>
            </w:tcMar>
            <w:vAlign w:val="center"/>
          </w:tcPr>
          <w:p w14:paraId="28DB2B4E" w14:textId="77777777" w:rsidR="00865662" w:rsidRDefault="00865662">
            <w:pPr>
              <w:jc w:val="center"/>
              <w:rPr>
                <w:color w:val="000000"/>
                <w:sz w:val="13"/>
              </w:rPr>
            </w:pPr>
          </w:p>
        </w:tc>
        <w:tc>
          <w:tcPr>
            <w:tcW w:w="623" w:type="dxa"/>
            <w:shd w:val="clear" w:color="auto" w:fill="DDEBF7"/>
            <w:tcMar>
              <w:top w:w="35" w:type="dxa"/>
              <w:left w:w="35" w:type="dxa"/>
              <w:bottom w:w="35" w:type="dxa"/>
              <w:right w:w="35" w:type="dxa"/>
            </w:tcMar>
            <w:vAlign w:val="center"/>
          </w:tcPr>
          <w:p w14:paraId="7B1929D9" w14:textId="77777777" w:rsidR="00865662" w:rsidRDefault="00865662">
            <w:pPr>
              <w:jc w:val="center"/>
              <w:rPr>
                <w:color w:val="000000"/>
                <w:sz w:val="13"/>
              </w:rPr>
            </w:pPr>
          </w:p>
        </w:tc>
      </w:tr>
      <w:tr w:rsidR="00A06E61" w14:paraId="065DE1DF" w14:textId="77777777" w:rsidTr="00865662">
        <w:trPr>
          <w:jc w:val="center"/>
        </w:trPr>
        <w:tc>
          <w:tcPr>
            <w:tcW w:w="1701" w:type="dxa"/>
            <w:shd w:val="clear" w:color="auto" w:fill="FFFFFF"/>
            <w:tcMar>
              <w:top w:w="35" w:type="dxa"/>
              <w:left w:w="35" w:type="dxa"/>
              <w:bottom w:w="35" w:type="dxa"/>
              <w:right w:w="35" w:type="dxa"/>
            </w:tcMar>
            <w:vAlign w:val="center"/>
          </w:tcPr>
          <w:p w14:paraId="7883E210" w14:textId="77777777" w:rsidR="00A06E61" w:rsidRDefault="00000000" w:rsidP="00865662">
            <w:r>
              <w:rPr>
                <w:color w:val="000000"/>
                <w:sz w:val="13"/>
              </w:rPr>
              <w:lastRenderedPageBreak/>
              <w:t>Radio, Television and Cinema</w:t>
            </w:r>
          </w:p>
        </w:tc>
        <w:tc>
          <w:tcPr>
            <w:tcW w:w="1814" w:type="dxa"/>
            <w:shd w:val="clear" w:color="auto" w:fill="FFFFFF"/>
            <w:tcMar>
              <w:top w:w="35" w:type="dxa"/>
              <w:left w:w="35" w:type="dxa"/>
              <w:bottom w:w="35" w:type="dxa"/>
              <w:right w:w="35" w:type="dxa"/>
            </w:tcMar>
            <w:vAlign w:val="center"/>
          </w:tcPr>
          <w:p w14:paraId="768465B7" w14:textId="77777777" w:rsidR="00A06E61" w:rsidRDefault="00000000" w:rsidP="00865662">
            <w:r>
              <w:rPr>
                <w:color w:val="000000"/>
                <w:sz w:val="13"/>
              </w:rPr>
              <w:t>Radio, Television and Cinema</w:t>
            </w:r>
          </w:p>
        </w:tc>
        <w:tc>
          <w:tcPr>
            <w:tcW w:w="907" w:type="dxa"/>
            <w:shd w:val="clear" w:color="auto" w:fill="FFFFFF"/>
            <w:tcMar>
              <w:top w:w="35" w:type="dxa"/>
              <w:left w:w="35" w:type="dxa"/>
              <w:bottom w:w="35" w:type="dxa"/>
              <w:right w:w="35" w:type="dxa"/>
            </w:tcMar>
            <w:vAlign w:val="center"/>
          </w:tcPr>
          <w:p w14:paraId="503F06E7"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1CF8BBA3"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0D432F63" w14:textId="77777777" w:rsidR="00A06E61" w:rsidRDefault="00000000">
            <w:r>
              <w:rPr>
                <w:b/>
                <w:color w:val="000000"/>
                <w:sz w:val="13"/>
              </w:rPr>
              <w:t>In-Field:</w:t>
            </w:r>
            <w:r>
              <w:rPr>
                <w:color w:val="000000"/>
                <w:sz w:val="13"/>
              </w:rPr>
              <w:t xml:space="preserve"> To be a graduate of one of the undergraduate programs in Radio, Television and Cinema, Cinema and Digital Media, or Cinema and Television.</w:t>
            </w:r>
          </w:p>
          <w:p w14:paraId="657DB444" w14:textId="77777777" w:rsidR="00A06E61" w:rsidRDefault="00000000">
            <w:r>
              <w:rPr>
                <w:b/>
                <w:color w:val="000000"/>
                <w:sz w:val="13"/>
              </w:rPr>
              <w:t>Out-of-Field:</w:t>
            </w:r>
            <w:r>
              <w:rPr>
                <w:color w:val="000000"/>
                <w:sz w:val="13"/>
              </w:rPr>
              <w:t xml:space="preserve"> To be a graduate of one of the other undergraduate programs of a Faculty of Communication or an equivalent faculty/school.</w:t>
            </w:r>
          </w:p>
        </w:tc>
        <w:tc>
          <w:tcPr>
            <w:tcW w:w="708" w:type="dxa"/>
            <w:shd w:val="clear" w:color="auto" w:fill="FFFFFF"/>
            <w:tcMar>
              <w:top w:w="35" w:type="dxa"/>
              <w:left w:w="35" w:type="dxa"/>
              <w:bottom w:w="35" w:type="dxa"/>
              <w:right w:w="35" w:type="dxa"/>
            </w:tcMar>
            <w:vAlign w:val="center"/>
          </w:tcPr>
          <w:p w14:paraId="22798399" w14:textId="7D897C40" w:rsidR="00A06E61" w:rsidRDefault="00433341">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2ABA57D4"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49C83249" w14:textId="61443602" w:rsidR="00A06E61" w:rsidRDefault="00433341">
            <w:pPr>
              <w:jc w:val="center"/>
            </w:pPr>
            <w:r>
              <w:rPr>
                <w:color w:val="000000"/>
                <w:sz w:val="13"/>
              </w:rPr>
              <w:t>-</w:t>
            </w:r>
          </w:p>
        </w:tc>
        <w:tc>
          <w:tcPr>
            <w:tcW w:w="623" w:type="dxa"/>
            <w:shd w:val="clear" w:color="auto" w:fill="FFFFFF"/>
            <w:tcMar>
              <w:top w:w="35" w:type="dxa"/>
              <w:left w:w="35" w:type="dxa"/>
              <w:bottom w:w="35" w:type="dxa"/>
              <w:right w:w="35" w:type="dxa"/>
            </w:tcMar>
            <w:vAlign w:val="center"/>
          </w:tcPr>
          <w:p w14:paraId="203E054B" w14:textId="1DD162DF" w:rsidR="00A06E61" w:rsidRDefault="00433341">
            <w:pPr>
              <w:jc w:val="center"/>
            </w:pPr>
            <w:r>
              <w:rPr>
                <w:color w:val="000000"/>
                <w:sz w:val="13"/>
              </w:rPr>
              <w:t>6</w:t>
            </w:r>
          </w:p>
        </w:tc>
      </w:tr>
      <w:tr w:rsidR="00A06E61" w14:paraId="574B301E" w14:textId="77777777" w:rsidTr="00865662">
        <w:trPr>
          <w:jc w:val="center"/>
        </w:trPr>
        <w:tc>
          <w:tcPr>
            <w:tcW w:w="1701" w:type="dxa"/>
            <w:shd w:val="clear" w:color="auto" w:fill="DDEBF7"/>
            <w:tcMar>
              <w:top w:w="35" w:type="dxa"/>
              <w:left w:w="35" w:type="dxa"/>
              <w:bottom w:w="35" w:type="dxa"/>
              <w:right w:w="35" w:type="dxa"/>
            </w:tcMar>
            <w:vAlign w:val="center"/>
          </w:tcPr>
          <w:p w14:paraId="5AAED066" w14:textId="77777777" w:rsidR="00A06E61" w:rsidRDefault="00000000" w:rsidP="00865662">
            <w:r>
              <w:rPr>
                <w:color w:val="000000"/>
                <w:sz w:val="13"/>
              </w:rPr>
              <w:t>Painting</w:t>
            </w:r>
          </w:p>
        </w:tc>
        <w:tc>
          <w:tcPr>
            <w:tcW w:w="1814" w:type="dxa"/>
            <w:shd w:val="clear" w:color="auto" w:fill="DDEBF7"/>
            <w:tcMar>
              <w:top w:w="35" w:type="dxa"/>
              <w:left w:w="35" w:type="dxa"/>
              <w:bottom w:w="35" w:type="dxa"/>
              <w:right w:w="35" w:type="dxa"/>
            </w:tcMar>
            <w:vAlign w:val="center"/>
          </w:tcPr>
          <w:p w14:paraId="7F7DAF38" w14:textId="77777777" w:rsidR="00A06E61" w:rsidRDefault="00000000" w:rsidP="00865662">
            <w:r>
              <w:rPr>
                <w:color w:val="000000"/>
                <w:sz w:val="13"/>
              </w:rPr>
              <w:t>Painting</w:t>
            </w:r>
          </w:p>
        </w:tc>
        <w:tc>
          <w:tcPr>
            <w:tcW w:w="907" w:type="dxa"/>
            <w:shd w:val="clear" w:color="auto" w:fill="DDEBF7"/>
            <w:tcMar>
              <w:top w:w="35" w:type="dxa"/>
              <w:left w:w="35" w:type="dxa"/>
              <w:bottom w:w="35" w:type="dxa"/>
              <w:right w:w="35" w:type="dxa"/>
            </w:tcMar>
            <w:vAlign w:val="center"/>
          </w:tcPr>
          <w:p w14:paraId="13B7F334" w14:textId="77777777" w:rsidR="00A06E61" w:rsidRDefault="00000000">
            <w:pPr>
              <w:jc w:val="center"/>
            </w:pPr>
            <w:r>
              <w:rPr>
                <w:color w:val="000000"/>
                <w:sz w:val="13"/>
              </w:rPr>
              <w:t>No ALES score requirement</w:t>
            </w:r>
          </w:p>
        </w:tc>
        <w:tc>
          <w:tcPr>
            <w:tcW w:w="963" w:type="dxa"/>
            <w:shd w:val="clear" w:color="auto" w:fill="DDEBF7"/>
            <w:tcMar>
              <w:top w:w="35" w:type="dxa"/>
              <w:left w:w="35" w:type="dxa"/>
              <w:bottom w:w="35" w:type="dxa"/>
              <w:right w:w="35" w:type="dxa"/>
            </w:tcMar>
            <w:vAlign w:val="center"/>
          </w:tcPr>
          <w:p w14:paraId="12F9CF1C"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148B2803" w14:textId="77777777" w:rsidR="00A06E61" w:rsidRDefault="00000000">
            <w:r>
              <w:rPr>
                <w:b/>
                <w:color w:val="000000"/>
                <w:sz w:val="13"/>
              </w:rPr>
              <w:t>In-Field:</w:t>
            </w:r>
            <w:r>
              <w:rPr>
                <w:color w:val="000000"/>
                <w:sz w:val="13"/>
              </w:rPr>
              <w:t xml:space="preserve"> To be a graduate of one of the undergraduate programs in Painting or Art Teaching.</w:t>
            </w:r>
          </w:p>
          <w:p w14:paraId="398AAF77" w14:textId="77777777" w:rsidR="00A06E61" w:rsidRDefault="00000000">
            <w:r>
              <w:rPr>
                <w:b/>
                <w:color w:val="000000"/>
                <w:sz w:val="13"/>
              </w:rPr>
              <w:t>Out-of-Field:</w:t>
            </w:r>
            <w:r>
              <w:rPr>
                <w:color w:val="000000"/>
                <w:sz w:val="13"/>
              </w:rPr>
              <w:t xml:space="preserve"> To be a graduate of one of the undergraduate programs in Printmaking, Traditional Turkish Arts, Graphic Arts, Graphic Design, Sculpture, or Ceramics and Glass.</w:t>
            </w:r>
          </w:p>
        </w:tc>
        <w:tc>
          <w:tcPr>
            <w:tcW w:w="708" w:type="dxa"/>
            <w:shd w:val="clear" w:color="auto" w:fill="DDEBF7"/>
            <w:tcMar>
              <w:top w:w="35" w:type="dxa"/>
              <w:left w:w="35" w:type="dxa"/>
              <w:bottom w:w="35" w:type="dxa"/>
              <w:right w:w="35" w:type="dxa"/>
            </w:tcMar>
            <w:vAlign w:val="center"/>
          </w:tcPr>
          <w:p w14:paraId="187A40CC" w14:textId="2D6F0AB1" w:rsidR="00A06E61" w:rsidRDefault="00433341">
            <w:pPr>
              <w:jc w:val="center"/>
            </w:pPr>
            <w:r>
              <w:rPr>
                <w:color w:val="000000"/>
                <w:sz w:val="13"/>
              </w:rPr>
              <w:t>7</w:t>
            </w:r>
          </w:p>
        </w:tc>
        <w:tc>
          <w:tcPr>
            <w:tcW w:w="708" w:type="dxa"/>
            <w:shd w:val="clear" w:color="auto" w:fill="DDEBF7"/>
            <w:tcMar>
              <w:top w:w="35" w:type="dxa"/>
              <w:left w:w="35" w:type="dxa"/>
              <w:bottom w:w="35" w:type="dxa"/>
              <w:right w:w="35" w:type="dxa"/>
            </w:tcMar>
            <w:vAlign w:val="center"/>
          </w:tcPr>
          <w:p w14:paraId="2514A069"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235AAEDE"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68F34281" w14:textId="69B01919" w:rsidR="00A06E61" w:rsidRDefault="00000000">
            <w:pPr>
              <w:jc w:val="center"/>
            </w:pPr>
            <w:r>
              <w:rPr>
                <w:color w:val="000000"/>
                <w:sz w:val="13"/>
              </w:rPr>
              <w:t>1</w:t>
            </w:r>
            <w:r w:rsidR="00433341">
              <w:rPr>
                <w:color w:val="000000"/>
                <w:sz w:val="13"/>
              </w:rPr>
              <w:t>1</w:t>
            </w:r>
          </w:p>
        </w:tc>
      </w:tr>
      <w:tr w:rsidR="00A06E61" w14:paraId="6723EA76" w14:textId="77777777" w:rsidTr="00865662">
        <w:trPr>
          <w:jc w:val="center"/>
        </w:trPr>
        <w:tc>
          <w:tcPr>
            <w:tcW w:w="1701" w:type="dxa"/>
            <w:shd w:val="clear" w:color="auto" w:fill="FFFFFF"/>
            <w:tcMar>
              <w:top w:w="35" w:type="dxa"/>
              <w:left w:w="35" w:type="dxa"/>
              <w:bottom w:w="35" w:type="dxa"/>
              <w:right w:w="35" w:type="dxa"/>
            </w:tcMar>
            <w:vAlign w:val="center"/>
          </w:tcPr>
          <w:p w14:paraId="7A81E642" w14:textId="77777777" w:rsidR="00A06E61" w:rsidRDefault="00000000" w:rsidP="00865662">
            <w:r>
              <w:rPr>
                <w:color w:val="000000"/>
                <w:sz w:val="13"/>
              </w:rPr>
              <w:t>Art and Design</w:t>
            </w:r>
          </w:p>
        </w:tc>
        <w:tc>
          <w:tcPr>
            <w:tcW w:w="1814" w:type="dxa"/>
            <w:shd w:val="clear" w:color="auto" w:fill="FFFFFF"/>
            <w:tcMar>
              <w:top w:w="35" w:type="dxa"/>
              <w:left w:w="35" w:type="dxa"/>
              <w:bottom w:w="35" w:type="dxa"/>
              <w:right w:w="35" w:type="dxa"/>
            </w:tcMar>
            <w:vAlign w:val="center"/>
          </w:tcPr>
          <w:p w14:paraId="646B5960" w14:textId="77777777" w:rsidR="00A06E61" w:rsidRDefault="00000000" w:rsidP="00865662">
            <w:r>
              <w:rPr>
                <w:color w:val="000000"/>
                <w:sz w:val="13"/>
              </w:rPr>
              <w:t>Art and Design</w:t>
            </w:r>
          </w:p>
        </w:tc>
        <w:tc>
          <w:tcPr>
            <w:tcW w:w="907" w:type="dxa"/>
            <w:shd w:val="clear" w:color="auto" w:fill="FFFFFF"/>
            <w:tcMar>
              <w:top w:w="35" w:type="dxa"/>
              <w:left w:w="35" w:type="dxa"/>
              <w:bottom w:w="35" w:type="dxa"/>
              <w:right w:w="35" w:type="dxa"/>
            </w:tcMar>
            <w:vAlign w:val="center"/>
          </w:tcPr>
          <w:p w14:paraId="0550AB32" w14:textId="77777777" w:rsidR="00A06E61" w:rsidRDefault="00000000">
            <w:pPr>
              <w:jc w:val="center"/>
            </w:pPr>
            <w:r>
              <w:rPr>
                <w:color w:val="000000"/>
                <w:sz w:val="13"/>
              </w:rPr>
              <w:t>No ALES score requirement</w:t>
            </w:r>
          </w:p>
        </w:tc>
        <w:tc>
          <w:tcPr>
            <w:tcW w:w="963" w:type="dxa"/>
            <w:shd w:val="clear" w:color="auto" w:fill="FFFFFF"/>
            <w:tcMar>
              <w:top w:w="35" w:type="dxa"/>
              <w:left w:w="35" w:type="dxa"/>
              <w:bottom w:w="35" w:type="dxa"/>
              <w:right w:w="35" w:type="dxa"/>
            </w:tcMar>
            <w:vAlign w:val="center"/>
          </w:tcPr>
          <w:p w14:paraId="02C43F30"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3DB8B362" w14:textId="77777777" w:rsidR="00A06E61" w:rsidRDefault="00000000">
            <w:r>
              <w:rPr>
                <w:b/>
                <w:color w:val="000000"/>
                <w:sz w:val="13"/>
              </w:rPr>
              <w:t>In-Field:</w:t>
            </w:r>
            <w:r>
              <w:rPr>
                <w:color w:val="000000"/>
                <w:sz w:val="13"/>
              </w:rPr>
              <w:t xml:space="preserve"> To be a graduate of one of the undergraduate programs in Traditional Turkish Arts, Graphic Design, or Conservation and Restoration of Works of Art.</w:t>
            </w:r>
          </w:p>
          <w:p w14:paraId="71C6911D" w14:textId="77777777" w:rsidR="00A06E61" w:rsidRDefault="00000000">
            <w:r>
              <w:rPr>
                <w:b/>
                <w:color w:val="000000"/>
                <w:sz w:val="13"/>
              </w:rPr>
              <w:t>Out-of-Field:</w:t>
            </w:r>
            <w:r>
              <w:rPr>
                <w:color w:val="000000"/>
                <w:sz w:val="13"/>
              </w:rPr>
              <w:t xml:space="preserve"> To be a graduate of any undergraduate program and to document, through a portfolio, their work within the scope of Graphic Design, Traditional Turkish Arts, or Conservation and Restoration of Works of Art.</w:t>
            </w:r>
          </w:p>
        </w:tc>
        <w:tc>
          <w:tcPr>
            <w:tcW w:w="708" w:type="dxa"/>
            <w:shd w:val="clear" w:color="auto" w:fill="FFFFFF"/>
            <w:tcMar>
              <w:top w:w="35" w:type="dxa"/>
              <w:left w:w="35" w:type="dxa"/>
              <w:bottom w:w="35" w:type="dxa"/>
              <w:right w:w="35" w:type="dxa"/>
            </w:tcMar>
            <w:vAlign w:val="center"/>
          </w:tcPr>
          <w:p w14:paraId="69BA068F" w14:textId="0E65A70B" w:rsidR="00A06E61" w:rsidRDefault="00433341">
            <w:pPr>
              <w:jc w:val="center"/>
            </w:pPr>
            <w:r>
              <w:rPr>
                <w:color w:val="000000"/>
                <w:sz w:val="13"/>
              </w:rPr>
              <w:t>-</w:t>
            </w:r>
          </w:p>
        </w:tc>
        <w:tc>
          <w:tcPr>
            <w:tcW w:w="708" w:type="dxa"/>
            <w:shd w:val="clear" w:color="auto" w:fill="FFFFFF"/>
            <w:tcMar>
              <w:top w:w="35" w:type="dxa"/>
              <w:left w:w="35" w:type="dxa"/>
              <w:bottom w:w="35" w:type="dxa"/>
              <w:right w:w="35" w:type="dxa"/>
            </w:tcMar>
            <w:vAlign w:val="center"/>
          </w:tcPr>
          <w:p w14:paraId="209A9410" w14:textId="0538D587" w:rsidR="00A06E61" w:rsidRDefault="00433341">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652EE3CE" w14:textId="77777777" w:rsidR="00A06E61" w:rsidRDefault="00000000">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52E6464D" w14:textId="39ED4013" w:rsidR="00A06E61" w:rsidRDefault="00433341">
            <w:pPr>
              <w:jc w:val="center"/>
            </w:pPr>
            <w:r>
              <w:rPr>
                <w:color w:val="000000"/>
                <w:sz w:val="13"/>
              </w:rPr>
              <w:t>6</w:t>
            </w:r>
          </w:p>
        </w:tc>
      </w:tr>
      <w:tr w:rsidR="00A06E61" w14:paraId="6E8037AA" w14:textId="77777777" w:rsidTr="00865662">
        <w:trPr>
          <w:jc w:val="center"/>
        </w:trPr>
        <w:tc>
          <w:tcPr>
            <w:tcW w:w="1701" w:type="dxa"/>
            <w:shd w:val="clear" w:color="auto" w:fill="DDEBF7"/>
            <w:tcMar>
              <w:top w:w="35" w:type="dxa"/>
              <w:left w:w="35" w:type="dxa"/>
              <w:bottom w:w="35" w:type="dxa"/>
              <w:right w:w="35" w:type="dxa"/>
            </w:tcMar>
            <w:vAlign w:val="center"/>
          </w:tcPr>
          <w:p w14:paraId="67E69FAF" w14:textId="77777777" w:rsidR="00A06E61" w:rsidRDefault="00000000" w:rsidP="00865662">
            <w:r>
              <w:rPr>
                <w:color w:val="000000"/>
                <w:sz w:val="13"/>
              </w:rPr>
              <w:t>Ceramics and Glass</w:t>
            </w:r>
          </w:p>
        </w:tc>
        <w:tc>
          <w:tcPr>
            <w:tcW w:w="1814" w:type="dxa"/>
            <w:shd w:val="clear" w:color="auto" w:fill="DDEBF7"/>
            <w:tcMar>
              <w:top w:w="35" w:type="dxa"/>
              <w:left w:w="35" w:type="dxa"/>
              <w:bottom w:w="35" w:type="dxa"/>
              <w:right w:w="35" w:type="dxa"/>
            </w:tcMar>
            <w:vAlign w:val="center"/>
          </w:tcPr>
          <w:p w14:paraId="1588EF38" w14:textId="77777777" w:rsidR="00A06E61" w:rsidRDefault="00000000" w:rsidP="00865662">
            <w:r>
              <w:rPr>
                <w:color w:val="000000"/>
                <w:sz w:val="13"/>
              </w:rPr>
              <w:t>Ceramics and Glass</w:t>
            </w:r>
          </w:p>
        </w:tc>
        <w:tc>
          <w:tcPr>
            <w:tcW w:w="907" w:type="dxa"/>
            <w:shd w:val="clear" w:color="auto" w:fill="DDEBF7"/>
            <w:tcMar>
              <w:top w:w="35" w:type="dxa"/>
              <w:left w:w="35" w:type="dxa"/>
              <w:bottom w:w="35" w:type="dxa"/>
              <w:right w:w="35" w:type="dxa"/>
            </w:tcMar>
            <w:vAlign w:val="center"/>
          </w:tcPr>
          <w:p w14:paraId="414DE75F" w14:textId="77777777" w:rsidR="00A06E61" w:rsidRDefault="00000000">
            <w:pPr>
              <w:jc w:val="center"/>
            </w:pPr>
            <w:r>
              <w:rPr>
                <w:color w:val="000000"/>
                <w:sz w:val="13"/>
              </w:rPr>
              <w:t>No ALES score requirement</w:t>
            </w:r>
          </w:p>
        </w:tc>
        <w:tc>
          <w:tcPr>
            <w:tcW w:w="963" w:type="dxa"/>
            <w:shd w:val="clear" w:color="auto" w:fill="DDEBF7"/>
            <w:tcMar>
              <w:top w:w="35" w:type="dxa"/>
              <w:left w:w="35" w:type="dxa"/>
              <w:bottom w:w="35" w:type="dxa"/>
              <w:right w:w="35" w:type="dxa"/>
            </w:tcMar>
            <w:vAlign w:val="center"/>
          </w:tcPr>
          <w:p w14:paraId="64B211E8"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1E65EECA" w14:textId="77777777" w:rsidR="00A06E61" w:rsidRDefault="00000000">
            <w:r>
              <w:rPr>
                <w:b/>
                <w:color w:val="000000"/>
                <w:sz w:val="13"/>
              </w:rPr>
              <w:t>In-Field:</w:t>
            </w:r>
            <w:r>
              <w:rPr>
                <w:color w:val="000000"/>
                <w:sz w:val="13"/>
              </w:rPr>
              <w:t xml:space="preserve"> To be a graduate of one of the undergraduate programs in Ceramics, Ceramics-Glass, Ceramics Teaching, Ceramic Arts, Ceramic Design, Ceramics and Glass, or Ceramics and Glass Design.</w:t>
            </w:r>
          </w:p>
          <w:p w14:paraId="47867860" w14:textId="77777777" w:rsidR="00A06E61" w:rsidRDefault="00000000">
            <w:r>
              <w:rPr>
                <w:b/>
                <w:color w:val="000000"/>
                <w:sz w:val="13"/>
              </w:rPr>
              <w:t>Out-of-Field:</w:t>
            </w:r>
            <w:r>
              <w:rPr>
                <w:color w:val="000000"/>
                <w:sz w:val="13"/>
              </w:rPr>
              <w:t xml:space="preserve"> To be a graduate of any undergraduate program and to document, through a portfolio, their work within the scope of the field of ceramics and glass.</w:t>
            </w:r>
          </w:p>
        </w:tc>
        <w:tc>
          <w:tcPr>
            <w:tcW w:w="708" w:type="dxa"/>
            <w:shd w:val="clear" w:color="auto" w:fill="DDEBF7"/>
            <w:tcMar>
              <w:top w:w="35" w:type="dxa"/>
              <w:left w:w="35" w:type="dxa"/>
              <w:bottom w:w="35" w:type="dxa"/>
              <w:right w:w="35" w:type="dxa"/>
            </w:tcMar>
            <w:vAlign w:val="center"/>
          </w:tcPr>
          <w:p w14:paraId="0CC4CF2C" w14:textId="26D06035" w:rsidR="00A06E61" w:rsidRDefault="00433341">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754C8BB8" w14:textId="75A38743" w:rsidR="00A06E61" w:rsidRDefault="00433341">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14990FA7"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4EFA2C3E" w14:textId="03510ECD" w:rsidR="00A06E61" w:rsidRDefault="00433341">
            <w:pPr>
              <w:jc w:val="center"/>
            </w:pPr>
            <w:r>
              <w:rPr>
                <w:color w:val="000000"/>
                <w:sz w:val="13"/>
              </w:rPr>
              <w:t>7</w:t>
            </w:r>
          </w:p>
        </w:tc>
      </w:tr>
      <w:tr w:rsidR="00A06E61" w14:paraId="7E39D52E" w14:textId="77777777" w:rsidTr="00865662">
        <w:trPr>
          <w:jc w:val="center"/>
        </w:trPr>
        <w:tc>
          <w:tcPr>
            <w:tcW w:w="1701" w:type="dxa"/>
            <w:shd w:val="clear" w:color="auto" w:fill="FFFFFF"/>
            <w:tcMar>
              <w:top w:w="35" w:type="dxa"/>
              <w:left w:w="35" w:type="dxa"/>
              <w:bottom w:w="35" w:type="dxa"/>
              <w:right w:w="35" w:type="dxa"/>
            </w:tcMar>
            <w:vAlign w:val="center"/>
          </w:tcPr>
          <w:p w14:paraId="47E4593D" w14:textId="77777777" w:rsidR="00A06E61" w:rsidRDefault="00000000" w:rsidP="00865662">
            <w:r>
              <w:rPr>
                <w:color w:val="000000"/>
                <w:sz w:val="13"/>
              </w:rPr>
              <w:t>Political Science and Public Administration</w:t>
            </w:r>
          </w:p>
        </w:tc>
        <w:tc>
          <w:tcPr>
            <w:tcW w:w="1814" w:type="dxa"/>
            <w:shd w:val="clear" w:color="auto" w:fill="FFFFFF"/>
            <w:tcMar>
              <w:top w:w="35" w:type="dxa"/>
              <w:left w:w="35" w:type="dxa"/>
              <w:bottom w:w="35" w:type="dxa"/>
              <w:right w:w="35" w:type="dxa"/>
            </w:tcMar>
            <w:vAlign w:val="center"/>
          </w:tcPr>
          <w:p w14:paraId="1E4042F8" w14:textId="77777777" w:rsidR="00A06E61" w:rsidRDefault="00000000" w:rsidP="00865662">
            <w:r>
              <w:rPr>
                <w:color w:val="000000"/>
                <w:sz w:val="13"/>
              </w:rPr>
              <w:t>Political Science and Public Administration</w:t>
            </w:r>
          </w:p>
        </w:tc>
        <w:tc>
          <w:tcPr>
            <w:tcW w:w="907" w:type="dxa"/>
            <w:shd w:val="clear" w:color="auto" w:fill="FFFFFF"/>
            <w:tcMar>
              <w:top w:w="35" w:type="dxa"/>
              <w:left w:w="35" w:type="dxa"/>
              <w:bottom w:w="35" w:type="dxa"/>
              <w:right w:w="35" w:type="dxa"/>
            </w:tcMar>
            <w:vAlign w:val="center"/>
          </w:tcPr>
          <w:p w14:paraId="2255D45A" w14:textId="77777777" w:rsidR="00A06E61" w:rsidRDefault="00000000">
            <w:pPr>
              <w:jc w:val="center"/>
            </w:pPr>
            <w:r>
              <w:rPr>
                <w:color w:val="000000"/>
                <w:sz w:val="13"/>
              </w:rPr>
              <w:t>EA/SÖZ (55)</w:t>
            </w:r>
          </w:p>
        </w:tc>
        <w:tc>
          <w:tcPr>
            <w:tcW w:w="963" w:type="dxa"/>
            <w:shd w:val="clear" w:color="auto" w:fill="FFFFFF"/>
            <w:tcMar>
              <w:top w:w="35" w:type="dxa"/>
              <w:left w:w="35" w:type="dxa"/>
              <w:bottom w:w="35" w:type="dxa"/>
              <w:right w:w="35" w:type="dxa"/>
            </w:tcMar>
            <w:vAlign w:val="center"/>
          </w:tcPr>
          <w:p w14:paraId="51C03345"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57BCF35" w14:textId="77777777" w:rsidR="00A06E61" w:rsidRDefault="00000000">
            <w:r>
              <w:rPr>
                <w:b/>
                <w:color w:val="000000"/>
                <w:sz w:val="13"/>
              </w:rPr>
              <w:t>In-Field:</w:t>
            </w:r>
            <w:r>
              <w:rPr>
                <w:color w:val="000000"/>
                <w:sz w:val="13"/>
              </w:rPr>
              <w:t xml:space="preserve"> To be a graduate of one of the undergraduate programs in Public Administration, Political Science, Political Science and Public Administration, Political Science and International Relations, International Relations, or Local Governments.</w:t>
            </w:r>
          </w:p>
          <w:p w14:paraId="09C908BD" w14:textId="77777777" w:rsidR="00A06E61" w:rsidRDefault="00000000">
            <w:r>
              <w:rPr>
                <w:b/>
                <w:color w:val="000000"/>
                <w:sz w:val="13"/>
              </w:rPr>
              <w:t>Out-of-Field:</w:t>
            </w:r>
            <w:r>
              <w:rPr>
                <w:color w:val="000000"/>
                <w:sz w:val="13"/>
              </w:rPr>
              <w:t xml:space="preserve"> To be a graduate of one of the undergraduate programs in Labor Economics and Industrial Relations, Philosophy, Law, Economics, Business Administration, Public Finance, Psychology, Sociology, or History.</w:t>
            </w:r>
          </w:p>
        </w:tc>
        <w:tc>
          <w:tcPr>
            <w:tcW w:w="708" w:type="dxa"/>
            <w:shd w:val="clear" w:color="auto" w:fill="FFFFFF"/>
            <w:tcMar>
              <w:top w:w="35" w:type="dxa"/>
              <w:left w:w="35" w:type="dxa"/>
              <w:bottom w:w="35" w:type="dxa"/>
              <w:right w:w="35" w:type="dxa"/>
            </w:tcMar>
            <w:vAlign w:val="center"/>
          </w:tcPr>
          <w:p w14:paraId="0060DE08" w14:textId="4D7A5AE1" w:rsidR="00A06E61" w:rsidRDefault="00433341">
            <w:pPr>
              <w:jc w:val="center"/>
            </w:pPr>
            <w:r>
              <w:rPr>
                <w:color w:val="000000"/>
                <w:sz w:val="13"/>
              </w:rPr>
              <w:t>6</w:t>
            </w:r>
          </w:p>
        </w:tc>
        <w:tc>
          <w:tcPr>
            <w:tcW w:w="708" w:type="dxa"/>
            <w:shd w:val="clear" w:color="auto" w:fill="FFFFFF"/>
            <w:tcMar>
              <w:top w:w="35" w:type="dxa"/>
              <w:left w:w="35" w:type="dxa"/>
              <w:bottom w:w="35" w:type="dxa"/>
              <w:right w:w="35" w:type="dxa"/>
            </w:tcMar>
            <w:vAlign w:val="center"/>
          </w:tcPr>
          <w:p w14:paraId="1F328232" w14:textId="33C01A51" w:rsidR="00A06E61" w:rsidRDefault="00433341">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6FB96EDC" w14:textId="04F5C769" w:rsidR="00A06E61" w:rsidRDefault="00433341">
            <w:pPr>
              <w:jc w:val="center"/>
            </w:pPr>
            <w:r>
              <w:rPr>
                <w:color w:val="000000"/>
                <w:sz w:val="13"/>
              </w:rPr>
              <w:t>4</w:t>
            </w:r>
          </w:p>
        </w:tc>
        <w:tc>
          <w:tcPr>
            <w:tcW w:w="623" w:type="dxa"/>
            <w:shd w:val="clear" w:color="auto" w:fill="FFFFFF"/>
            <w:tcMar>
              <w:top w:w="35" w:type="dxa"/>
              <w:left w:w="35" w:type="dxa"/>
              <w:bottom w:w="35" w:type="dxa"/>
              <w:right w:w="35" w:type="dxa"/>
            </w:tcMar>
            <w:vAlign w:val="center"/>
          </w:tcPr>
          <w:p w14:paraId="37DEED13" w14:textId="6C53C142" w:rsidR="00A06E61" w:rsidRDefault="00433341">
            <w:pPr>
              <w:jc w:val="center"/>
            </w:pPr>
            <w:r>
              <w:rPr>
                <w:color w:val="000000"/>
                <w:sz w:val="13"/>
              </w:rPr>
              <w:t>10</w:t>
            </w:r>
          </w:p>
        </w:tc>
      </w:tr>
      <w:tr w:rsidR="00A06E61" w14:paraId="7E6205C9" w14:textId="77777777" w:rsidTr="00865662">
        <w:trPr>
          <w:jc w:val="center"/>
        </w:trPr>
        <w:tc>
          <w:tcPr>
            <w:tcW w:w="1701" w:type="dxa"/>
            <w:shd w:val="clear" w:color="auto" w:fill="DDEBF7"/>
            <w:tcMar>
              <w:top w:w="35" w:type="dxa"/>
              <w:left w:w="35" w:type="dxa"/>
              <w:bottom w:w="35" w:type="dxa"/>
              <w:right w:w="35" w:type="dxa"/>
            </w:tcMar>
            <w:vAlign w:val="center"/>
          </w:tcPr>
          <w:p w14:paraId="0BB43967" w14:textId="77777777" w:rsidR="00A06E61" w:rsidRDefault="00000000" w:rsidP="00865662">
            <w:r>
              <w:rPr>
                <w:color w:val="000000"/>
                <w:sz w:val="13"/>
              </w:rPr>
              <w:t>Political Science and Public Administration</w:t>
            </w:r>
          </w:p>
        </w:tc>
        <w:tc>
          <w:tcPr>
            <w:tcW w:w="1814" w:type="dxa"/>
            <w:shd w:val="clear" w:color="auto" w:fill="DDEBF7"/>
            <w:tcMar>
              <w:top w:w="35" w:type="dxa"/>
              <w:left w:w="35" w:type="dxa"/>
              <w:bottom w:w="35" w:type="dxa"/>
              <w:right w:w="35" w:type="dxa"/>
            </w:tcMar>
            <w:vAlign w:val="center"/>
          </w:tcPr>
          <w:p w14:paraId="1C0AE948" w14:textId="77777777" w:rsidR="00A06E61" w:rsidRDefault="00000000" w:rsidP="00865662">
            <w:r>
              <w:rPr>
                <w:color w:val="000000"/>
                <w:sz w:val="13"/>
              </w:rPr>
              <w:t>Political Science and Public Administration (English)</w:t>
            </w:r>
          </w:p>
        </w:tc>
        <w:tc>
          <w:tcPr>
            <w:tcW w:w="907" w:type="dxa"/>
            <w:shd w:val="clear" w:color="auto" w:fill="DDEBF7"/>
            <w:tcMar>
              <w:top w:w="35" w:type="dxa"/>
              <w:left w:w="35" w:type="dxa"/>
              <w:bottom w:w="35" w:type="dxa"/>
              <w:right w:w="35" w:type="dxa"/>
            </w:tcMar>
            <w:vAlign w:val="center"/>
          </w:tcPr>
          <w:p w14:paraId="69A41FDC" w14:textId="77777777" w:rsidR="00A06E61" w:rsidRDefault="00000000">
            <w:pPr>
              <w:jc w:val="center"/>
            </w:pPr>
            <w:r>
              <w:rPr>
                <w:color w:val="000000"/>
                <w:sz w:val="13"/>
              </w:rPr>
              <w:t>EA/SÖZ (55)</w:t>
            </w:r>
          </w:p>
        </w:tc>
        <w:tc>
          <w:tcPr>
            <w:tcW w:w="963" w:type="dxa"/>
            <w:shd w:val="clear" w:color="auto" w:fill="DDEBF7"/>
            <w:tcMar>
              <w:top w:w="35" w:type="dxa"/>
              <w:left w:w="35" w:type="dxa"/>
              <w:bottom w:w="35" w:type="dxa"/>
              <w:right w:w="35" w:type="dxa"/>
            </w:tcMar>
            <w:vAlign w:val="center"/>
          </w:tcPr>
          <w:p w14:paraId="5867174F" w14:textId="77777777" w:rsidR="00A06E61" w:rsidRDefault="00000000">
            <w:pPr>
              <w:jc w:val="center"/>
            </w:pPr>
            <w:r>
              <w:rPr>
                <w:color w:val="000000"/>
                <w:sz w:val="13"/>
              </w:rPr>
              <w:t>65</w:t>
            </w:r>
          </w:p>
        </w:tc>
        <w:tc>
          <w:tcPr>
            <w:tcW w:w="6917" w:type="dxa"/>
            <w:shd w:val="clear" w:color="auto" w:fill="DDEBF7"/>
            <w:tcMar>
              <w:top w:w="35" w:type="dxa"/>
              <w:left w:w="35" w:type="dxa"/>
              <w:bottom w:w="35" w:type="dxa"/>
              <w:right w:w="35" w:type="dxa"/>
            </w:tcMar>
          </w:tcPr>
          <w:p w14:paraId="05F60A1E" w14:textId="77777777" w:rsidR="00A06E61" w:rsidRDefault="00000000">
            <w:r>
              <w:rPr>
                <w:b/>
                <w:color w:val="000000"/>
                <w:sz w:val="13"/>
              </w:rPr>
              <w:t>In-Field:</w:t>
            </w:r>
            <w:r>
              <w:rPr>
                <w:color w:val="000000"/>
                <w:sz w:val="13"/>
              </w:rPr>
              <w:t xml:space="preserve"> To be a graduate of one of the undergraduate programs in Public Administration, Political Science, Political Science and Public Administration, Political Science and International Relations, International Relations, or Local Governments.</w:t>
            </w:r>
          </w:p>
          <w:p w14:paraId="4AEEE143" w14:textId="77777777" w:rsidR="00A06E61" w:rsidRDefault="00000000">
            <w:r>
              <w:rPr>
                <w:b/>
                <w:color w:val="000000"/>
                <w:sz w:val="13"/>
              </w:rPr>
              <w:t>Out-of-Field:</w:t>
            </w:r>
            <w:r>
              <w:rPr>
                <w:color w:val="000000"/>
                <w:sz w:val="13"/>
              </w:rPr>
              <w:t xml:space="preserve"> To be a graduate of one of the undergraduate programs in Labor Economics and Industrial Relations, Philosophy, Law, Economics, Business Administration, Public Finance, Psychology, Sociology, or History.</w:t>
            </w:r>
          </w:p>
        </w:tc>
        <w:tc>
          <w:tcPr>
            <w:tcW w:w="708" w:type="dxa"/>
            <w:shd w:val="clear" w:color="auto" w:fill="DDEBF7"/>
            <w:tcMar>
              <w:top w:w="35" w:type="dxa"/>
              <w:left w:w="35" w:type="dxa"/>
              <w:bottom w:w="35" w:type="dxa"/>
              <w:right w:w="35" w:type="dxa"/>
            </w:tcMar>
            <w:vAlign w:val="center"/>
          </w:tcPr>
          <w:p w14:paraId="4944A24D" w14:textId="6EC3D9EF" w:rsidR="00A06E61" w:rsidRDefault="00433341">
            <w:pPr>
              <w:jc w:val="center"/>
            </w:pPr>
            <w:r>
              <w:rPr>
                <w:color w:val="000000"/>
                <w:sz w:val="13"/>
              </w:rPr>
              <w:t>9</w:t>
            </w:r>
          </w:p>
        </w:tc>
        <w:tc>
          <w:tcPr>
            <w:tcW w:w="708" w:type="dxa"/>
            <w:shd w:val="clear" w:color="auto" w:fill="DDEBF7"/>
            <w:tcMar>
              <w:top w:w="35" w:type="dxa"/>
              <w:left w:w="35" w:type="dxa"/>
              <w:bottom w:w="35" w:type="dxa"/>
              <w:right w:w="35" w:type="dxa"/>
            </w:tcMar>
            <w:vAlign w:val="center"/>
          </w:tcPr>
          <w:p w14:paraId="69135171" w14:textId="2E408985" w:rsidR="00A06E61" w:rsidRDefault="00433341">
            <w:pPr>
              <w:jc w:val="center"/>
            </w:pPr>
            <w:r>
              <w:rPr>
                <w:color w:val="000000"/>
                <w:sz w:val="13"/>
              </w:rPr>
              <w:t>4</w:t>
            </w:r>
          </w:p>
        </w:tc>
        <w:tc>
          <w:tcPr>
            <w:tcW w:w="878" w:type="dxa"/>
            <w:shd w:val="clear" w:color="auto" w:fill="DDEBF7"/>
            <w:tcMar>
              <w:top w:w="35" w:type="dxa"/>
              <w:left w:w="35" w:type="dxa"/>
              <w:bottom w:w="35" w:type="dxa"/>
              <w:right w:w="35" w:type="dxa"/>
            </w:tcMar>
            <w:vAlign w:val="center"/>
          </w:tcPr>
          <w:p w14:paraId="2528445A" w14:textId="77777777" w:rsidR="00A06E61" w:rsidRDefault="00000000">
            <w:pPr>
              <w:jc w:val="center"/>
            </w:pPr>
            <w:r>
              <w:rPr>
                <w:color w:val="000000"/>
                <w:sz w:val="13"/>
              </w:rPr>
              <w:t>5</w:t>
            </w:r>
          </w:p>
        </w:tc>
        <w:tc>
          <w:tcPr>
            <w:tcW w:w="623" w:type="dxa"/>
            <w:shd w:val="clear" w:color="auto" w:fill="DDEBF7"/>
            <w:tcMar>
              <w:top w:w="35" w:type="dxa"/>
              <w:left w:w="35" w:type="dxa"/>
              <w:bottom w:w="35" w:type="dxa"/>
              <w:right w:w="35" w:type="dxa"/>
            </w:tcMar>
            <w:vAlign w:val="center"/>
          </w:tcPr>
          <w:p w14:paraId="14D3048B" w14:textId="079D73F3" w:rsidR="00A06E61" w:rsidRDefault="00433341">
            <w:pPr>
              <w:jc w:val="center"/>
            </w:pPr>
            <w:r>
              <w:rPr>
                <w:color w:val="000000"/>
                <w:sz w:val="13"/>
              </w:rPr>
              <w:t>18</w:t>
            </w:r>
          </w:p>
        </w:tc>
      </w:tr>
      <w:tr w:rsidR="00A06E61" w14:paraId="7BF75273" w14:textId="77777777" w:rsidTr="00865662">
        <w:trPr>
          <w:jc w:val="center"/>
        </w:trPr>
        <w:tc>
          <w:tcPr>
            <w:tcW w:w="1701" w:type="dxa"/>
            <w:shd w:val="clear" w:color="auto" w:fill="FFFFFF"/>
            <w:tcMar>
              <w:top w:w="35" w:type="dxa"/>
              <w:left w:w="35" w:type="dxa"/>
              <w:bottom w:w="35" w:type="dxa"/>
              <w:right w:w="35" w:type="dxa"/>
            </w:tcMar>
            <w:vAlign w:val="center"/>
          </w:tcPr>
          <w:p w14:paraId="1184E031" w14:textId="77777777" w:rsidR="00A06E61" w:rsidRDefault="00000000" w:rsidP="00865662">
            <w:r>
              <w:rPr>
                <w:color w:val="000000"/>
                <w:sz w:val="13"/>
              </w:rPr>
              <w:t>Sports Management</w:t>
            </w:r>
          </w:p>
        </w:tc>
        <w:tc>
          <w:tcPr>
            <w:tcW w:w="1814" w:type="dxa"/>
            <w:shd w:val="clear" w:color="auto" w:fill="FFFFFF"/>
            <w:tcMar>
              <w:top w:w="35" w:type="dxa"/>
              <w:left w:w="35" w:type="dxa"/>
              <w:bottom w:w="35" w:type="dxa"/>
              <w:right w:w="35" w:type="dxa"/>
            </w:tcMar>
            <w:vAlign w:val="center"/>
          </w:tcPr>
          <w:p w14:paraId="31996821" w14:textId="77777777" w:rsidR="00A06E61" w:rsidRDefault="00000000" w:rsidP="00865662">
            <w:r>
              <w:rPr>
                <w:color w:val="000000"/>
                <w:sz w:val="13"/>
              </w:rPr>
              <w:t>Sports Management Sciences</w:t>
            </w:r>
          </w:p>
        </w:tc>
        <w:tc>
          <w:tcPr>
            <w:tcW w:w="907" w:type="dxa"/>
            <w:shd w:val="clear" w:color="auto" w:fill="FFFFFF"/>
            <w:tcMar>
              <w:top w:w="35" w:type="dxa"/>
              <w:left w:w="35" w:type="dxa"/>
              <w:bottom w:w="35" w:type="dxa"/>
              <w:right w:w="35" w:type="dxa"/>
            </w:tcMar>
            <w:vAlign w:val="center"/>
          </w:tcPr>
          <w:p w14:paraId="653C99E5" w14:textId="77777777" w:rsidR="00A06E61" w:rsidRDefault="00000000">
            <w:pPr>
              <w:jc w:val="center"/>
            </w:pPr>
            <w:r>
              <w:rPr>
                <w:color w:val="000000"/>
                <w:sz w:val="13"/>
              </w:rPr>
              <w:t>SÖZ/SAY/EA (55)</w:t>
            </w:r>
          </w:p>
        </w:tc>
        <w:tc>
          <w:tcPr>
            <w:tcW w:w="963" w:type="dxa"/>
            <w:shd w:val="clear" w:color="auto" w:fill="FFFFFF"/>
            <w:tcMar>
              <w:top w:w="35" w:type="dxa"/>
              <w:left w:w="35" w:type="dxa"/>
              <w:bottom w:w="35" w:type="dxa"/>
              <w:right w:w="35" w:type="dxa"/>
            </w:tcMar>
            <w:vAlign w:val="center"/>
          </w:tcPr>
          <w:p w14:paraId="60E8D336"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EFBA378" w14:textId="77777777" w:rsidR="00A06E61" w:rsidRDefault="00000000">
            <w:r>
              <w:rPr>
                <w:b/>
                <w:color w:val="000000"/>
                <w:sz w:val="13"/>
              </w:rPr>
              <w:t>In-Field:</w:t>
            </w:r>
            <w:r>
              <w:rPr>
                <w:color w:val="000000"/>
                <w:sz w:val="13"/>
              </w:rPr>
              <w:t xml:space="preserve"> To be a graduate of the undergraduate program in Sports Management.</w:t>
            </w:r>
          </w:p>
          <w:p w14:paraId="76BB1F29" w14:textId="77777777" w:rsidR="00A06E61" w:rsidRDefault="00000000">
            <w:r>
              <w:rPr>
                <w:b/>
                <w:color w:val="000000"/>
                <w:sz w:val="13"/>
              </w:rPr>
              <w:t>Out-of-Field:</w:t>
            </w:r>
            <w:r>
              <w:rPr>
                <w:color w:val="000000"/>
                <w:sz w:val="13"/>
              </w:rPr>
              <w:t xml:space="preserve"> To be a graduate of one of the undergraduate programs in Coaching Education or Physical Education and Sports Teaching.</w:t>
            </w:r>
          </w:p>
        </w:tc>
        <w:tc>
          <w:tcPr>
            <w:tcW w:w="708" w:type="dxa"/>
            <w:shd w:val="clear" w:color="auto" w:fill="FFFFFF"/>
            <w:tcMar>
              <w:top w:w="35" w:type="dxa"/>
              <w:left w:w="35" w:type="dxa"/>
              <w:bottom w:w="35" w:type="dxa"/>
              <w:right w:w="35" w:type="dxa"/>
            </w:tcMar>
            <w:vAlign w:val="center"/>
          </w:tcPr>
          <w:p w14:paraId="03A76FAB" w14:textId="4A06C69B" w:rsidR="00A06E61" w:rsidRDefault="00433341">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4973ABB1" w14:textId="77777777" w:rsidR="00A06E61" w:rsidRDefault="00000000">
            <w:pPr>
              <w:jc w:val="center"/>
            </w:pPr>
            <w:r>
              <w:rPr>
                <w:color w:val="000000"/>
                <w:sz w:val="13"/>
              </w:rPr>
              <w:t>2</w:t>
            </w:r>
          </w:p>
        </w:tc>
        <w:tc>
          <w:tcPr>
            <w:tcW w:w="878" w:type="dxa"/>
            <w:shd w:val="clear" w:color="auto" w:fill="FFFFFF"/>
            <w:tcMar>
              <w:top w:w="35" w:type="dxa"/>
              <w:left w:w="35" w:type="dxa"/>
              <w:bottom w:w="35" w:type="dxa"/>
              <w:right w:w="35" w:type="dxa"/>
            </w:tcMar>
            <w:vAlign w:val="center"/>
          </w:tcPr>
          <w:p w14:paraId="758E8475" w14:textId="2D460ABA" w:rsidR="00A06E61" w:rsidRDefault="00433341">
            <w:pPr>
              <w:jc w:val="center"/>
            </w:pPr>
            <w:r>
              <w:rPr>
                <w:color w:val="000000"/>
                <w:sz w:val="13"/>
              </w:rPr>
              <w:t>-</w:t>
            </w:r>
          </w:p>
        </w:tc>
        <w:tc>
          <w:tcPr>
            <w:tcW w:w="623" w:type="dxa"/>
            <w:shd w:val="clear" w:color="auto" w:fill="FFFFFF"/>
            <w:tcMar>
              <w:top w:w="35" w:type="dxa"/>
              <w:left w:w="35" w:type="dxa"/>
              <w:bottom w:w="35" w:type="dxa"/>
              <w:right w:w="35" w:type="dxa"/>
            </w:tcMar>
            <w:vAlign w:val="center"/>
          </w:tcPr>
          <w:p w14:paraId="777C7091" w14:textId="4D24927C" w:rsidR="00A06E61" w:rsidRDefault="00433341">
            <w:pPr>
              <w:jc w:val="center"/>
            </w:pPr>
            <w:r>
              <w:rPr>
                <w:color w:val="000000"/>
                <w:sz w:val="13"/>
              </w:rPr>
              <w:t>6</w:t>
            </w:r>
          </w:p>
        </w:tc>
      </w:tr>
      <w:tr w:rsidR="00A06E61" w14:paraId="34BB4399" w14:textId="77777777" w:rsidTr="00865662">
        <w:trPr>
          <w:jc w:val="center"/>
        </w:trPr>
        <w:tc>
          <w:tcPr>
            <w:tcW w:w="1701" w:type="dxa"/>
            <w:shd w:val="clear" w:color="auto" w:fill="DDEBF7"/>
            <w:tcMar>
              <w:top w:w="35" w:type="dxa"/>
              <w:left w:w="35" w:type="dxa"/>
              <w:bottom w:w="35" w:type="dxa"/>
              <w:right w:w="35" w:type="dxa"/>
            </w:tcMar>
            <w:vAlign w:val="center"/>
          </w:tcPr>
          <w:p w14:paraId="5A22F5A5" w14:textId="77777777" w:rsidR="00A06E61" w:rsidRDefault="00000000" w:rsidP="00865662">
            <w:r>
              <w:rPr>
                <w:color w:val="000000"/>
                <w:sz w:val="13"/>
              </w:rPr>
              <w:t>Aquaculture</w:t>
            </w:r>
          </w:p>
        </w:tc>
        <w:tc>
          <w:tcPr>
            <w:tcW w:w="1814" w:type="dxa"/>
            <w:shd w:val="clear" w:color="auto" w:fill="DDEBF7"/>
            <w:tcMar>
              <w:top w:w="35" w:type="dxa"/>
              <w:left w:w="35" w:type="dxa"/>
              <w:bottom w:w="35" w:type="dxa"/>
              <w:right w:w="35" w:type="dxa"/>
            </w:tcMar>
            <w:vAlign w:val="center"/>
          </w:tcPr>
          <w:p w14:paraId="0A369C21" w14:textId="77777777" w:rsidR="00A06E61" w:rsidRDefault="00000000" w:rsidP="00865662">
            <w:r>
              <w:rPr>
                <w:color w:val="000000"/>
                <w:sz w:val="13"/>
              </w:rPr>
              <w:t>Aquaculture</w:t>
            </w:r>
          </w:p>
        </w:tc>
        <w:tc>
          <w:tcPr>
            <w:tcW w:w="907" w:type="dxa"/>
            <w:shd w:val="clear" w:color="auto" w:fill="DDEBF7"/>
            <w:tcMar>
              <w:top w:w="35" w:type="dxa"/>
              <w:left w:w="35" w:type="dxa"/>
              <w:bottom w:w="35" w:type="dxa"/>
              <w:right w:w="35" w:type="dxa"/>
            </w:tcMar>
            <w:vAlign w:val="center"/>
          </w:tcPr>
          <w:p w14:paraId="6C1041A7"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46B38F31"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1891773" w14:textId="77777777" w:rsidR="00A06E61" w:rsidRDefault="00000000">
            <w:r>
              <w:rPr>
                <w:b/>
                <w:color w:val="000000"/>
                <w:sz w:val="13"/>
              </w:rPr>
              <w:t>In-Field:</w:t>
            </w:r>
            <w:r>
              <w:rPr>
                <w:color w:val="000000"/>
                <w:sz w:val="13"/>
              </w:rPr>
              <w:t xml:space="preserve"> To be a graduate of one of the undergraduate programs in Aquatic Sciences and Engineering, Fisheries Industry Engineering, or Fisheries Engineering.</w:t>
            </w:r>
          </w:p>
          <w:p w14:paraId="33559003" w14:textId="77777777" w:rsidR="00A06E61" w:rsidRDefault="00000000">
            <w:r>
              <w:rPr>
                <w:b/>
                <w:color w:val="000000"/>
                <w:sz w:val="13"/>
              </w:rPr>
              <w:t>Out-of-Field:</w:t>
            </w:r>
            <w:r>
              <w:rPr>
                <w:color w:val="000000"/>
                <w:sz w:val="13"/>
              </w:rPr>
              <w:t xml:space="preserve"> To be a graduate of one of the undergraduate programs in Horticulture, Biology, Environmental Engineering, Genetics and Bioengineering, Food Engineering, Molecular Biology and Genetics, Agricultural Economics, Veterinary Medicine, or Animal Science.</w:t>
            </w:r>
          </w:p>
        </w:tc>
        <w:tc>
          <w:tcPr>
            <w:tcW w:w="708" w:type="dxa"/>
            <w:shd w:val="clear" w:color="auto" w:fill="DDEBF7"/>
            <w:tcMar>
              <w:top w:w="35" w:type="dxa"/>
              <w:left w:w="35" w:type="dxa"/>
              <w:bottom w:w="35" w:type="dxa"/>
              <w:right w:w="35" w:type="dxa"/>
            </w:tcMar>
            <w:vAlign w:val="center"/>
          </w:tcPr>
          <w:p w14:paraId="74829908" w14:textId="228AAA51" w:rsidR="00A06E61" w:rsidRDefault="00433341">
            <w:pPr>
              <w:jc w:val="center"/>
            </w:pPr>
            <w:r>
              <w:rPr>
                <w:color w:val="000000"/>
                <w:sz w:val="13"/>
              </w:rPr>
              <w:t>3</w:t>
            </w:r>
          </w:p>
        </w:tc>
        <w:tc>
          <w:tcPr>
            <w:tcW w:w="708" w:type="dxa"/>
            <w:shd w:val="clear" w:color="auto" w:fill="DDEBF7"/>
            <w:tcMar>
              <w:top w:w="35" w:type="dxa"/>
              <w:left w:w="35" w:type="dxa"/>
              <w:bottom w:w="35" w:type="dxa"/>
              <w:right w:w="35" w:type="dxa"/>
            </w:tcMar>
            <w:vAlign w:val="center"/>
          </w:tcPr>
          <w:p w14:paraId="5135AEDB"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1381F794"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C03B171" w14:textId="78B0B832" w:rsidR="00A06E61" w:rsidRDefault="00433341">
            <w:pPr>
              <w:jc w:val="center"/>
            </w:pPr>
            <w:r>
              <w:rPr>
                <w:color w:val="000000"/>
                <w:sz w:val="13"/>
              </w:rPr>
              <w:t>7</w:t>
            </w:r>
          </w:p>
        </w:tc>
      </w:tr>
      <w:tr w:rsidR="00A06E61" w14:paraId="52C2AD0C" w14:textId="77777777" w:rsidTr="00865662">
        <w:trPr>
          <w:jc w:val="center"/>
        </w:trPr>
        <w:tc>
          <w:tcPr>
            <w:tcW w:w="1701" w:type="dxa"/>
            <w:shd w:val="clear" w:color="auto" w:fill="FFFFFF"/>
            <w:tcMar>
              <w:top w:w="35" w:type="dxa"/>
              <w:left w:w="35" w:type="dxa"/>
              <w:bottom w:w="35" w:type="dxa"/>
              <w:right w:w="35" w:type="dxa"/>
            </w:tcMar>
            <w:vAlign w:val="center"/>
          </w:tcPr>
          <w:p w14:paraId="0F1D0EB0" w14:textId="77777777" w:rsidR="00A06E61" w:rsidRDefault="00000000" w:rsidP="00865662">
            <w:r>
              <w:rPr>
                <w:color w:val="000000"/>
                <w:sz w:val="13"/>
              </w:rPr>
              <w:t>Sustainable Agriculture and Natural Resources</w:t>
            </w:r>
          </w:p>
        </w:tc>
        <w:tc>
          <w:tcPr>
            <w:tcW w:w="1814" w:type="dxa"/>
            <w:shd w:val="clear" w:color="auto" w:fill="FFFFFF"/>
            <w:tcMar>
              <w:top w:w="35" w:type="dxa"/>
              <w:left w:w="35" w:type="dxa"/>
              <w:bottom w:w="35" w:type="dxa"/>
              <w:right w:w="35" w:type="dxa"/>
            </w:tcMar>
            <w:vAlign w:val="center"/>
          </w:tcPr>
          <w:p w14:paraId="68C94210" w14:textId="77777777" w:rsidR="00A06E61" w:rsidRDefault="00000000" w:rsidP="00865662">
            <w:r>
              <w:rPr>
                <w:color w:val="000000"/>
                <w:sz w:val="13"/>
              </w:rPr>
              <w:t>Sustainable Agriculture and Natural Resources</w:t>
            </w:r>
          </w:p>
        </w:tc>
        <w:tc>
          <w:tcPr>
            <w:tcW w:w="907" w:type="dxa"/>
            <w:shd w:val="clear" w:color="auto" w:fill="FFFFFF"/>
            <w:tcMar>
              <w:top w:w="35" w:type="dxa"/>
              <w:left w:w="35" w:type="dxa"/>
              <w:bottom w:w="35" w:type="dxa"/>
              <w:right w:w="35" w:type="dxa"/>
            </w:tcMar>
            <w:vAlign w:val="center"/>
          </w:tcPr>
          <w:p w14:paraId="0BF84EA3"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FED6921"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61E6ED61" w14:textId="77777777" w:rsidR="00A06E61" w:rsidRDefault="00000000">
            <w:r>
              <w:rPr>
                <w:b/>
                <w:color w:val="000000"/>
                <w:sz w:val="13"/>
              </w:rPr>
              <w:t>In-Field:</w:t>
            </w:r>
            <w:r>
              <w:rPr>
                <w:color w:val="000000"/>
                <w:sz w:val="13"/>
              </w:rPr>
              <w:t xml:space="preserve"> To be a graduate of one of the undergraduate programs in Biology, Environmental Engineering, Genetics and Bioengineering, Food Engineering, Molecular Biology and Genetics, Forest Engineering, Landscape Architecture, Aquatic Sciences and Engineering, Fisheries Industry Engineering, Fisheries Engineering, Veterinary Medicine, or Agricultural Engineering.</w:t>
            </w:r>
          </w:p>
          <w:p w14:paraId="732D8CA2"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3579205C" w14:textId="0006F83F" w:rsidR="00A06E61" w:rsidRDefault="00433341">
            <w:pPr>
              <w:jc w:val="center"/>
            </w:pPr>
            <w:r>
              <w:rPr>
                <w:color w:val="000000"/>
                <w:sz w:val="13"/>
              </w:rPr>
              <w:t>4</w:t>
            </w:r>
          </w:p>
        </w:tc>
        <w:tc>
          <w:tcPr>
            <w:tcW w:w="708" w:type="dxa"/>
            <w:shd w:val="clear" w:color="auto" w:fill="FFFFFF"/>
            <w:tcMar>
              <w:top w:w="35" w:type="dxa"/>
              <w:left w:w="35" w:type="dxa"/>
              <w:bottom w:w="35" w:type="dxa"/>
              <w:right w:w="35" w:type="dxa"/>
            </w:tcMar>
            <w:vAlign w:val="center"/>
          </w:tcPr>
          <w:p w14:paraId="02DB267E"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2C6064AD"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0902FD78" w14:textId="6C6240BA" w:rsidR="00A06E61" w:rsidRDefault="00433341">
            <w:pPr>
              <w:jc w:val="center"/>
            </w:pPr>
            <w:r>
              <w:rPr>
                <w:color w:val="000000"/>
                <w:sz w:val="13"/>
              </w:rPr>
              <w:t>6</w:t>
            </w:r>
          </w:p>
        </w:tc>
      </w:tr>
      <w:tr w:rsidR="00A06E61" w14:paraId="41A669A0" w14:textId="77777777" w:rsidTr="00865662">
        <w:trPr>
          <w:jc w:val="center"/>
        </w:trPr>
        <w:tc>
          <w:tcPr>
            <w:tcW w:w="1701" w:type="dxa"/>
            <w:shd w:val="clear" w:color="auto" w:fill="DDEBF7"/>
            <w:tcMar>
              <w:top w:w="35" w:type="dxa"/>
              <w:left w:w="35" w:type="dxa"/>
              <w:bottom w:w="35" w:type="dxa"/>
              <w:right w:w="35" w:type="dxa"/>
            </w:tcMar>
            <w:vAlign w:val="center"/>
          </w:tcPr>
          <w:p w14:paraId="11759801" w14:textId="77777777" w:rsidR="00A06E61" w:rsidRDefault="00000000" w:rsidP="00865662">
            <w:r>
              <w:rPr>
                <w:color w:val="000000"/>
                <w:sz w:val="13"/>
              </w:rPr>
              <w:t>History</w:t>
            </w:r>
          </w:p>
        </w:tc>
        <w:tc>
          <w:tcPr>
            <w:tcW w:w="1814" w:type="dxa"/>
            <w:shd w:val="clear" w:color="auto" w:fill="DDEBF7"/>
            <w:tcMar>
              <w:top w:w="35" w:type="dxa"/>
              <w:left w:w="35" w:type="dxa"/>
              <w:bottom w:w="35" w:type="dxa"/>
              <w:right w:w="35" w:type="dxa"/>
            </w:tcMar>
            <w:vAlign w:val="center"/>
          </w:tcPr>
          <w:p w14:paraId="67550E64" w14:textId="77777777" w:rsidR="00A06E61" w:rsidRDefault="00000000" w:rsidP="00865662">
            <w:r>
              <w:rPr>
                <w:color w:val="000000"/>
                <w:sz w:val="13"/>
              </w:rPr>
              <w:t>History</w:t>
            </w:r>
          </w:p>
        </w:tc>
        <w:tc>
          <w:tcPr>
            <w:tcW w:w="907" w:type="dxa"/>
            <w:shd w:val="clear" w:color="auto" w:fill="DDEBF7"/>
            <w:tcMar>
              <w:top w:w="35" w:type="dxa"/>
              <w:left w:w="35" w:type="dxa"/>
              <w:bottom w:w="35" w:type="dxa"/>
              <w:right w:w="35" w:type="dxa"/>
            </w:tcMar>
            <w:vAlign w:val="center"/>
          </w:tcPr>
          <w:p w14:paraId="4515FCBA"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778D42B5"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0145237A" w14:textId="77777777" w:rsidR="00A06E61" w:rsidRDefault="00000000">
            <w:r>
              <w:rPr>
                <w:b/>
                <w:color w:val="000000"/>
                <w:sz w:val="13"/>
              </w:rPr>
              <w:t>In-Field:</w:t>
            </w:r>
            <w:r>
              <w:rPr>
                <w:color w:val="000000"/>
                <w:sz w:val="13"/>
              </w:rPr>
              <w:t xml:space="preserve"> To be a graduate of one of the undergraduate programs in History or History Teaching.</w:t>
            </w:r>
          </w:p>
          <w:p w14:paraId="546EAD66" w14:textId="77777777" w:rsidR="00A06E61" w:rsidRDefault="00000000">
            <w:r>
              <w:rPr>
                <w:b/>
                <w:color w:val="000000"/>
                <w:sz w:val="13"/>
              </w:rPr>
              <w:t>Out-of-Field:</w:t>
            </w:r>
            <w:r>
              <w:rPr>
                <w:color w:val="000000"/>
                <w:sz w:val="13"/>
              </w:rPr>
              <w:t xml:space="preserve"> To be a graduate of one of the undergraduate programs in Archaeology, History of Science, Geography, Philosophy, Economics, Theology, Political Science and Public Administration, Social Studies Teaching, Turkish Language and Literature, or International Relations.</w:t>
            </w:r>
          </w:p>
        </w:tc>
        <w:tc>
          <w:tcPr>
            <w:tcW w:w="708" w:type="dxa"/>
            <w:shd w:val="clear" w:color="auto" w:fill="DDEBF7"/>
            <w:tcMar>
              <w:top w:w="35" w:type="dxa"/>
              <w:left w:w="35" w:type="dxa"/>
              <w:bottom w:w="35" w:type="dxa"/>
              <w:right w:w="35" w:type="dxa"/>
            </w:tcMar>
            <w:vAlign w:val="center"/>
          </w:tcPr>
          <w:p w14:paraId="34FF1718" w14:textId="1B3D0ABB" w:rsidR="00A06E61" w:rsidRDefault="00433341">
            <w:pPr>
              <w:jc w:val="center"/>
            </w:pPr>
            <w:r>
              <w:rPr>
                <w:color w:val="000000"/>
                <w:sz w:val="13"/>
              </w:rPr>
              <w:t>13</w:t>
            </w:r>
          </w:p>
        </w:tc>
        <w:tc>
          <w:tcPr>
            <w:tcW w:w="708" w:type="dxa"/>
            <w:shd w:val="clear" w:color="auto" w:fill="DDEBF7"/>
            <w:tcMar>
              <w:top w:w="35" w:type="dxa"/>
              <w:left w:w="35" w:type="dxa"/>
              <w:bottom w:w="35" w:type="dxa"/>
              <w:right w:w="35" w:type="dxa"/>
            </w:tcMar>
            <w:vAlign w:val="center"/>
          </w:tcPr>
          <w:p w14:paraId="3925CE62" w14:textId="77777777" w:rsidR="00A06E61" w:rsidRDefault="00000000">
            <w:pPr>
              <w:jc w:val="center"/>
            </w:pPr>
            <w:r>
              <w:rPr>
                <w:color w:val="000000"/>
                <w:sz w:val="13"/>
              </w:rPr>
              <w:t>3</w:t>
            </w:r>
          </w:p>
        </w:tc>
        <w:tc>
          <w:tcPr>
            <w:tcW w:w="878" w:type="dxa"/>
            <w:shd w:val="clear" w:color="auto" w:fill="DDEBF7"/>
            <w:tcMar>
              <w:top w:w="35" w:type="dxa"/>
              <w:left w:w="35" w:type="dxa"/>
              <w:bottom w:w="35" w:type="dxa"/>
              <w:right w:w="35" w:type="dxa"/>
            </w:tcMar>
            <w:vAlign w:val="center"/>
          </w:tcPr>
          <w:p w14:paraId="7A6B5732" w14:textId="6EF16E33" w:rsidR="00A06E61" w:rsidRDefault="00433341">
            <w:pPr>
              <w:jc w:val="center"/>
            </w:pPr>
            <w:r>
              <w:rPr>
                <w:color w:val="000000"/>
                <w:sz w:val="13"/>
              </w:rPr>
              <w:t>7</w:t>
            </w:r>
          </w:p>
        </w:tc>
        <w:tc>
          <w:tcPr>
            <w:tcW w:w="623" w:type="dxa"/>
            <w:shd w:val="clear" w:color="auto" w:fill="DDEBF7"/>
            <w:tcMar>
              <w:top w:w="35" w:type="dxa"/>
              <w:left w:w="35" w:type="dxa"/>
              <w:bottom w:w="35" w:type="dxa"/>
              <w:right w:w="35" w:type="dxa"/>
            </w:tcMar>
            <w:vAlign w:val="center"/>
          </w:tcPr>
          <w:p w14:paraId="02FD11F4" w14:textId="6CE873B6" w:rsidR="00A06E61" w:rsidRDefault="00433341">
            <w:pPr>
              <w:jc w:val="center"/>
            </w:pPr>
            <w:r>
              <w:rPr>
                <w:color w:val="000000"/>
                <w:sz w:val="13"/>
              </w:rPr>
              <w:t>22</w:t>
            </w:r>
          </w:p>
        </w:tc>
      </w:tr>
      <w:tr w:rsidR="00A06E61" w14:paraId="214ECCD8" w14:textId="77777777" w:rsidTr="00865662">
        <w:trPr>
          <w:jc w:val="center"/>
        </w:trPr>
        <w:tc>
          <w:tcPr>
            <w:tcW w:w="1701" w:type="dxa"/>
            <w:shd w:val="clear" w:color="auto" w:fill="FFFFFF"/>
            <w:tcMar>
              <w:top w:w="35" w:type="dxa"/>
              <w:left w:w="35" w:type="dxa"/>
              <w:bottom w:w="35" w:type="dxa"/>
              <w:right w:w="35" w:type="dxa"/>
            </w:tcMar>
            <w:vAlign w:val="center"/>
          </w:tcPr>
          <w:p w14:paraId="282EEA82" w14:textId="77777777" w:rsidR="00A06E61" w:rsidRDefault="00000000" w:rsidP="00865662">
            <w:r>
              <w:rPr>
                <w:color w:val="000000"/>
                <w:sz w:val="13"/>
              </w:rPr>
              <w:t>Basic Education</w:t>
            </w:r>
          </w:p>
        </w:tc>
        <w:tc>
          <w:tcPr>
            <w:tcW w:w="1814" w:type="dxa"/>
            <w:shd w:val="clear" w:color="auto" w:fill="FFFFFF"/>
            <w:tcMar>
              <w:top w:w="35" w:type="dxa"/>
              <w:left w:w="35" w:type="dxa"/>
              <w:bottom w:w="35" w:type="dxa"/>
              <w:right w:w="35" w:type="dxa"/>
            </w:tcMar>
            <w:vAlign w:val="center"/>
          </w:tcPr>
          <w:p w14:paraId="2AE73D5E" w14:textId="77777777" w:rsidR="00A06E61" w:rsidRDefault="00000000" w:rsidP="00865662">
            <w:r>
              <w:rPr>
                <w:color w:val="000000"/>
                <w:sz w:val="13"/>
              </w:rPr>
              <w:t>Preschool Education</w:t>
            </w:r>
          </w:p>
        </w:tc>
        <w:tc>
          <w:tcPr>
            <w:tcW w:w="907" w:type="dxa"/>
            <w:shd w:val="clear" w:color="auto" w:fill="FFFFFF"/>
            <w:tcMar>
              <w:top w:w="35" w:type="dxa"/>
              <w:left w:w="35" w:type="dxa"/>
              <w:bottom w:w="35" w:type="dxa"/>
              <w:right w:w="35" w:type="dxa"/>
            </w:tcMar>
            <w:vAlign w:val="center"/>
          </w:tcPr>
          <w:p w14:paraId="042A0536"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5B1695B9"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0C7AC163" w14:textId="77777777" w:rsidR="00A06E61" w:rsidRDefault="00000000">
            <w:r>
              <w:rPr>
                <w:b/>
                <w:color w:val="000000"/>
                <w:sz w:val="13"/>
              </w:rPr>
              <w:t>In-Field:</w:t>
            </w:r>
            <w:r>
              <w:rPr>
                <w:color w:val="000000"/>
                <w:sz w:val="13"/>
              </w:rPr>
              <w:t xml:space="preserve"> To be a graduate of the undergraduate program in Preschool Teaching.</w:t>
            </w:r>
          </w:p>
          <w:p w14:paraId="5C59AB03"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770266D5" w14:textId="55DE7719" w:rsidR="00A06E61" w:rsidRDefault="00433341">
            <w:pPr>
              <w:jc w:val="center"/>
            </w:pPr>
            <w:r>
              <w:rPr>
                <w:color w:val="000000"/>
                <w:sz w:val="13"/>
              </w:rPr>
              <w:t>7</w:t>
            </w:r>
          </w:p>
        </w:tc>
        <w:tc>
          <w:tcPr>
            <w:tcW w:w="708" w:type="dxa"/>
            <w:shd w:val="clear" w:color="auto" w:fill="FFFFFF"/>
            <w:tcMar>
              <w:top w:w="35" w:type="dxa"/>
              <w:left w:w="35" w:type="dxa"/>
              <w:bottom w:w="35" w:type="dxa"/>
              <w:right w:w="35" w:type="dxa"/>
            </w:tcMar>
            <w:vAlign w:val="center"/>
          </w:tcPr>
          <w:p w14:paraId="322FE3EE"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7247E053"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4A75B934" w14:textId="6A51BFB6" w:rsidR="00A06E61" w:rsidRDefault="00433341">
            <w:pPr>
              <w:jc w:val="center"/>
            </w:pPr>
            <w:r>
              <w:rPr>
                <w:color w:val="000000"/>
                <w:sz w:val="13"/>
              </w:rPr>
              <w:t>9</w:t>
            </w:r>
          </w:p>
        </w:tc>
      </w:tr>
      <w:tr w:rsidR="00A06E61" w14:paraId="47830161" w14:textId="77777777" w:rsidTr="00865662">
        <w:trPr>
          <w:jc w:val="center"/>
        </w:trPr>
        <w:tc>
          <w:tcPr>
            <w:tcW w:w="1701" w:type="dxa"/>
            <w:shd w:val="clear" w:color="auto" w:fill="DDEBF7"/>
            <w:tcMar>
              <w:top w:w="35" w:type="dxa"/>
              <w:left w:w="35" w:type="dxa"/>
              <w:bottom w:w="35" w:type="dxa"/>
              <w:right w:w="35" w:type="dxa"/>
            </w:tcMar>
            <w:vAlign w:val="center"/>
          </w:tcPr>
          <w:p w14:paraId="671542D9" w14:textId="77777777" w:rsidR="00A06E61" w:rsidRDefault="00000000" w:rsidP="00865662">
            <w:r>
              <w:rPr>
                <w:color w:val="000000"/>
                <w:sz w:val="13"/>
              </w:rPr>
              <w:t>Basic Education</w:t>
            </w:r>
          </w:p>
        </w:tc>
        <w:tc>
          <w:tcPr>
            <w:tcW w:w="1814" w:type="dxa"/>
            <w:shd w:val="clear" w:color="auto" w:fill="DDEBF7"/>
            <w:tcMar>
              <w:top w:w="35" w:type="dxa"/>
              <w:left w:w="35" w:type="dxa"/>
              <w:bottom w:w="35" w:type="dxa"/>
              <w:right w:w="35" w:type="dxa"/>
            </w:tcMar>
            <w:vAlign w:val="center"/>
          </w:tcPr>
          <w:p w14:paraId="35B26A81" w14:textId="77777777" w:rsidR="00A06E61" w:rsidRDefault="00000000" w:rsidP="00865662">
            <w:r>
              <w:rPr>
                <w:color w:val="000000"/>
                <w:sz w:val="13"/>
              </w:rPr>
              <w:t>Classroom Education</w:t>
            </w:r>
          </w:p>
        </w:tc>
        <w:tc>
          <w:tcPr>
            <w:tcW w:w="907" w:type="dxa"/>
            <w:shd w:val="clear" w:color="auto" w:fill="DDEBF7"/>
            <w:tcMar>
              <w:top w:w="35" w:type="dxa"/>
              <w:left w:w="35" w:type="dxa"/>
              <w:bottom w:w="35" w:type="dxa"/>
              <w:right w:w="35" w:type="dxa"/>
            </w:tcMar>
            <w:vAlign w:val="center"/>
          </w:tcPr>
          <w:p w14:paraId="18ACB161" w14:textId="77777777" w:rsidR="00A06E61" w:rsidRDefault="00000000">
            <w:pPr>
              <w:jc w:val="center"/>
            </w:pPr>
            <w:r>
              <w:rPr>
                <w:color w:val="000000"/>
                <w:sz w:val="13"/>
              </w:rPr>
              <w:t>EA (60)</w:t>
            </w:r>
          </w:p>
        </w:tc>
        <w:tc>
          <w:tcPr>
            <w:tcW w:w="963" w:type="dxa"/>
            <w:shd w:val="clear" w:color="auto" w:fill="DDEBF7"/>
            <w:tcMar>
              <w:top w:w="35" w:type="dxa"/>
              <w:left w:w="35" w:type="dxa"/>
              <w:bottom w:w="35" w:type="dxa"/>
              <w:right w:w="35" w:type="dxa"/>
            </w:tcMar>
            <w:vAlign w:val="center"/>
          </w:tcPr>
          <w:p w14:paraId="341D99E6"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6EA5E737" w14:textId="77777777" w:rsidR="00A06E61" w:rsidRDefault="00000000">
            <w:r>
              <w:rPr>
                <w:b/>
                <w:color w:val="000000"/>
                <w:sz w:val="13"/>
              </w:rPr>
              <w:t>In-Field:</w:t>
            </w:r>
            <w:r>
              <w:rPr>
                <w:color w:val="000000"/>
                <w:sz w:val="13"/>
              </w:rPr>
              <w:t xml:space="preserve"> To be a graduate of the undergraduate program in Classroom Teaching.</w:t>
            </w:r>
          </w:p>
          <w:p w14:paraId="6DA420F0"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DDEBF7"/>
            <w:tcMar>
              <w:top w:w="35" w:type="dxa"/>
              <w:left w:w="35" w:type="dxa"/>
              <w:bottom w:w="35" w:type="dxa"/>
              <w:right w:w="35" w:type="dxa"/>
            </w:tcMar>
            <w:vAlign w:val="center"/>
          </w:tcPr>
          <w:p w14:paraId="4C90900C" w14:textId="2014298F" w:rsidR="00A06E61" w:rsidRDefault="00433341">
            <w:pPr>
              <w:jc w:val="center"/>
            </w:pPr>
            <w:r>
              <w:rPr>
                <w:color w:val="000000"/>
                <w:sz w:val="13"/>
              </w:rPr>
              <w:t>12</w:t>
            </w:r>
          </w:p>
        </w:tc>
        <w:tc>
          <w:tcPr>
            <w:tcW w:w="708" w:type="dxa"/>
            <w:shd w:val="clear" w:color="auto" w:fill="DDEBF7"/>
            <w:tcMar>
              <w:top w:w="35" w:type="dxa"/>
              <w:left w:w="35" w:type="dxa"/>
              <w:bottom w:w="35" w:type="dxa"/>
              <w:right w:w="35" w:type="dxa"/>
            </w:tcMar>
            <w:vAlign w:val="center"/>
          </w:tcPr>
          <w:p w14:paraId="60F2F5BF" w14:textId="77777777" w:rsidR="00A06E61" w:rsidRDefault="00000000">
            <w:pPr>
              <w:jc w:val="center"/>
            </w:pPr>
            <w:r>
              <w:rPr>
                <w:color w:val="000000"/>
                <w:sz w:val="13"/>
              </w:rPr>
              <w:t>-</w:t>
            </w:r>
          </w:p>
        </w:tc>
        <w:tc>
          <w:tcPr>
            <w:tcW w:w="878" w:type="dxa"/>
            <w:shd w:val="clear" w:color="auto" w:fill="DDEBF7"/>
            <w:tcMar>
              <w:top w:w="35" w:type="dxa"/>
              <w:left w:w="35" w:type="dxa"/>
              <w:bottom w:w="35" w:type="dxa"/>
              <w:right w:w="35" w:type="dxa"/>
            </w:tcMar>
            <w:vAlign w:val="center"/>
          </w:tcPr>
          <w:p w14:paraId="63CA94F9"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6DC20692" w14:textId="58F2EEB7" w:rsidR="00A06E61" w:rsidRDefault="00433341">
            <w:pPr>
              <w:jc w:val="center"/>
            </w:pPr>
            <w:r>
              <w:rPr>
                <w:color w:val="000000"/>
                <w:sz w:val="13"/>
              </w:rPr>
              <w:t>14</w:t>
            </w:r>
          </w:p>
        </w:tc>
      </w:tr>
      <w:tr w:rsidR="00A06E61" w14:paraId="5DFE6FA1" w14:textId="77777777" w:rsidTr="00865662">
        <w:trPr>
          <w:jc w:val="center"/>
        </w:trPr>
        <w:tc>
          <w:tcPr>
            <w:tcW w:w="1701" w:type="dxa"/>
            <w:shd w:val="clear" w:color="auto" w:fill="FFFFFF"/>
            <w:tcMar>
              <w:top w:w="35" w:type="dxa"/>
              <w:left w:w="35" w:type="dxa"/>
              <w:bottom w:w="35" w:type="dxa"/>
              <w:right w:w="35" w:type="dxa"/>
            </w:tcMar>
            <w:vAlign w:val="center"/>
          </w:tcPr>
          <w:p w14:paraId="07D8C746" w14:textId="77777777" w:rsidR="00A06E61" w:rsidRDefault="00000000" w:rsidP="00865662">
            <w:r>
              <w:rPr>
                <w:color w:val="000000"/>
                <w:sz w:val="13"/>
              </w:rPr>
              <w:t>Basic Islamic Sciences</w:t>
            </w:r>
          </w:p>
        </w:tc>
        <w:tc>
          <w:tcPr>
            <w:tcW w:w="1814" w:type="dxa"/>
            <w:shd w:val="clear" w:color="auto" w:fill="FFFFFF"/>
            <w:tcMar>
              <w:top w:w="35" w:type="dxa"/>
              <w:left w:w="35" w:type="dxa"/>
              <w:bottom w:w="35" w:type="dxa"/>
              <w:right w:w="35" w:type="dxa"/>
            </w:tcMar>
            <w:vAlign w:val="center"/>
          </w:tcPr>
          <w:p w14:paraId="22618486" w14:textId="77777777" w:rsidR="00A06E61" w:rsidRDefault="00000000" w:rsidP="00865662">
            <w:r>
              <w:rPr>
                <w:color w:val="000000"/>
                <w:sz w:val="13"/>
              </w:rPr>
              <w:t>Basic Islamic Sciences</w:t>
            </w:r>
          </w:p>
        </w:tc>
        <w:tc>
          <w:tcPr>
            <w:tcW w:w="907" w:type="dxa"/>
            <w:shd w:val="clear" w:color="auto" w:fill="FFFFFF"/>
            <w:tcMar>
              <w:top w:w="35" w:type="dxa"/>
              <w:left w:w="35" w:type="dxa"/>
              <w:bottom w:w="35" w:type="dxa"/>
              <w:right w:w="35" w:type="dxa"/>
            </w:tcMar>
            <w:vAlign w:val="center"/>
          </w:tcPr>
          <w:p w14:paraId="1225D615"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5092AF75"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2661EE74" w14:textId="2D997610" w:rsidR="00A06E61" w:rsidRDefault="00000000">
            <w:r>
              <w:rPr>
                <w:b/>
                <w:color w:val="000000"/>
                <w:sz w:val="13"/>
              </w:rPr>
              <w:t>In-Field:</w:t>
            </w:r>
            <w:r>
              <w:rPr>
                <w:color w:val="000000"/>
                <w:sz w:val="13"/>
              </w:rPr>
              <w:t xml:space="preserve"> To be a graduate of the undergraduate programs in Religious Culture and Moral Knowledge Teaching or Theology.</w:t>
            </w:r>
          </w:p>
          <w:p w14:paraId="16058E8B" w14:textId="77777777" w:rsidR="00A06E61" w:rsidRDefault="00000000">
            <w:r>
              <w:rPr>
                <w:b/>
                <w:color w:val="000000"/>
                <w:sz w:val="13"/>
              </w:rPr>
              <w:t>Out-of-Field:</w:t>
            </w:r>
            <w:r>
              <w:rPr>
                <w:color w:val="000000"/>
                <w:sz w:val="13"/>
              </w:rPr>
              <w:t xml:space="preserve"> To be a graduate of one of the undergraduate programs in Arabic Language and Literature, Arabic Translation and Interpreting, Arabic Teaching, or Law.</w:t>
            </w:r>
          </w:p>
        </w:tc>
        <w:tc>
          <w:tcPr>
            <w:tcW w:w="708" w:type="dxa"/>
            <w:shd w:val="clear" w:color="auto" w:fill="FFFFFF"/>
            <w:tcMar>
              <w:top w:w="35" w:type="dxa"/>
              <w:left w:w="35" w:type="dxa"/>
              <w:bottom w:w="35" w:type="dxa"/>
              <w:right w:w="35" w:type="dxa"/>
            </w:tcMar>
            <w:vAlign w:val="center"/>
          </w:tcPr>
          <w:p w14:paraId="6E3A1906" w14:textId="60D44AC9" w:rsidR="00A06E61" w:rsidRDefault="00433341">
            <w:pPr>
              <w:jc w:val="center"/>
            </w:pPr>
            <w:r>
              <w:rPr>
                <w:color w:val="000000"/>
                <w:sz w:val="13"/>
              </w:rPr>
              <w:t>14</w:t>
            </w:r>
          </w:p>
        </w:tc>
        <w:tc>
          <w:tcPr>
            <w:tcW w:w="708" w:type="dxa"/>
            <w:shd w:val="clear" w:color="auto" w:fill="FFFFFF"/>
            <w:tcMar>
              <w:top w:w="35" w:type="dxa"/>
              <w:left w:w="35" w:type="dxa"/>
              <w:bottom w:w="35" w:type="dxa"/>
              <w:right w:w="35" w:type="dxa"/>
            </w:tcMar>
            <w:vAlign w:val="center"/>
          </w:tcPr>
          <w:p w14:paraId="45DEF3AA" w14:textId="77777777" w:rsidR="00A06E61" w:rsidRDefault="00000000">
            <w:pPr>
              <w:jc w:val="center"/>
            </w:pPr>
            <w:r>
              <w:rPr>
                <w:color w:val="000000"/>
                <w:sz w:val="13"/>
              </w:rPr>
              <w:t>3</w:t>
            </w:r>
          </w:p>
        </w:tc>
        <w:tc>
          <w:tcPr>
            <w:tcW w:w="878" w:type="dxa"/>
            <w:shd w:val="clear" w:color="auto" w:fill="FFFFFF"/>
            <w:tcMar>
              <w:top w:w="35" w:type="dxa"/>
              <w:left w:w="35" w:type="dxa"/>
              <w:bottom w:w="35" w:type="dxa"/>
              <w:right w:w="35" w:type="dxa"/>
            </w:tcMar>
            <w:vAlign w:val="center"/>
          </w:tcPr>
          <w:p w14:paraId="15369D99" w14:textId="77777777" w:rsidR="00A06E61" w:rsidRDefault="00000000">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6B48AC14" w14:textId="52B8E52D" w:rsidR="00A06E61" w:rsidRDefault="00433341">
            <w:pPr>
              <w:jc w:val="center"/>
            </w:pPr>
            <w:r>
              <w:rPr>
                <w:color w:val="000000"/>
                <w:sz w:val="13"/>
              </w:rPr>
              <w:t>20</w:t>
            </w:r>
          </w:p>
        </w:tc>
      </w:tr>
      <w:tr w:rsidR="00A06E61" w14:paraId="62494F40" w14:textId="77777777" w:rsidTr="00865662">
        <w:trPr>
          <w:jc w:val="center"/>
        </w:trPr>
        <w:tc>
          <w:tcPr>
            <w:tcW w:w="1701" w:type="dxa"/>
            <w:shd w:val="clear" w:color="auto" w:fill="DDEBF7"/>
            <w:tcMar>
              <w:top w:w="35" w:type="dxa"/>
              <w:left w:w="35" w:type="dxa"/>
              <w:bottom w:w="35" w:type="dxa"/>
              <w:right w:w="35" w:type="dxa"/>
            </w:tcMar>
            <w:vAlign w:val="center"/>
          </w:tcPr>
          <w:p w14:paraId="050D50C7" w14:textId="77777777" w:rsidR="00A06E61" w:rsidRDefault="00000000" w:rsidP="00865662">
            <w:r>
              <w:rPr>
                <w:color w:val="000000"/>
                <w:sz w:val="13"/>
              </w:rPr>
              <w:t>Tourism Management</w:t>
            </w:r>
          </w:p>
        </w:tc>
        <w:tc>
          <w:tcPr>
            <w:tcW w:w="1814" w:type="dxa"/>
            <w:shd w:val="clear" w:color="auto" w:fill="DDEBF7"/>
            <w:tcMar>
              <w:top w:w="35" w:type="dxa"/>
              <w:left w:w="35" w:type="dxa"/>
              <w:bottom w:w="35" w:type="dxa"/>
              <w:right w:w="35" w:type="dxa"/>
            </w:tcMar>
            <w:vAlign w:val="center"/>
          </w:tcPr>
          <w:p w14:paraId="6AE09B3C" w14:textId="77777777" w:rsidR="00A06E61" w:rsidRDefault="00000000" w:rsidP="00865662">
            <w:r>
              <w:rPr>
                <w:color w:val="000000"/>
                <w:sz w:val="13"/>
              </w:rPr>
              <w:t>Faith Tourism</w:t>
            </w:r>
          </w:p>
        </w:tc>
        <w:tc>
          <w:tcPr>
            <w:tcW w:w="907" w:type="dxa"/>
            <w:shd w:val="clear" w:color="auto" w:fill="DDEBF7"/>
            <w:tcMar>
              <w:top w:w="35" w:type="dxa"/>
              <w:left w:w="35" w:type="dxa"/>
              <w:bottom w:w="35" w:type="dxa"/>
              <w:right w:w="35" w:type="dxa"/>
            </w:tcMar>
            <w:vAlign w:val="center"/>
          </w:tcPr>
          <w:p w14:paraId="45B04ECC" w14:textId="77777777" w:rsidR="00A06E61" w:rsidRDefault="00000000">
            <w:pPr>
              <w:jc w:val="center"/>
            </w:pPr>
            <w:r>
              <w:rPr>
                <w:color w:val="000000"/>
                <w:sz w:val="13"/>
              </w:rPr>
              <w:t>SÖZ/EA (55)</w:t>
            </w:r>
          </w:p>
        </w:tc>
        <w:tc>
          <w:tcPr>
            <w:tcW w:w="963" w:type="dxa"/>
            <w:shd w:val="clear" w:color="auto" w:fill="DDEBF7"/>
            <w:tcMar>
              <w:top w:w="35" w:type="dxa"/>
              <w:left w:w="35" w:type="dxa"/>
              <w:bottom w:w="35" w:type="dxa"/>
              <w:right w:w="35" w:type="dxa"/>
            </w:tcMar>
            <w:vAlign w:val="center"/>
          </w:tcPr>
          <w:p w14:paraId="17CBC7A5"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7FB6CF1E" w14:textId="77777777" w:rsidR="00A06E61" w:rsidRDefault="00000000">
            <w:r>
              <w:rPr>
                <w:b/>
                <w:color w:val="000000"/>
                <w:sz w:val="13"/>
              </w:rPr>
              <w:t>In-Field:</w:t>
            </w:r>
            <w:r>
              <w:rPr>
                <w:color w:val="000000"/>
                <w:sz w:val="13"/>
              </w:rPr>
              <w:t xml:space="preserve"> To be a graduate of one of the undergraduate programs in Gastronomy and Culinary Arts, Hospitality Management, Recreation Management, Travel Management, Travel Management and Tourism Guidance, Tourism Management, Tourism Guidance, Tourism and Hotel Management, or Food and Beverage Management.</w:t>
            </w:r>
          </w:p>
          <w:p w14:paraId="2334AB5C" w14:textId="77777777" w:rsidR="00A06E61" w:rsidRDefault="00000000">
            <w:r>
              <w:rPr>
                <w:b/>
                <w:color w:val="000000"/>
                <w:sz w:val="13"/>
              </w:rPr>
              <w:t>Out-of-Field:</w:t>
            </w:r>
            <w:r>
              <w:rPr>
                <w:color w:val="000000"/>
                <w:sz w:val="13"/>
              </w:rPr>
              <w:t xml:space="preserve"> To be a graduate of one of the undergraduate programs in Archaeology, Geography, Economics, Theology, Human Resources Management, Business Administration, Marketing, Art History, Political Science and Public Administration, Sociology, History, or International Trade and Logistics.</w:t>
            </w:r>
          </w:p>
        </w:tc>
        <w:tc>
          <w:tcPr>
            <w:tcW w:w="708" w:type="dxa"/>
            <w:shd w:val="clear" w:color="auto" w:fill="DDEBF7"/>
            <w:tcMar>
              <w:top w:w="35" w:type="dxa"/>
              <w:left w:w="35" w:type="dxa"/>
              <w:bottom w:w="35" w:type="dxa"/>
              <w:right w:w="35" w:type="dxa"/>
            </w:tcMar>
            <w:vAlign w:val="center"/>
          </w:tcPr>
          <w:p w14:paraId="369EACD5" w14:textId="77777777" w:rsidR="00A06E61" w:rsidRDefault="00000000">
            <w:pPr>
              <w:jc w:val="center"/>
            </w:pPr>
            <w:r>
              <w:rPr>
                <w:color w:val="000000"/>
                <w:sz w:val="13"/>
              </w:rPr>
              <w:t>10</w:t>
            </w:r>
          </w:p>
        </w:tc>
        <w:tc>
          <w:tcPr>
            <w:tcW w:w="708" w:type="dxa"/>
            <w:shd w:val="clear" w:color="auto" w:fill="DDEBF7"/>
            <w:tcMar>
              <w:top w:w="35" w:type="dxa"/>
              <w:left w:w="35" w:type="dxa"/>
              <w:bottom w:w="35" w:type="dxa"/>
              <w:right w:w="35" w:type="dxa"/>
            </w:tcMar>
            <w:vAlign w:val="center"/>
          </w:tcPr>
          <w:p w14:paraId="00593B01" w14:textId="77777777" w:rsidR="00A06E61" w:rsidRDefault="00000000">
            <w:pPr>
              <w:jc w:val="center"/>
            </w:pPr>
            <w:r>
              <w:rPr>
                <w:color w:val="000000"/>
                <w:sz w:val="13"/>
              </w:rPr>
              <w:t>5</w:t>
            </w:r>
          </w:p>
        </w:tc>
        <w:tc>
          <w:tcPr>
            <w:tcW w:w="878" w:type="dxa"/>
            <w:shd w:val="clear" w:color="auto" w:fill="DDEBF7"/>
            <w:tcMar>
              <w:top w:w="35" w:type="dxa"/>
              <w:left w:w="35" w:type="dxa"/>
              <w:bottom w:w="35" w:type="dxa"/>
              <w:right w:w="35" w:type="dxa"/>
            </w:tcMar>
            <w:vAlign w:val="center"/>
          </w:tcPr>
          <w:p w14:paraId="7A393DBF" w14:textId="77777777" w:rsidR="00A06E61" w:rsidRDefault="00000000">
            <w:pPr>
              <w:jc w:val="center"/>
            </w:pPr>
            <w:r>
              <w:rPr>
                <w:color w:val="000000"/>
                <w:sz w:val="13"/>
              </w:rPr>
              <w:t>3</w:t>
            </w:r>
          </w:p>
        </w:tc>
        <w:tc>
          <w:tcPr>
            <w:tcW w:w="623" w:type="dxa"/>
            <w:shd w:val="clear" w:color="auto" w:fill="DDEBF7"/>
            <w:tcMar>
              <w:top w:w="35" w:type="dxa"/>
              <w:left w:w="35" w:type="dxa"/>
              <w:bottom w:w="35" w:type="dxa"/>
              <w:right w:w="35" w:type="dxa"/>
            </w:tcMar>
            <w:vAlign w:val="center"/>
          </w:tcPr>
          <w:p w14:paraId="0102C4EC" w14:textId="77777777" w:rsidR="00A06E61" w:rsidRDefault="00000000">
            <w:pPr>
              <w:jc w:val="center"/>
            </w:pPr>
            <w:r>
              <w:rPr>
                <w:color w:val="000000"/>
                <w:sz w:val="13"/>
              </w:rPr>
              <w:t>18</w:t>
            </w:r>
          </w:p>
        </w:tc>
      </w:tr>
      <w:tr w:rsidR="00A06E61" w14:paraId="3DC79B47" w14:textId="77777777" w:rsidTr="00865662">
        <w:trPr>
          <w:jc w:val="center"/>
        </w:trPr>
        <w:tc>
          <w:tcPr>
            <w:tcW w:w="1701" w:type="dxa"/>
            <w:shd w:val="clear" w:color="auto" w:fill="FFFFFF"/>
            <w:tcMar>
              <w:top w:w="35" w:type="dxa"/>
              <w:left w:w="35" w:type="dxa"/>
              <w:bottom w:w="35" w:type="dxa"/>
              <w:right w:w="35" w:type="dxa"/>
            </w:tcMar>
            <w:vAlign w:val="center"/>
          </w:tcPr>
          <w:p w14:paraId="317228F6" w14:textId="77777777" w:rsidR="00A06E61" w:rsidRDefault="00000000" w:rsidP="00865662">
            <w:r>
              <w:rPr>
                <w:color w:val="000000"/>
                <w:sz w:val="13"/>
              </w:rPr>
              <w:t>Tourism Management</w:t>
            </w:r>
          </w:p>
        </w:tc>
        <w:tc>
          <w:tcPr>
            <w:tcW w:w="1814" w:type="dxa"/>
            <w:shd w:val="clear" w:color="auto" w:fill="FFFFFF"/>
            <w:tcMar>
              <w:top w:w="35" w:type="dxa"/>
              <w:left w:w="35" w:type="dxa"/>
              <w:bottom w:w="35" w:type="dxa"/>
              <w:right w:w="35" w:type="dxa"/>
            </w:tcMar>
            <w:vAlign w:val="center"/>
          </w:tcPr>
          <w:p w14:paraId="039A3B17" w14:textId="77777777" w:rsidR="00A06E61" w:rsidRDefault="00000000" w:rsidP="00865662">
            <w:r>
              <w:rPr>
                <w:color w:val="000000"/>
                <w:sz w:val="13"/>
              </w:rPr>
              <w:t>Tourism Management</w:t>
            </w:r>
          </w:p>
        </w:tc>
        <w:tc>
          <w:tcPr>
            <w:tcW w:w="907" w:type="dxa"/>
            <w:shd w:val="clear" w:color="auto" w:fill="FFFFFF"/>
            <w:tcMar>
              <w:top w:w="35" w:type="dxa"/>
              <w:left w:w="35" w:type="dxa"/>
              <w:bottom w:w="35" w:type="dxa"/>
              <w:right w:w="35" w:type="dxa"/>
            </w:tcMar>
            <w:vAlign w:val="center"/>
          </w:tcPr>
          <w:p w14:paraId="4ED98D0A" w14:textId="77777777" w:rsidR="00A06E61" w:rsidRDefault="00000000">
            <w:pPr>
              <w:jc w:val="center"/>
            </w:pPr>
            <w:r>
              <w:rPr>
                <w:color w:val="000000"/>
                <w:sz w:val="13"/>
              </w:rPr>
              <w:t>SÖZ/EA (55)</w:t>
            </w:r>
          </w:p>
        </w:tc>
        <w:tc>
          <w:tcPr>
            <w:tcW w:w="963" w:type="dxa"/>
            <w:shd w:val="clear" w:color="auto" w:fill="FFFFFF"/>
            <w:tcMar>
              <w:top w:w="35" w:type="dxa"/>
              <w:left w:w="35" w:type="dxa"/>
              <w:bottom w:w="35" w:type="dxa"/>
              <w:right w:w="35" w:type="dxa"/>
            </w:tcMar>
            <w:vAlign w:val="center"/>
          </w:tcPr>
          <w:p w14:paraId="0B048E81"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48DBA47C" w14:textId="77777777" w:rsidR="00A06E61" w:rsidRDefault="00000000">
            <w:r>
              <w:rPr>
                <w:b/>
                <w:color w:val="000000"/>
                <w:sz w:val="13"/>
              </w:rPr>
              <w:t>In-Field:</w:t>
            </w:r>
            <w:r>
              <w:rPr>
                <w:color w:val="000000"/>
                <w:sz w:val="13"/>
              </w:rPr>
              <w:t xml:space="preserve"> To be a graduate of one of the undergraduate programs in Hospitality Management, Travel Management, Travel Management and Tourism Guidance, Tourism Management, Tourism and Hotel Management, or Food and Beverage Management.</w:t>
            </w:r>
          </w:p>
          <w:p w14:paraId="2D41F6AD" w14:textId="77777777" w:rsidR="00A06E61" w:rsidRDefault="00000000">
            <w:r>
              <w:rPr>
                <w:b/>
                <w:color w:val="000000"/>
                <w:sz w:val="13"/>
              </w:rPr>
              <w:t>Out-of-Field:</w:t>
            </w:r>
            <w:r>
              <w:rPr>
                <w:color w:val="000000"/>
                <w:sz w:val="13"/>
              </w:rPr>
              <w:t xml:space="preserve"> To be a graduate of one of the undergraduate programs in Banking and Finance, Labor Economics and Industrial Relations, Financial Economics, Gastronomy and Culinary Arts, Entrepreneurship and Innovation Management, Economics, Human Resources Management, Business Administration, Accounting and Finance, Marketing, Recreation </w:t>
            </w:r>
            <w:r>
              <w:rPr>
                <w:color w:val="000000"/>
                <w:sz w:val="13"/>
              </w:rPr>
              <w:lastRenderedPageBreak/>
              <w:t>Management, Art History, Political Science and Public Administration, Sociology, Tourism Guidance, International Trade and Logistics, or Production Management and Marketing.</w:t>
            </w:r>
          </w:p>
        </w:tc>
        <w:tc>
          <w:tcPr>
            <w:tcW w:w="708" w:type="dxa"/>
            <w:shd w:val="clear" w:color="auto" w:fill="FFFFFF"/>
            <w:tcMar>
              <w:top w:w="35" w:type="dxa"/>
              <w:left w:w="35" w:type="dxa"/>
              <w:bottom w:w="35" w:type="dxa"/>
              <w:right w:w="35" w:type="dxa"/>
            </w:tcMar>
            <w:vAlign w:val="center"/>
          </w:tcPr>
          <w:p w14:paraId="56A10537" w14:textId="77777777" w:rsidR="00A06E61" w:rsidRDefault="00000000">
            <w:pPr>
              <w:jc w:val="center"/>
            </w:pPr>
            <w:r>
              <w:rPr>
                <w:color w:val="000000"/>
                <w:sz w:val="13"/>
              </w:rPr>
              <w:lastRenderedPageBreak/>
              <w:t>10</w:t>
            </w:r>
          </w:p>
        </w:tc>
        <w:tc>
          <w:tcPr>
            <w:tcW w:w="708" w:type="dxa"/>
            <w:shd w:val="clear" w:color="auto" w:fill="FFFFFF"/>
            <w:tcMar>
              <w:top w:w="35" w:type="dxa"/>
              <w:left w:w="35" w:type="dxa"/>
              <w:bottom w:w="35" w:type="dxa"/>
              <w:right w:w="35" w:type="dxa"/>
            </w:tcMar>
            <w:vAlign w:val="center"/>
          </w:tcPr>
          <w:p w14:paraId="7A51FBEC" w14:textId="77777777" w:rsidR="00A06E61" w:rsidRDefault="00000000">
            <w:pPr>
              <w:jc w:val="center"/>
            </w:pPr>
            <w:r>
              <w:rPr>
                <w:color w:val="000000"/>
                <w:sz w:val="13"/>
              </w:rPr>
              <w:t>5</w:t>
            </w:r>
          </w:p>
        </w:tc>
        <w:tc>
          <w:tcPr>
            <w:tcW w:w="878" w:type="dxa"/>
            <w:shd w:val="clear" w:color="auto" w:fill="FFFFFF"/>
            <w:tcMar>
              <w:top w:w="35" w:type="dxa"/>
              <w:left w:w="35" w:type="dxa"/>
              <w:bottom w:w="35" w:type="dxa"/>
              <w:right w:w="35" w:type="dxa"/>
            </w:tcMar>
            <w:vAlign w:val="center"/>
          </w:tcPr>
          <w:p w14:paraId="363A90FC" w14:textId="77777777" w:rsidR="00A06E61" w:rsidRDefault="00000000">
            <w:pPr>
              <w:jc w:val="center"/>
            </w:pPr>
            <w:r>
              <w:rPr>
                <w:color w:val="000000"/>
                <w:sz w:val="13"/>
              </w:rPr>
              <w:t>5</w:t>
            </w:r>
          </w:p>
        </w:tc>
        <w:tc>
          <w:tcPr>
            <w:tcW w:w="623" w:type="dxa"/>
            <w:shd w:val="clear" w:color="auto" w:fill="FFFFFF"/>
            <w:tcMar>
              <w:top w:w="35" w:type="dxa"/>
              <w:left w:w="35" w:type="dxa"/>
              <w:bottom w:w="35" w:type="dxa"/>
              <w:right w:w="35" w:type="dxa"/>
            </w:tcMar>
            <w:vAlign w:val="center"/>
          </w:tcPr>
          <w:p w14:paraId="7FD8DDF2" w14:textId="77777777" w:rsidR="00A06E61" w:rsidRDefault="00000000">
            <w:pPr>
              <w:jc w:val="center"/>
            </w:pPr>
            <w:r>
              <w:rPr>
                <w:color w:val="000000"/>
                <w:sz w:val="13"/>
              </w:rPr>
              <w:t>20</w:t>
            </w:r>
          </w:p>
        </w:tc>
      </w:tr>
      <w:tr w:rsidR="00A06E61" w14:paraId="31798893" w14:textId="77777777" w:rsidTr="00865662">
        <w:trPr>
          <w:jc w:val="center"/>
        </w:trPr>
        <w:tc>
          <w:tcPr>
            <w:tcW w:w="1701" w:type="dxa"/>
            <w:shd w:val="clear" w:color="auto" w:fill="DDEBF7"/>
            <w:tcMar>
              <w:top w:w="35" w:type="dxa"/>
              <w:left w:w="35" w:type="dxa"/>
              <w:bottom w:w="35" w:type="dxa"/>
              <w:right w:w="35" w:type="dxa"/>
            </w:tcMar>
            <w:vAlign w:val="center"/>
          </w:tcPr>
          <w:p w14:paraId="2D9CD121" w14:textId="77777777" w:rsidR="00A06E61" w:rsidRDefault="00000000" w:rsidP="00865662">
            <w:r>
              <w:rPr>
                <w:color w:val="000000"/>
                <w:sz w:val="13"/>
              </w:rPr>
              <w:t>Tourism Management</w:t>
            </w:r>
          </w:p>
        </w:tc>
        <w:tc>
          <w:tcPr>
            <w:tcW w:w="1814" w:type="dxa"/>
            <w:shd w:val="clear" w:color="auto" w:fill="DDEBF7"/>
            <w:tcMar>
              <w:top w:w="35" w:type="dxa"/>
              <w:left w:w="35" w:type="dxa"/>
              <w:bottom w:w="35" w:type="dxa"/>
              <w:right w:w="35" w:type="dxa"/>
            </w:tcMar>
            <w:vAlign w:val="center"/>
          </w:tcPr>
          <w:p w14:paraId="740FACC3" w14:textId="77777777" w:rsidR="00A06E61" w:rsidRDefault="00000000" w:rsidP="00865662">
            <w:r>
              <w:rPr>
                <w:color w:val="000000"/>
                <w:sz w:val="13"/>
              </w:rPr>
              <w:t>Tourism Management (English)</w:t>
            </w:r>
          </w:p>
        </w:tc>
        <w:tc>
          <w:tcPr>
            <w:tcW w:w="907" w:type="dxa"/>
            <w:shd w:val="clear" w:color="auto" w:fill="DDEBF7"/>
            <w:tcMar>
              <w:top w:w="35" w:type="dxa"/>
              <w:left w:w="35" w:type="dxa"/>
              <w:bottom w:w="35" w:type="dxa"/>
              <w:right w:w="35" w:type="dxa"/>
            </w:tcMar>
            <w:vAlign w:val="center"/>
          </w:tcPr>
          <w:p w14:paraId="1863A383" w14:textId="77777777" w:rsidR="00A06E61" w:rsidRDefault="00000000">
            <w:pPr>
              <w:jc w:val="center"/>
            </w:pPr>
            <w:r>
              <w:rPr>
                <w:color w:val="000000"/>
                <w:sz w:val="13"/>
              </w:rPr>
              <w:t>SÖZ/EA (55)</w:t>
            </w:r>
          </w:p>
        </w:tc>
        <w:tc>
          <w:tcPr>
            <w:tcW w:w="963" w:type="dxa"/>
            <w:shd w:val="clear" w:color="auto" w:fill="DDEBF7"/>
            <w:tcMar>
              <w:top w:w="35" w:type="dxa"/>
              <w:left w:w="35" w:type="dxa"/>
              <w:bottom w:w="35" w:type="dxa"/>
              <w:right w:w="35" w:type="dxa"/>
            </w:tcMar>
            <w:vAlign w:val="center"/>
          </w:tcPr>
          <w:p w14:paraId="41849701" w14:textId="77777777" w:rsidR="00A06E61" w:rsidRDefault="00000000">
            <w:pPr>
              <w:jc w:val="center"/>
            </w:pPr>
            <w:r>
              <w:rPr>
                <w:color w:val="000000"/>
                <w:sz w:val="13"/>
              </w:rPr>
              <w:t>65</w:t>
            </w:r>
          </w:p>
        </w:tc>
        <w:tc>
          <w:tcPr>
            <w:tcW w:w="6917" w:type="dxa"/>
            <w:shd w:val="clear" w:color="auto" w:fill="DDEBF7"/>
            <w:tcMar>
              <w:top w:w="35" w:type="dxa"/>
              <w:left w:w="35" w:type="dxa"/>
              <w:bottom w:w="35" w:type="dxa"/>
              <w:right w:w="35" w:type="dxa"/>
            </w:tcMar>
          </w:tcPr>
          <w:p w14:paraId="16A1E6F8" w14:textId="77777777" w:rsidR="00A06E61" w:rsidRDefault="00000000">
            <w:r>
              <w:rPr>
                <w:b/>
                <w:color w:val="000000"/>
                <w:sz w:val="13"/>
              </w:rPr>
              <w:t>In-Field:</w:t>
            </w:r>
            <w:r>
              <w:rPr>
                <w:color w:val="000000"/>
                <w:sz w:val="13"/>
              </w:rPr>
              <w:t xml:space="preserve"> To be a graduate of one of the undergraduate programs in Hospitality Management, Travel Management, Travel Management and Tourism Guidance, Tourism Management, Tourism and Hotel Management, or Food and Beverage Management.</w:t>
            </w:r>
          </w:p>
          <w:p w14:paraId="5C267742" w14:textId="77777777" w:rsidR="00A06E61" w:rsidRDefault="00000000">
            <w:r>
              <w:rPr>
                <w:b/>
                <w:color w:val="000000"/>
                <w:sz w:val="13"/>
              </w:rPr>
              <w:t>Out-of-Field:</w:t>
            </w:r>
            <w:r>
              <w:rPr>
                <w:color w:val="000000"/>
                <w:sz w:val="13"/>
              </w:rPr>
              <w:t xml:space="preserve"> To be a graduate of one of the undergraduate programs in Banking and Finance, Labor Economics and Industrial Relations, Financial Economics, Gastronomy and Culinary Arts, Entrepreneurship and Innovation Management, Economics, Human Resources Management, Business Administration, Accounting and Finance, Marketing, Recreation Management, Art History, Political Science and Public Administration, Sociology, Tourism Guidance, International Trade and Logistics, or Production Management and Marketing.</w:t>
            </w:r>
          </w:p>
        </w:tc>
        <w:tc>
          <w:tcPr>
            <w:tcW w:w="708" w:type="dxa"/>
            <w:shd w:val="clear" w:color="auto" w:fill="DDEBF7"/>
            <w:tcMar>
              <w:top w:w="35" w:type="dxa"/>
              <w:left w:w="35" w:type="dxa"/>
              <w:bottom w:w="35" w:type="dxa"/>
              <w:right w:w="35" w:type="dxa"/>
            </w:tcMar>
            <w:vAlign w:val="center"/>
          </w:tcPr>
          <w:p w14:paraId="4AB9FD89" w14:textId="77777777" w:rsidR="00A06E61" w:rsidRDefault="00000000">
            <w:pPr>
              <w:jc w:val="center"/>
            </w:pPr>
            <w:r>
              <w:rPr>
                <w:color w:val="000000"/>
                <w:sz w:val="13"/>
              </w:rPr>
              <w:t>10</w:t>
            </w:r>
          </w:p>
        </w:tc>
        <w:tc>
          <w:tcPr>
            <w:tcW w:w="708" w:type="dxa"/>
            <w:shd w:val="clear" w:color="auto" w:fill="DDEBF7"/>
            <w:tcMar>
              <w:top w:w="35" w:type="dxa"/>
              <w:left w:w="35" w:type="dxa"/>
              <w:bottom w:w="35" w:type="dxa"/>
              <w:right w:w="35" w:type="dxa"/>
            </w:tcMar>
            <w:vAlign w:val="center"/>
          </w:tcPr>
          <w:p w14:paraId="5C405373" w14:textId="77777777" w:rsidR="00A06E61" w:rsidRDefault="00000000">
            <w:pPr>
              <w:jc w:val="center"/>
            </w:pPr>
            <w:r>
              <w:rPr>
                <w:color w:val="000000"/>
                <w:sz w:val="13"/>
              </w:rPr>
              <w:t>5</w:t>
            </w:r>
          </w:p>
        </w:tc>
        <w:tc>
          <w:tcPr>
            <w:tcW w:w="878" w:type="dxa"/>
            <w:shd w:val="clear" w:color="auto" w:fill="DDEBF7"/>
            <w:tcMar>
              <w:top w:w="35" w:type="dxa"/>
              <w:left w:w="35" w:type="dxa"/>
              <w:bottom w:w="35" w:type="dxa"/>
              <w:right w:w="35" w:type="dxa"/>
            </w:tcMar>
            <w:vAlign w:val="center"/>
          </w:tcPr>
          <w:p w14:paraId="2ACE4516" w14:textId="77777777" w:rsidR="00A06E61" w:rsidRDefault="00000000">
            <w:pPr>
              <w:jc w:val="center"/>
            </w:pPr>
            <w:r>
              <w:rPr>
                <w:color w:val="000000"/>
                <w:sz w:val="13"/>
              </w:rPr>
              <w:t>5</w:t>
            </w:r>
          </w:p>
        </w:tc>
        <w:tc>
          <w:tcPr>
            <w:tcW w:w="623" w:type="dxa"/>
            <w:shd w:val="clear" w:color="auto" w:fill="DDEBF7"/>
            <w:tcMar>
              <w:top w:w="35" w:type="dxa"/>
              <w:left w:w="35" w:type="dxa"/>
              <w:bottom w:w="35" w:type="dxa"/>
              <w:right w:w="35" w:type="dxa"/>
            </w:tcMar>
            <w:vAlign w:val="center"/>
          </w:tcPr>
          <w:p w14:paraId="463D1C75" w14:textId="77777777" w:rsidR="00A06E61" w:rsidRDefault="00000000">
            <w:pPr>
              <w:jc w:val="center"/>
            </w:pPr>
            <w:r>
              <w:rPr>
                <w:color w:val="000000"/>
                <w:sz w:val="13"/>
              </w:rPr>
              <w:t>20</w:t>
            </w:r>
          </w:p>
        </w:tc>
      </w:tr>
      <w:tr w:rsidR="00A06E61" w14:paraId="2D459883" w14:textId="77777777" w:rsidTr="00865662">
        <w:trPr>
          <w:jc w:val="center"/>
        </w:trPr>
        <w:tc>
          <w:tcPr>
            <w:tcW w:w="1701" w:type="dxa"/>
            <w:shd w:val="clear" w:color="auto" w:fill="FFFFFF"/>
            <w:tcMar>
              <w:top w:w="35" w:type="dxa"/>
              <w:left w:w="35" w:type="dxa"/>
              <w:bottom w:w="35" w:type="dxa"/>
              <w:right w:w="35" w:type="dxa"/>
            </w:tcMar>
            <w:vAlign w:val="center"/>
          </w:tcPr>
          <w:p w14:paraId="1E79419A" w14:textId="77777777" w:rsidR="00A06E61" w:rsidRDefault="00000000" w:rsidP="00865662">
            <w:r>
              <w:rPr>
                <w:color w:val="000000"/>
                <w:sz w:val="13"/>
              </w:rPr>
              <w:t>Tourism Management</w:t>
            </w:r>
          </w:p>
        </w:tc>
        <w:tc>
          <w:tcPr>
            <w:tcW w:w="1814" w:type="dxa"/>
            <w:shd w:val="clear" w:color="auto" w:fill="FFFFFF"/>
            <w:tcMar>
              <w:top w:w="35" w:type="dxa"/>
              <w:left w:w="35" w:type="dxa"/>
              <w:bottom w:w="35" w:type="dxa"/>
              <w:right w:w="35" w:type="dxa"/>
            </w:tcMar>
            <w:vAlign w:val="center"/>
          </w:tcPr>
          <w:p w14:paraId="2CD66E63" w14:textId="77777777" w:rsidR="00A06E61" w:rsidRDefault="00000000" w:rsidP="00865662">
            <w:r>
              <w:rPr>
                <w:color w:val="000000"/>
                <w:sz w:val="13"/>
              </w:rPr>
              <w:t>Tourism Management (English) - International Joint Master’s Program (Kazakhstan Karaganda Buketov University)</w:t>
            </w:r>
          </w:p>
        </w:tc>
        <w:tc>
          <w:tcPr>
            <w:tcW w:w="907" w:type="dxa"/>
            <w:shd w:val="clear" w:color="auto" w:fill="FFFFFF"/>
            <w:tcMar>
              <w:top w:w="35" w:type="dxa"/>
              <w:left w:w="35" w:type="dxa"/>
              <w:bottom w:w="35" w:type="dxa"/>
              <w:right w:w="35" w:type="dxa"/>
            </w:tcMar>
            <w:vAlign w:val="center"/>
          </w:tcPr>
          <w:p w14:paraId="3955A3B5" w14:textId="77777777" w:rsidR="00A06E61" w:rsidRDefault="00000000">
            <w:pPr>
              <w:jc w:val="center"/>
            </w:pPr>
            <w:r>
              <w:rPr>
                <w:color w:val="000000"/>
                <w:sz w:val="13"/>
              </w:rPr>
              <w:t>SÖZ/EA (55)</w:t>
            </w:r>
          </w:p>
        </w:tc>
        <w:tc>
          <w:tcPr>
            <w:tcW w:w="963" w:type="dxa"/>
            <w:shd w:val="clear" w:color="auto" w:fill="FFFFFF"/>
            <w:tcMar>
              <w:top w:w="35" w:type="dxa"/>
              <w:left w:w="35" w:type="dxa"/>
              <w:bottom w:w="35" w:type="dxa"/>
              <w:right w:w="35" w:type="dxa"/>
            </w:tcMar>
            <w:vAlign w:val="center"/>
          </w:tcPr>
          <w:p w14:paraId="25762521" w14:textId="77777777" w:rsidR="00A06E61" w:rsidRDefault="00000000">
            <w:pPr>
              <w:jc w:val="center"/>
            </w:pPr>
            <w:r>
              <w:rPr>
                <w:color w:val="000000"/>
                <w:sz w:val="13"/>
              </w:rPr>
              <w:t>65</w:t>
            </w:r>
          </w:p>
        </w:tc>
        <w:tc>
          <w:tcPr>
            <w:tcW w:w="6917" w:type="dxa"/>
            <w:shd w:val="clear" w:color="auto" w:fill="FFFFFF"/>
            <w:tcMar>
              <w:top w:w="35" w:type="dxa"/>
              <w:left w:w="35" w:type="dxa"/>
              <w:bottom w:w="35" w:type="dxa"/>
              <w:right w:w="35" w:type="dxa"/>
            </w:tcMar>
          </w:tcPr>
          <w:p w14:paraId="407B3CAE" w14:textId="77777777" w:rsidR="00A06E61" w:rsidRDefault="00000000">
            <w:r>
              <w:rPr>
                <w:b/>
                <w:color w:val="000000"/>
                <w:sz w:val="13"/>
              </w:rPr>
              <w:t>In-Field:</w:t>
            </w:r>
            <w:r>
              <w:rPr>
                <w:color w:val="000000"/>
                <w:sz w:val="13"/>
              </w:rPr>
              <w:t xml:space="preserve"> To be a graduate of one of the undergraduate programs in Hospitality Management, Travel Management, Travel Management and Tourism Guidance, Tourism Management, Tourism and Hotel Management, or Food and Beverage Management.</w:t>
            </w:r>
          </w:p>
          <w:p w14:paraId="52D3A2F2" w14:textId="77777777" w:rsidR="00A06E61" w:rsidRDefault="00000000">
            <w:r>
              <w:rPr>
                <w:b/>
                <w:color w:val="000000"/>
                <w:sz w:val="13"/>
              </w:rPr>
              <w:t>International Student:</w:t>
            </w:r>
            <w:r>
              <w:rPr>
                <w:color w:val="000000"/>
                <w:sz w:val="13"/>
              </w:rPr>
              <w:t xml:space="preserve"> To be a citizen of Kazakhstan and to be a graduate of one of the undergraduate programs equivalent to Hospitality Management, Travel Management, Travel Management and Tourism Guidance, Tourism Management, Tourism and Hotel Management, or Food and Beverage Management.</w:t>
            </w:r>
          </w:p>
        </w:tc>
        <w:tc>
          <w:tcPr>
            <w:tcW w:w="708" w:type="dxa"/>
            <w:shd w:val="clear" w:color="auto" w:fill="FFFFFF"/>
            <w:tcMar>
              <w:top w:w="35" w:type="dxa"/>
              <w:left w:w="35" w:type="dxa"/>
              <w:bottom w:w="35" w:type="dxa"/>
              <w:right w:w="35" w:type="dxa"/>
            </w:tcMar>
            <w:vAlign w:val="center"/>
          </w:tcPr>
          <w:p w14:paraId="1C1EFF8C" w14:textId="77777777" w:rsidR="00A06E61" w:rsidRDefault="00000000">
            <w:pPr>
              <w:jc w:val="center"/>
            </w:pPr>
            <w:r>
              <w:rPr>
                <w:color w:val="000000"/>
                <w:sz w:val="13"/>
              </w:rPr>
              <w:t>5</w:t>
            </w:r>
          </w:p>
        </w:tc>
        <w:tc>
          <w:tcPr>
            <w:tcW w:w="708" w:type="dxa"/>
            <w:shd w:val="clear" w:color="auto" w:fill="FFFFFF"/>
            <w:tcMar>
              <w:top w:w="35" w:type="dxa"/>
              <w:left w:w="35" w:type="dxa"/>
              <w:bottom w:w="35" w:type="dxa"/>
              <w:right w:w="35" w:type="dxa"/>
            </w:tcMar>
            <w:vAlign w:val="center"/>
          </w:tcPr>
          <w:p w14:paraId="6C3E6B55"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31A8950A"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2B6A6F89" w14:textId="77777777" w:rsidR="00A06E61" w:rsidRDefault="00000000">
            <w:pPr>
              <w:jc w:val="center"/>
            </w:pPr>
            <w:r>
              <w:rPr>
                <w:color w:val="000000"/>
                <w:sz w:val="13"/>
              </w:rPr>
              <w:t>7</w:t>
            </w:r>
          </w:p>
        </w:tc>
      </w:tr>
      <w:tr w:rsidR="00A06E61" w14:paraId="57FA26D4" w14:textId="77777777" w:rsidTr="00865662">
        <w:trPr>
          <w:jc w:val="center"/>
        </w:trPr>
        <w:tc>
          <w:tcPr>
            <w:tcW w:w="1701" w:type="dxa"/>
            <w:shd w:val="clear" w:color="auto" w:fill="DDEBF7"/>
            <w:tcMar>
              <w:top w:w="35" w:type="dxa"/>
              <w:left w:w="35" w:type="dxa"/>
              <w:bottom w:w="35" w:type="dxa"/>
              <w:right w:w="35" w:type="dxa"/>
            </w:tcMar>
            <w:vAlign w:val="center"/>
          </w:tcPr>
          <w:p w14:paraId="61F8A6D7" w14:textId="77777777" w:rsidR="00A06E61" w:rsidRDefault="00000000" w:rsidP="00865662">
            <w:r>
              <w:rPr>
                <w:color w:val="000000"/>
                <w:sz w:val="13"/>
              </w:rPr>
              <w:t>Tourism Guidance</w:t>
            </w:r>
          </w:p>
        </w:tc>
        <w:tc>
          <w:tcPr>
            <w:tcW w:w="1814" w:type="dxa"/>
            <w:shd w:val="clear" w:color="auto" w:fill="DDEBF7"/>
            <w:tcMar>
              <w:top w:w="35" w:type="dxa"/>
              <w:left w:w="35" w:type="dxa"/>
              <w:bottom w:w="35" w:type="dxa"/>
              <w:right w:w="35" w:type="dxa"/>
            </w:tcMar>
            <w:vAlign w:val="center"/>
          </w:tcPr>
          <w:p w14:paraId="1B256A5D" w14:textId="77777777" w:rsidR="00A06E61" w:rsidRDefault="00000000" w:rsidP="00865662">
            <w:r>
              <w:rPr>
                <w:color w:val="000000"/>
                <w:sz w:val="13"/>
              </w:rPr>
              <w:t>Nature Tourism and Tourism Guidance</w:t>
            </w:r>
          </w:p>
        </w:tc>
        <w:tc>
          <w:tcPr>
            <w:tcW w:w="907" w:type="dxa"/>
            <w:shd w:val="clear" w:color="auto" w:fill="DDEBF7"/>
            <w:tcMar>
              <w:top w:w="35" w:type="dxa"/>
              <w:left w:w="35" w:type="dxa"/>
              <w:bottom w:w="35" w:type="dxa"/>
              <w:right w:w="35" w:type="dxa"/>
            </w:tcMar>
            <w:vAlign w:val="center"/>
          </w:tcPr>
          <w:p w14:paraId="056E269D" w14:textId="77777777" w:rsidR="00A06E61" w:rsidRDefault="00000000">
            <w:pPr>
              <w:jc w:val="center"/>
            </w:pPr>
            <w:r>
              <w:rPr>
                <w:color w:val="000000"/>
                <w:sz w:val="13"/>
              </w:rPr>
              <w:t>SÖZ/EA (55)</w:t>
            </w:r>
          </w:p>
        </w:tc>
        <w:tc>
          <w:tcPr>
            <w:tcW w:w="963" w:type="dxa"/>
            <w:shd w:val="clear" w:color="auto" w:fill="DDEBF7"/>
            <w:tcMar>
              <w:top w:w="35" w:type="dxa"/>
              <w:left w:w="35" w:type="dxa"/>
              <w:bottom w:w="35" w:type="dxa"/>
              <w:right w:w="35" w:type="dxa"/>
            </w:tcMar>
            <w:vAlign w:val="center"/>
          </w:tcPr>
          <w:p w14:paraId="6DCC0AAE"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47C2B783" w14:textId="77777777" w:rsidR="00A06E61" w:rsidRDefault="00000000">
            <w:r>
              <w:rPr>
                <w:b/>
                <w:color w:val="000000"/>
                <w:sz w:val="13"/>
              </w:rPr>
              <w:t>In-Field:</w:t>
            </w:r>
            <w:r>
              <w:rPr>
                <w:color w:val="000000"/>
                <w:sz w:val="13"/>
              </w:rPr>
              <w:t xml:space="preserve"> To be a graduate of one of the undergraduate programs in Travel Management and Tourism Guidance, Travel Management and Tourism Guidance Teaching, or Tourism Guidance.</w:t>
            </w:r>
          </w:p>
          <w:p w14:paraId="1406F1A3" w14:textId="77777777" w:rsidR="00A06E61" w:rsidRDefault="00000000">
            <w:r>
              <w:rPr>
                <w:b/>
                <w:color w:val="000000"/>
                <w:sz w:val="13"/>
              </w:rPr>
              <w:t>Out-of-Field:</w:t>
            </w:r>
            <w:r>
              <w:rPr>
                <w:color w:val="000000"/>
                <w:sz w:val="13"/>
              </w:rPr>
              <w:t xml:space="preserve"> To be a graduate of one of the undergraduate programs in Archaeology, Geography, Nature Conservation and Biodiversity Management, Gastronomy and Culinary Arts, Recreation Management, Art History, History, Tourism Management, Foreign Languages and Foreign Language Teaching, or Wildlife Ecology and Management.</w:t>
            </w:r>
          </w:p>
        </w:tc>
        <w:tc>
          <w:tcPr>
            <w:tcW w:w="708" w:type="dxa"/>
            <w:shd w:val="clear" w:color="auto" w:fill="DDEBF7"/>
            <w:tcMar>
              <w:top w:w="35" w:type="dxa"/>
              <w:left w:w="35" w:type="dxa"/>
              <w:bottom w:w="35" w:type="dxa"/>
              <w:right w:w="35" w:type="dxa"/>
            </w:tcMar>
            <w:vAlign w:val="center"/>
          </w:tcPr>
          <w:p w14:paraId="6970B3E8" w14:textId="73DEC29A" w:rsidR="00A06E61" w:rsidRDefault="00433341">
            <w:pPr>
              <w:jc w:val="center"/>
            </w:pPr>
            <w:r>
              <w:rPr>
                <w:color w:val="000000"/>
                <w:sz w:val="13"/>
              </w:rPr>
              <w:t>9</w:t>
            </w:r>
          </w:p>
        </w:tc>
        <w:tc>
          <w:tcPr>
            <w:tcW w:w="708" w:type="dxa"/>
            <w:shd w:val="clear" w:color="auto" w:fill="DDEBF7"/>
            <w:tcMar>
              <w:top w:w="35" w:type="dxa"/>
              <w:left w:w="35" w:type="dxa"/>
              <w:bottom w:w="35" w:type="dxa"/>
              <w:right w:w="35" w:type="dxa"/>
            </w:tcMar>
            <w:vAlign w:val="center"/>
          </w:tcPr>
          <w:p w14:paraId="23B2C63E" w14:textId="7F4339C1" w:rsidR="00A06E61" w:rsidRDefault="00433341">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1C6BEEC6"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3B3E8E2" w14:textId="431C3612" w:rsidR="00A06E61" w:rsidRDefault="00000000">
            <w:pPr>
              <w:jc w:val="center"/>
            </w:pPr>
            <w:r>
              <w:rPr>
                <w:color w:val="000000"/>
                <w:sz w:val="13"/>
              </w:rPr>
              <w:t>1</w:t>
            </w:r>
            <w:r w:rsidR="00433341">
              <w:rPr>
                <w:color w:val="000000"/>
                <w:sz w:val="13"/>
              </w:rPr>
              <w:t>3</w:t>
            </w:r>
          </w:p>
        </w:tc>
      </w:tr>
      <w:tr w:rsidR="00A06E61" w14:paraId="2559ABF4" w14:textId="77777777" w:rsidTr="00865662">
        <w:trPr>
          <w:jc w:val="center"/>
        </w:trPr>
        <w:tc>
          <w:tcPr>
            <w:tcW w:w="1701" w:type="dxa"/>
            <w:shd w:val="clear" w:color="auto" w:fill="FFFFFF"/>
            <w:tcMar>
              <w:top w:w="35" w:type="dxa"/>
              <w:left w:w="35" w:type="dxa"/>
              <w:bottom w:w="35" w:type="dxa"/>
              <w:right w:w="35" w:type="dxa"/>
            </w:tcMar>
            <w:vAlign w:val="center"/>
          </w:tcPr>
          <w:p w14:paraId="32B06F41" w14:textId="77777777" w:rsidR="00A06E61" w:rsidRDefault="00000000" w:rsidP="00865662">
            <w:r>
              <w:rPr>
                <w:color w:val="000000"/>
                <w:sz w:val="13"/>
              </w:rPr>
              <w:t>Turkish Language and Literature</w:t>
            </w:r>
          </w:p>
        </w:tc>
        <w:tc>
          <w:tcPr>
            <w:tcW w:w="1814" w:type="dxa"/>
            <w:shd w:val="clear" w:color="auto" w:fill="FFFFFF"/>
            <w:tcMar>
              <w:top w:w="35" w:type="dxa"/>
              <w:left w:w="35" w:type="dxa"/>
              <w:bottom w:w="35" w:type="dxa"/>
              <w:right w:w="35" w:type="dxa"/>
            </w:tcMar>
            <w:vAlign w:val="center"/>
          </w:tcPr>
          <w:p w14:paraId="35A8DB18" w14:textId="77777777" w:rsidR="00A06E61" w:rsidRDefault="00000000" w:rsidP="00865662">
            <w:r>
              <w:rPr>
                <w:color w:val="000000"/>
                <w:sz w:val="13"/>
              </w:rPr>
              <w:t>Turkish Language and Literature</w:t>
            </w:r>
          </w:p>
        </w:tc>
        <w:tc>
          <w:tcPr>
            <w:tcW w:w="907" w:type="dxa"/>
            <w:shd w:val="clear" w:color="auto" w:fill="FFFFFF"/>
            <w:tcMar>
              <w:top w:w="35" w:type="dxa"/>
              <w:left w:w="35" w:type="dxa"/>
              <w:bottom w:w="35" w:type="dxa"/>
              <w:right w:w="35" w:type="dxa"/>
            </w:tcMar>
            <w:vAlign w:val="center"/>
          </w:tcPr>
          <w:p w14:paraId="29E9F053" w14:textId="77777777" w:rsidR="00A06E61" w:rsidRDefault="00000000">
            <w:pPr>
              <w:jc w:val="center"/>
            </w:pPr>
            <w:r>
              <w:rPr>
                <w:color w:val="000000"/>
                <w:sz w:val="13"/>
              </w:rPr>
              <w:t>SÖZ (55)</w:t>
            </w:r>
          </w:p>
        </w:tc>
        <w:tc>
          <w:tcPr>
            <w:tcW w:w="963" w:type="dxa"/>
            <w:shd w:val="clear" w:color="auto" w:fill="FFFFFF"/>
            <w:tcMar>
              <w:top w:w="35" w:type="dxa"/>
              <w:left w:w="35" w:type="dxa"/>
              <w:bottom w:w="35" w:type="dxa"/>
              <w:right w:w="35" w:type="dxa"/>
            </w:tcMar>
            <w:vAlign w:val="center"/>
          </w:tcPr>
          <w:p w14:paraId="0EB57A5F"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6324364C" w14:textId="77777777" w:rsidR="00A06E61" w:rsidRDefault="00000000">
            <w:r>
              <w:rPr>
                <w:b/>
                <w:color w:val="000000"/>
                <w:sz w:val="13"/>
              </w:rPr>
              <w:t>In-Field:</w:t>
            </w:r>
            <w:r>
              <w:rPr>
                <w:color w:val="000000"/>
                <w:sz w:val="13"/>
              </w:rPr>
              <w:t xml:space="preserve"> To be a graduate of one of the undergraduate programs in Contemporary Turkish Dialects and Literatures, Folklore, Turkish Language and Literature, or Turkish Language and Literature Teaching.</w:t>
            </w:r>
          </w:p>
          <w:p w14:paraId="7F43ECC1" w14:textId="77777777" w:rsidR="00A06E61" w:rsidRDefault="00000000">
            <w:r>
              <w:rPr>
                <w:b/>
                <w:color w:val="000000"/>
                <w:sz w:val="13"/>
              </w:rPr>
              <w:t>Out-of-Field:</w:t>
            </w:r>
            <w:r>
              <w:rPr>
                <w:color w:val="000000"/>
                <w:sz w:val="13"/>
              </w:rPr>
              <w:t xml:space="preserve"> To be a graduate of one of the undergraduate programs in Theology, History, or Turkish Teaching.</w:t>
            </w:r>
          </w:p>
        </w:tc>
        <w:tc>
          <w:tcPr>
            <w:tcW w:w="708" w:type="dxa"/>
            <w:shd w:val="clear" w:color="auto" w:fill="FFFFFF"/>
            <w:tcMar>
              <w:top w:w="35" w:type="dxa"/>
              <w:left w:w="35" w:type="dxa"/>
              <w:bottom w:w="35" w:type="dxa"/>
              <w:right w:w="35" w:type="dxa"/>
            </w:tcMar>
            <w:vAlign w:val="center"/>
          </w:tcPr>
          <w:p w14:paraId="6BDE9E93" w14:textId="30C8A24F" w:rsidR="00A06E61" w:rsidRDefault="00000000">
            <w:pPr>
              <w:jc w:val="center"/>
            </w:pPr>
            <w:r>
              <w:rPr>
                <w:color w:val="000000"/>
                <w:sz w:val="13"/>
              </w:rPr>
              <w:t>1</w:t>
            </w:r>
            <w:r w:rsidR="005E543A">
              <w:rPr>
                <w:color w:val="000000"/>
                <w:sz w:val="13"/>
              </w:rPr>
              <w:t>1</w:t>
            </w:r>
          </w:p>
        </w:tc>
        <w:tc>
          <w:tcPr>
            <w:tcW w:w="708" w:type="dxa"/>
            <w:shd w:val="clear" w:color="auto" w:fill="FFFFFF"/>
            <w:tcMar>
              <w:top w:w="35" w:type="dxa"/>
              <w:left w:w="35" w:type="dxa"/>
              <w:bottom w:w="35" w:type="dxa"/>
              <w:right w:w="35" w:type="dxa"/>
            </w:tcMar>
            <w:vAlign w:val="center"/>
          </w:tcPr>
          <w:p w14:paraId="56764DFC" w14:textId="77777777" w:rsidR="00A06E61" w:rsidRDefault="00000000">
            <w:pPr>
              <w:jc w:val="center"/>
            </w:pPr>
            <w:r>
              <w:rPr>
                <w:color w:val="000000"/>
                <w:sz w:val="13"/>
              </w:rPr>
              <w:t>5</w:t>
            </w:r>
          </w:p>
        </w:tc>
        <w:tc>
          <w:tcPr>
            <w:tcW w:w="878" w:type="dxa"/>
            <w:shd w:val="clear" w:color="auto" w:fill="FFFFFF"/>
            <w:tcMar>
              <w:top w:w="35" w:type="dxa"/>
              <w:left w:w="35" w:type="dxa"/>
              <w:bottom w:w="35" w:type="dxa"/>
              <w:right w:w="35" w:type="dxa"/>
            </w:tcMar>
            <w:vAlign w:val="center"/>
          </w:tcPr>
          <w:p w14:paraId="139A9BA2" w14:textId="77777777" w:rsidR="00A06E61" w:rsidRDefault="00000000">
            <w:pPr>
              <w:jc w:val="center"/>
            </w:pPr>
            <w:r>
              <w:rPr>
                <w:color w:val="000000"/>
                <w:sz w:val="13"/>
              </w:rPr>
              <w:t>3</w:t>
            </w:r>
          </w:p>
        </w:tc>
        <w:tc>
          <w:tcPr>
            <w:tcW w:w="623" w:type="dxa"/>
            <w:shd w:val="clear" w:color="auto" w:fill="FFFFFF"/>
            <w:tcMar>
              <w:top w:w="35" w:type="dxa"/>
              <w:left w:w="35" w:type="dxa"/>
              <w:bottom w:w="35" w:type="dxa"/>
              <w:right w:w="35" w:type="dxa"/>
            </w:tcMar>
            <w:vAlign w:val="center"/>
          </w:tcPr>
          <w:p w14:paraId="2D515C96" w14:textId="56142302" w:rsidR="00A06E61" w:rsidRDefault="005E543A">
            <w:pPr>
              <w:jc w:val="center"/>
            </w:pPr>
            <w:r>
              <w:rPr>
                <w:color w:val="000000"/>
                <w:sz w:val="13"/>
              </w:rPr>
              <w:t>19</w:t>
            </w:r>
          </w:p>
        </w:tc>
      </w:tr>
      <w:tr w:rsidR="00A06E61" w14:paraId="78C11E22" w14:textId="77777777" w:rsidTr="00865662">
        <w:trPr>
          <w:jc w:val="center"/>
        </w:trPr>
        <w:tc>
          <w:tcPr>
            <w:tcW w:w="1701" w:type="dxa"/>
            <w:shd w:val="clear" w:color="auto" w:fill="DDEBF7"/>
            <w:tcMar>
              <w:top w:w="35" w:type="dxa"/>
              <w:left w:w="35" w:type="dxa"/>
              <w:bottom w:w="35" w:type="dxa"/>
              <w:right w:w="35" w:type="dxa"/>
            </w:tcMar>
            <w:vAlign w:val="center"/>
          </w:tcPr>
          <w:p w14:paraId="7C2671B9" w14:textId="77777777" w:rsidR="00A06E61" w:rsidRDefault="00000000" w:rsidP="00865662">
            <w:r>
              <w:rPr>
                <w:color w:val="000000"/>
                <w:sz w:val="13"/>
              </w:rPr>
              <w:t>Turkish and Social Sciences Education</w:t>
            </w:r>
          </w:p>
        </w:tc>
        <w:tc>
          <w:tcPr>
            <w:tcW w:w="1814" w:type="dxa"/>
            <w:shd w:val="clear" w:color="auto" w:fill="DDEBF7"/>
            <w:tcMar>
              <w:top w:w="35" w:type="dxa"/>
              <w:left w:w="35" w:type="dxa"/>
              <w:bottom w:w="35" w:type="dxa"/>
              <w:right w:w="35" w:type="dxa"/>
            </w:tcMar>
            <w:vAlign w:val="center"/>
          </w:tcPr>
          <w:p w14:paraId="69E5CE59" w14:textId="77777777" w:rsidR="00A06E61" w:rsidRDefault="00000000" w:rsidP="00865662">
            <w:r>
              <w:rPr>
                <w:color w:val="000000"/>
                <w:sz w:val="13"/>
              </w:rPr>
              <w:t>Social Studies Education</w:t>
            </w:r>
          </w:p>
        </w:tc>
        <w:tc>
          <w:tcPr>
            <w:tcW w:w="907" w:type="dxa"/>
            <w:shd w:val="clear" w:color="auto" w:fill="DDEBF7"/>
            <w:tcMar>
              <w:top w:w="35" w:type="dxa"/>
              <w:left w:w="35" w:type="dxa"/>
              <w:bottom w:w="35" w:type="dxa"/>
              <w:right w:w="35" w:type="dxa"/>
            </w:tcMar>
            <w:vAlign w:val="center"/>
          </w:tcPr>
          <w:p w14:paraId="302A2E2F" w14:textId="77777777" w:rsidR="00A06E61" w:rsidRDefault="00000000">
            <w:pPr>
              <w:jc w:val="center"/>
            </w:pPr>
            <w:r>
              <w:rPr>
                <w:color w:val="000000"/>
                <w:sz w:val="13"/>
              </w:rPr>
              <w:t>SÖZ (55)</w:t>
            </w:r>
          </w:p>
        </w:tc>
        <w:tc>
          <w:tcPr>
            <w:tcW w:w="963" w:type="dxa"/>
            <w:shd w:val="clear" w:color="auto" w:fill="DDEBF7"/>
            <w:tcMar>
              <w:top w:w="35" w:type="dxa"/>
              <w:left w:w="35" w:type="dxa"/>
              <w:bottom w:w="35" w:type="dxa"/>
              <w:right w:w="35" w:type="dxa"/>
            </w:tcMar>
            <w:vAlign w:val="center"/>
          </w:tcPr>
          <w:p w14:paraId="5D3A9298"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2B16C309" w14:textId="77777777" w:rsidR="00A06E61" w:rsidRDefault="00000000">
            <w:r>
              <w:rPr>
                <w:b/>
                <w:color w:val="000000"/>
                <w:sz w:val="13"/>
              </w:rPr>
              <w:t>In-Field:</w:t>
            </w:r>
            <w:r>
              <w:rPr>
                <w:color w:val="000000"/>
                <w:sz w:val="13"/>
              </w:rPr>
              <w:t xml:space="preserve"> To be a graduate of one of the undergraduate programs in Geography Teaching, Social Studies Teaching, or History Teaching; or to be a graduate of one of the undergraduate programs in Geography or History and hold a pedagogical formation certificate.</w:t>
            </w:r>
          </w:p>
          <w:p w14:paraId="234506BD" w14:textId="77777777" w:rsidR="00A06E61" w:rsidRDefault="00000000">
            <w:r>
              <w:rPr>
                <w:b/>
                <w:color w:val="000000"/>
                <w:sz w:val="13"/>
              </w:rPr>
              <w:t>Out-of-Field:</w:t>
            </w:r>
            <w:r>
              <w:rPr>
                <w:color w:val="000000"/>
                <w:sz w:val="13"/>
              </w:rPr>
              <w:t xml:space="preserve"> To be a graduate of one of the undergraduate programs in Geography or History.</w:t>
            </w:r>
          </w:p>
        </w:tc>
        <w:tc>
          <w:tcPr>
            <w:tcW w:w="708" w:type="dxa"/>
            <w:shd w:val="clear" w:color="auto" w:fill="DDEBF7"/>
            <w:tcMar>
              <w:top w:w="35" w:type="dxa"/>
              <w:left w:w="35" w:type="dxa"/>
              <w:bottom w:w="35" w:type="dxa"/>
              <w:right w:w="35" w:type="dxa"/>
            </w:tcMar>
            <w:vAlign w:val="center"/>
          </w:tcPr>
          <w:p w14:paraId="2A204BAA" w14:textId="773EA6CA" w:rsidR="00A06E61" w:rsidRDefault="00000000">
            <w:pPr>
              <w:jc w:val="center"/>
            </w:pPr>
            <w:r>
              <w:rPr>
                <w:color w:val="000000"/>
                <w:sz w:val="13"/>
              </w:rPr>
              <w:t>1</w:t>
            </w:r>
            <w:r w:rsidR="005E543A">
              <w:rPr>
                <w:color w:val="000000"/>
                <w:sz w:val="13"/>
              </w:rPr>
              <w:t>3</w:t>
            </w:r>
          </w:p>
        </w:tc>
        <w:tc>
          <w:tcPr>
            <w:tcW w:w="708" w:type="dxa"/>
            <w:shd w:val="clear" w:color="auto" w:fill="DDEBF7"/>
            <w:tcMar>
              <w:top w:w="35" w:type="dxa"/>
              <w:left w:w="35" w:type="dxa"/>
              <w:bottom w:w="35" w:type="dxa"/>
              <w:right w:w="35" w:type="dxa"/>
            </w:tcMar>
            <w:vAlign w:val="center"/>
          </w:tcPr>
          <w:p w14:paraId="34038BC8"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07163507"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79FCF7F3" w14:textId="1CE9A081" w:rsidR="00A06E61" w:rsidRDefault="00000000">
            <w:pPr>
              <w:jc w:val="center"/>
            </w:pPr>
            <w:r>
              <w:rPr>
                <w:color w:val="000000"/>
                <w:sz w:val="13"/>
              </w:rPr>
              <w:t>1</w:t>
            </w:r>
            <w:r w:rsidR="005E543A">
              <w:rPr>
                <w:color w:val="000000"/>
                <w:sz w:val="13"/>
              </w:rPr>
              <w:t>7</w:t>
            </w:r>
          </w:p>
        </w:tc>
      </w:tr>
      <w:tr w:rsidR="00A06E61" w14:paraId="06993385" w14:textId="77777777" w:rsidTr="00865662">
        <w:trPr>
          <w:jc w:val="center"/>
        </w:trPr>
        <w:tc>
          <w:tcPr>
            <w:tcW w:w="1701" w:type="dxa"/>
            <w:shd w:val="clear" w:color="auto" w:fill="FFFFFF"/>
            <w:tcMar>
              <w:top w:w="35" w:type="dxa"/>
              <w:left w:w="35" w:type="dxa"/>
              <w:bottom w:w="35" w:type="dxa"/>
              <w:right w:w="35" w:type="dxa"/>
            </w:tcMar>
            <w:vAlign w:val="center"/>
          </w:tcPr>
          <w:p w14:paraId="23ADFE1B" w14:textId="77777777" w:rsidR="00A06E61" w:rsidRDefault="00000000" w:rsidP="00865662">
            <w:r>
              <w:rPr>
                <w:color w:val="000000"/>
                <w:sz w:val="13"/>
              </w:rPr>
              <w:t>International Relations</w:t>
            </w:r>
          </w:p>
        </w:tc>
        <w:tc>
          <w:tcPr>
            <w:tcW w:w="1814" w:type="dxa"/>
            <w:shd w:val="clear" w:color="auto" w:fill="FFFFFF"/>
            <w:tcMar>
              <w:top w:w="35" w:type="dxa"/>
              <w:left w:w="35" w:type="dxa"/>
              <w:bottom w:w="35" w:type="dxa"/>
              <w:right w:w="35" w:type="dxa"/>
            </w:tcMar>
            <w:vAlign w:val="center"/>
          </w:tcPr>
          <w:p w14:paraId="64FA201B" w14:textId="77777777" w:rsidR="00A06E61" w:rsidRDefault="00000000" w:rsidP="00865662">
            <w:r>
              <w:rPr>
                <w:color w:val="000000"/>
                <w:sz w:val="13"/>
              </w:rPr>
              <w:t>International Relations</w:t>
            </w:r>
          </w:p>
        </w:tc>
        <w:tc>
          <w:tcPr>
            <w:tcW w:w="907" w:type="dxa"/>
            <w:shd w:val="clear" w:color="auto" w:fill="FFFFFF"/>
            <w:tcMar>
              <w:top w:w="35" w:type="dxa"/>
              <w:left w:w="35" w:type="dxa"/>
              <w:bottom w:w="35" w:type="dxa"/>
              <w:right w:w="35" w:type="dxa"/>
            </w:tcMar>
            <w:vAlign w:val="center"/>
          </w:tcPr>
          <w:p w14:paraId="6AAEA4E4" w14:textId="77777777" w:rsidR="00A06E61" w:rsidRDefault="00000000">
            <w:pPr>
              <w:jc w:val="center"/>
            </w:pPr>
            <w:r>
              <w:rPr>
                <w:color w:val="000000"/>
                <w:sz w:val="13"/>
              </w:rPr>
              <w:t>EA (55)</w:t>
            </w:r>
          </w:p>
        </w:tc>
        <w:tc>
          <w:tcPr>
            <w:tcW w:w="963" w:type="dxa"/>
            <w:shd w:val="clear" w:color="auto" w:fill="FFFFFF"/>
            <w:tcMar>
              <w:top w:w="35" w:type="dxa"/>
              <w:left w:w="35" w:type="dxa"/>
              <w:bottom w:w="35" w:type="dxa"/>
              <w:right w:w="35" w:type="dxa"/>
            </w:tcMar>
            <w:vAlign w:val="center"/>
          </w:tcPr>
          <w:p w14:paraId="48F8AD0C"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0713869F" w14:textId="77777777" w:rsidR="00A06E61" w:rsidRDefault="00000000">
            <w:r>
              <w:rPr>
                <w:b/>
                <w:color w:val="000000"/>
                <w:sz w:val="13"/>
              </w:rPr>
              <w:t>In-Field:</w:t>
            </w:r>
            <w:r>
              <w:rPr>
                <w:color w:val="000000"/>
                <w:sz w:val="13"/>
              </w:rPr>
              <w:t xml:space="preserve"> To be a graduate of one of the undergraduate programs in Global Politics and International Relations, Political Science, Political Science and Public Administration, Political Science and International Relations, International Relations, or International Relations and the European Union.</w:t>
            </w:r>
          </w:p>
          <w:p w14:paraId="13202C66" w14:textId="77777777" w:rsidR="00A06E61" w:rsidRDefault="00000000">
            <w:r>
              <w:rPr>
                <w:b/>
                <w:color w:val="000000"/>
                <w:sz w:val="13"/>
              </w:rPr>
              <w:t>Out-of-Field:</w:t>
            </w:r>
            <w:r>
              <w:rPr>
                <w:color w:val="000000"/>
                <w:sz w:val="13"/>
              </w:rPr>
              <w:t xml:space="preserve"> To be a graduate of one of the undergraduate programs in Law, Economics, Sociology, or History.</w:t>
            </w:r>
          </w:p>
        </w:tc>
        <w:tc>
          <w:tcPr>
            <w:tcW w:w="708" w:type="dxa"/>
            <w:shd w:val="clear" w:color="auto" w:fill="FFFFFF"/>
            <w:tcMar>
              <w:top w:w="35" w:type="dxa"/>
              <w:left w:w="35" w:type="dxa"/>
              <w:bottom w:w="35" w:type="dxa"/>
              <w:right w:w="35" w:type="dxa"/>
            </w:tcMar>
            <w:vAlign w:val="center"/>
          </w:tcPr>
          <w:p w14:paraId="54540617" w14:textId="73B50336" w:rsidR="00A06E61" w:rsidRDefault="005E543A">
            <w:pPr>
              <w:jc w:val="center"/>
            </w:pPr>
            <w:r>
              <w:rPr>
                <w:color w:val="000000"/>
                <w:sz w:val="13"/>
              </w:rPr>
              <w:t>6</w:t>
            </w:r>
          </w:p>
        </w:tc>
        <w:tc>
          <w:tcPr>
            <w:tcW w:w="708" w:type="dxa"/>
            <w:shd w:val="clear" w:color="auto" w:fill="FFFFFF"/>
            <w:tcMar>
              <w:top w:w="35" w:type="dxa"/>
              <w:left w:w="35" w:type="dxa"/>
              <w:bottom w:w="35" w:type="dxa"/>
              <w:right w:w="35" w:type="dxa"/>
            </w:tcMar>
            <w:vAlign w:val="center"/>
          </w:tcPr>
          <w:p w14:paraId="367A93AC" w14:textId="49E9DED1" w:rsidR="00A06E61" w:rsidRDefault="005E543A">
            <w:pPr>
              <w:jc w:val="center"/>
            </w:pPr>
            <w:r>
              <w:rPr>
                <w:color w:val="000000"/>
                <w:sz w:val="13"/>
              </w:rPr>
              <w:t>4</w:t>
            </w:r>
          </w:p>
        </w:tc>
        <w:tc>
          <w:tcPr>
            <w:tcW w:w="878" w:type="dxa"/>
            <w:shd w:val="clear" w:color="auto" w:fill="FFFFFF"/>
            <w:tcMar>
              <w:top w:w="35" w:type="dxa"/>
              <w:left w:w="35" w:type="dxa"/>
              <w:bottom w:w="35" w:type="dxa"/>
              <w:right w:w="35" w:type="dxa"/>
            </w:tcMar>
            <w:vAlign w:val="center"/>
          </w:tcPr>
          <w:p w14:paraId="177FF5DE" w14:textId="77777777" w:rsidR="00A06E61" w:rsidRDefault="00000000">
            <w:pPr>
              <w:jc w:val="center"/>
            </w:pPr>
            <w:r>
              <w:rPr>
                <w:color w:val="000000"/>
                <w:sz w:val="13"/>
              </w:rPr>
              <w:t>5</w:t>
            </w:r>
          </w:p>
        </w:tc>
        <w:tc>
          <w:tcPr>
            <w:tcW w:w="623" w:type="dxa"/>
            <w:shd w:val="clear" w:color="auto" w:fill="FFFFFF"/>
            <w:tcMar>
              <w:top w:w="35" w:type="dxa"/>
              <w:left w:w="35" w:type="dxa"/>
              <w:bottom w:w="35" w:type="dxa"/>
              <w:right w:w="35" w:type="dxa"/>
            </w:tcMar>
            <w:vAlign w:val="center"/>
          </w:tcPr>
          <w:p w14:paraId="23080AF6" w14:textId="543A257D" w:rsidR="00A06E61" w:rsidRDefault="005E543A">
            <w:pPr>
              <w:jc w:val="center"/>
            </w:pPr>
            <w:r>
              <w:rPr>
                <w:color w:val="000000"/>
                <w:sz w:val="13"/>
              </w:rPr>
              <w:t>15</w:t>
            </w:r>
          </w:p>
        </w:tc>
      </w:tr>
      <w:tr w:rsidR="00A06E61" w14:paraId="7A737F29" w14:textId="77777777" w:rsidTr="00865662">
        <w:trPr>
          <w:jc w:val="center"/>
        </w:trPr>
        <w:tc>
          <w:tcPr>
            <w:tcW w:w="1701" w:type="dxa"/>
            <w:shd w:val="clear" w:color="auto" w:fill="DDEBF7"/>
            <w:tcMar>
              <w:top w:w="35" w:type="dxa"/>
              <w:left w:w="35" w:type="dxa"/>
              <w:bottom w:w="35" w:type="dxa"/>
              <w:right w:w="35" w:type="dxa"/>
            </w:tcMar>
            <w:vAlign w:val="center"/>
          </w:tcPr>
          <w:p w14:paraId="3E5A38FA" w14:textId="77777777" w:rsidR="00A06E61" w:rsidRDefault="00000000" w:rsidP="00865662">
            <w:r>
              <w:rPr>
                <w:color w:val="000000"/>
                <w:sz w:val="13"/>
              </w:rPr>
              <w:t>International Trade and Logistics</w:t>
            </w:r>
          </w:p>
        </w:tc>
        <w:tc>
          <w:tcPr>
            <w:tcW w:w="1814" w:type="dxa"/>
            <w:shd w:val="clear" w:color="auto" w:fill="DDEBF7"/>
            <w:tcMar>
              <w:top w:w="35" w:type="dxa"/>
              <w:left w:w="35" w:type="dxa"/>
              <w:bottom w:w="35" w:type="dxa"/>
              <w:right w:w="35" w:type="dxa"/>
            </w:tcMar>
            <w:vAlign w:val="center"/>
          </w:tcPr>
          <w:p w14:paraId="2648A97C" w14:textId="77777777" w:rsidR="00A06E61" w:rsidRDefault="00000000" w:rsidP="00865662">
            <w:r>
              <w:rPr>
                <w:color w:val="000000"/>
                <w:sz w:val="13"/>
              </w:rPr>
              <w:t>International Trade and Business</w:t>
            </w:r>
          </w:p>
        </w:tc>
        <w:tc>
          <w:tcPr>
            <w:tcW w:w="907" w:type="dxa"/>
            <w:shd w:val="clear" w:color="auto" w:fill="DDEBF7"/>
            <w:tcMar>
              <w:top w:w="35" w:type="dxa"/>
              <w:left w:w="35" w:type="dxa"/>
              <w:bottom w:w="35" w:type="dxa"/>
              <w:right w:w="35" w:type="dxa"/>
            </w:tcMar>
            <w:vAlign w:val="center"/>
          </w:tcPr>
          <w:p w14:paraId="4C9ACBA5" w14:textId="77777777" w:rsidR="00A06E61" w:rsidRDefault="00000000">
            <w:pPr>
              <w:jc w:val="center"/>
            </w:pPr>
            <w:r>
              <w:rPr>
                <w:color w:val="000000"/>
                <w:sz w:val="13"/>
              </w:rPr>
              <w:t>SÖZ/SAY/EA (55)</w:t>
            </w:r>
          </w:p>
        </w:tc>
        <w:tc>
          <w:tcPr>
            <w:tcW w:w="963" w:type="dxa"/>
            <w:shd w:val="clear" w:color="auto" w:fill="DDEBF7"/>
            <w:tcMar>
              <w:top w:w="35" w:type="dxa"/>
              <w:left w:w="35" w:type="dxa"/>
              <w:bottom w:w="35" w:type="dxa"/>
              <w:right w:w="35" w:type="dxa"/>
            </w:tcMar>
            <w:vAlign w:val="center"/>
          </w:tcPr>
          <w:p w14:paraId="69834B5C"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6CEF0121" w14:textId="77777777" w:rsidR="00A06E61" w:rsidRDefault="00000000">
            <w:r>
              <w:rPr>
                <w:b/>
                <w:color w:val="000000"/>
                <w:sz w:val="13"/>
              </w:rPr>
              <w:t>In-Field:</w:t>
            </w:r>
            <w:r>
              <w:rPr>
                <w:color w:val="000000"/>
                <w:sz w:val="13"/>
              </w:rPr>
              <w:t xml:space="preserve"> To be a graduate of one of the undergraduate programs in Finance and Banking, Economics, Business Administration, Logistics Management, International Trade, International Trade and Finance, International Trade and Business, or International Trade and Logistics.</w:t>
            </w:r>
          </w:p>
          <w:p w14:paraId="280B40BB" w14:textId="77777777" w:rsidR="00A06E61" w:rsidRDefault="00000000">
            <w:r>
              <w:rPr>
                <w:b/>
                <w:color w:val="000000"/>
                <w:sz w:val="13"/>
              </w:rPr>
              <w:t>Out-of-Field:</w:t>
            </w:r>
            <w:r>
              <w:rPr>
                <w:color w:val="000000"/>
                <w:sz w:val="13"/>
              </w:rPr>
              <w:t xml:space="preserve"> To be a graduate of one of the undergraduate programs in Industrial Engineering, Public Finance, Political Science and Public Administration, or International Relations.</w:t>
            </w:r>
          </w:p>
        </w:tc>
        <w:tc>
          <w:tcPr>
            <w:tcW w:w="708" w:type="dxa"/>
            <w:shd w:val="clear" w:color="auto" w:fill="DDEBF7"/>
            <w:tcMar>
              <w:top w:w="35" w:type="dxa"/>
              <w:left w:w="35" w:type="dxa"/>
              <w:bottom w:w="35" w:type="dxa"/>
              <w:right w:w="35" w:type="dxa"/>
            </w:tcMar>
            <w:vAlign w:val="center"/>
          </w:tcPr>
          <w:p w14:paraId="52BF1595" w14:textId="4FC8155F" w:rsidR="00A06E61" w:rsidRDefault="005E543A">
            <w:pPr>
              <w:jc w:val="center"/>
            </w:pPr>
            <w:r>
              <w:rPr>
                <w:color w:val="000000"/>
                <w:sz w:val="13"/>
              </w:rPr>
              <w:t>6</w:t>
            </w:r>
          </w:p>
        </w:tc>
        <w:tc>
          <w:tcPr>
            <w:tcW w:w="708" w:type="dxa"/>
            <w:shd w:val="clear" w:color="auto" w:fill="DDEBF7"/>
            <w:tcMar>
              <w:top w:w="35" w:type="dxa"/>
              <w:left w:w="35" w:type="dxa"/>
              <w:bottom w:w="35" w:type="dxa"/>
              <w:right w:w="35" w:type="dxa"/>
            </w:tcMar>
            <w:vAlign w:val="center"/>
          </w:tcPr>
          <w:p w14:paraId="07ABD232" w14:textId="77777777" w:rsidR="00A06E61" w:rsidRDefault="00000000">
            <w:pPr>
              <w:jc w:val="center"/>
            </w:pPr>
            <w:r>
              <w:rPr>
                <w:color w:val="000000"/>
                <w:sz w:val="13"/>
              </w:rPr>
              <w:t>2</w:t>
            </w:r>
          </w:p>
        </w:tc>
        <w:tc>
          <w:tcPr>
            <w:tcW w:w="878" w:type="dxa"/>
            <w:shd w:val="clear" w:color="auto" w:fill="DDEBF7"/>
            <w:tcMar>
              <w:top w:w="35" w:type="dxa"/>
              <w:left w:w="35" w:type="dxa"/>
              <w:bottom w:w="35" w:type="dxa"/>
              <w:right w:w="35" w:type="dxa"/>
            </w:tcMar>
            <w:vAlign w:val="center"/>
          </w:tcPr>
          <w:p w14:paraId="65AB6C34" w14:textId="7E141D48" w:rsidR="00A06E61" w:rsidRDefault="005E543A">
            <w:pPr>
              <w:jc w:val="center"/>
            </w:pPr>
            <w:r>
              <w:rPr>
                <w:color w:val="000000"/>
                <w:sz w:val="13"/>
              </w:rPr>
              <w:t>1</w:t>
            </w:r>
          </w:p>
        </w:tc>
        <w:tc>
          <w:tcPr>
            <w:tcW w:w="623" w:type="dxa"/>
            <w:shd w:val="clear" w:color="auto" w:fill="DDEBF7"/>
            <w:tcMar>
              <w:top w:w="35" w:type="dxa"/>
              <w:left w:w="35" w:type="dxa"/>
              <w:bottom w:w="35" w:type="dxa"/>
              <w:right w:w="35" w:type="dxa"/>
            </w:tcMar>
            <w:vAlign w:val="center"/>
          </w:tcPr>
          <w:p w14:paraId="7C62EEE3" w14:textId="24988639" w:rsidR="00A06E61" w:rsidRDefault="005E543A">
            <w:pPr>
              <w:jc w:val="center"/>
            </w:pPr>
            <w:r>
              <w:rPr>
                <w:color w:val="000000"/>
                <w:sz w:val="13"/>
              </w:rPr>
              <w:t>9</w:t>
            </w:r>
          </w:p>
        </w:tc>
      </w:tr>
      <w:tr w:rsidR="00A06E61" w14:paraId="1E9E1D6F" w14:textId="77777777" w:rsidTr="00865662">
        <w:trPr>
          <w:jc w:val="center"/>
        </w:trPr>
        <w:tc>
          <w:tcPr>
            <w:tcW w:w="1701" w:type="dxa"/>
            <w:shd w:val="clear" w:color="auto" w:fill="FFFFFF"/>
            <w:tcMar>
              <w:top w:w="35" w:type="dxa"/>
              <w:left w:w="35" w:type="dxa"/>
              <w:bottom w:w="35" w:type="dxa"/>
              <w:right w:w="35" w:type="dxa"/>
            </w:tcMar>
            <w:vAlign w:val="center"/>
          </w:tcPr>
          <w:p w14:paraId="3BE23C1C" w14:textId="77777777" w:rsidR="00A06E61" w:rsidRDefault="00000000" w:rsidP="00865662">
            <w:r>
              <w:rPr>
                <w:color w:val="000000"/>
                <w:sz w:val="13"/>
              </w:rPr>
              <w:t>Veterinary Biochemistry</w:t>
            </w:r>
          </w:p>
        </w:tc>
        <w:tc>
          <w:tcPr>
            <w:tcW w:w="1814" w:type="dxa"/>
            <w:shd w:val="clear" w:color="auto" w:fill="FFFFFF"/>
            <w:tcMar>
              <w:top w:w="35" w:type="dxa"/>
              <w:left w:w="35" w:type="dxa"/>
              <w:bottom w:w="35" w:type="dxa"/>
              <w:right w:w="35" w:type="dxa"/>
            </w:tcMar>
            <w:vAlign w:val="center"/>
          </w:tcPr>
          <w:p w14:paraId="7128CD85" w14:textId="77777777" w:rsidR="00A06E61" w:rsidRDefault="00000000" w:rsidP="00865662">
            <w:r>
              <w:rPr>
                <w:color w:val="000000"/>
                <w:sz w:val="13"/>
              </w:rPr>
              <w:t>Veterinary Biochemistry</w:t>
            </w:r>
          </w:p>
        </w:tc>
        <w:tc>
          <w:tcPr>
            <w:tcW w:w="907" w:type="dxa"/>
            <w:shd w:val="clear" w:color="auto" w:fill="FFFFFF"/>
            <w:tcMar>
              <w:top w:w="35" w:type="dxa"/>
              <w:left w:w="35" w:type="dxa"/>
              <w:bottom w:w="35" w:type="dxa"/>
              <w:right w:w="35" w:type="dxa"/>
            </w:tcMar>
            <w:vAlign w:val="center"/>
          </w:tcPr>
          <w:p w14:paraId="45614EDE" w14:textId="77777777" w:rsidR="00A06E61" w:rsidRDefault="00000000">
            <w:pPr>
              <w:jc w:val="center"/>
            </w:pPr>
            <w:r>
              <w:rPr>
                <w:color w:val="000000"/>
                <w:sz w:val="13"/>
              </w:rPr>
              <w:t>SAY (55)</w:t>
            </w:r>
          </w:p>
        </w:tc>
        <w:tc>
          <w:tcPr>
            <w:tcW w:w="963" w:type="dxa"/>
            <w:shd w:val="clear" w:color="auto" w:fill="FFFFFF"/>
            <w:tcMar>
              <w:top w:w="35" w:type="dxa"/>
              <w:left w:w="35" w:type="dxa"/>
              <w:bottom w:w="35" w:type="dxa"/>
              <w:right w:w="35" w:type="dxa"/>
            </w:tcMar>
            <w:vAlign w:val="center"/>
          </w:tcPr>
          <w:p w14:paraId="411B75B0" w14:textId="77777777" w:rsidR="00A06E61" w:rsidRDefault="00000000">
            <w:pPr>
              <w:jc w:val="center"/>
            </w:pPr>
            <w:r>
              <w:rPr>
                <w:color w:val="000000"/>
                <w:sz w:val="13"/>
              </w:rPr>
              <w:t>Not required</w:t>
            </w:r>
          </w:p>
        </w:tc>
        <w:tc>
          <w:tcPr>
            <w:tcW w:w="6917" w:type="dxa"/>
            <w:shd w:val="clear" w:color="auto" w:fill="FFFFFF"/>
            <w:tcMar>
              <w:top w:w="35" w:type="dxa"/>
              <w:left w:w="35" w:type="dxa"/>
              <w:bottom w:w="35" w:type="dxa"/>
              <w:right w:w="35" w:type="dxa"/>
            </w:tcMar>
          </w:tcPr>
          <w:p w14:paraId="557EAF03" w14:textId="77777777" w:rsidR="00A06E61" w:rsidRDefault="00000000">
            <w:r>
              <w:rPr>
                <w:b/>
                <w:color w:val="000000"/>
                <w:sz w:val="13"/>
              </w:rPr>
              <w:t>In-Field:</w:t>
            </w:r>
            <w:r>
              <w:rPr>
                <w:color w:val="000000"/>
                <w:sz w:val="13"/>
              </w:rPr>
              <w:t xml:space="preserve"> To be a graduate of one of the undergraduate programs in Biochemistry, Biology, Biotechnology, Dentistry, Pharmacy, Genetics and Bioengineering, Chemistry, Molecular Biology and Genetics, Medicine, or Veterinary Medicine.</w:t>
            </w:r>
          </w:p>
          <w:p w14:paraId="780CEA44" w14:textId="77777777" w:rsidR="00A06E61" w:rsidRDefault="00000000">
            <w:r>
              <w:rPr>
                <w:b/>
                <w:color w:val="000000"/>
                <w:sz w:val="13"/>
              </w:rPr>
              <w:t>Out-of-Field:</w:t>
            </w:r>
            <w:r>
              <w:rPr>
                <w:color w:val="000000"/>
                <w:sz w:val="13"/>
              </w:rPr>
              <w:t xml:space="preserve"> There is no out-of-field quota.</w:t>
            </w:r>
          </w:p>
        </w:tc>
        <w:tc>
          <w:tcPr>
            <w:tcW w:w="708" w:type="dxa"/>
            <w:shd w:val="clear" w:color="auto" w:fill="FFFFFF"/>
            <w:tcMar>
              <w:top w:w="35" w:type="dxa"/>
              <w:left w:w="35" w:type="dxa"/>
              <w:bottom w:w="35" w:type="dxa"/>
              <w:right w:w="35" w:type="dxa"/>
            </w:tcMar>
            <w:vAlign w:val="center"/>
          </w:tcPr>
          <w:p w14:paraId="22842D4A" w14:textId="6B1E8831" w:rsidR="00A06E61" w:rsidRDefault="005E543A">
            <w:pPr>
              <w:jc w:val="center"/>
            </w:pPr>
            <w:r>
              <w:rPr>
                <w:color w:val="000000"/>
                <w:sz w:val="13"/>
              </w:rPr>
              <w:t>-</w:t>
            </w:r>
          </w:p>
        </w:tc>
        <w:tc>
          <w:tcPr>
            <w:tcW w:w="708" w:type="dxa"/>
            <w:shd w:val="clear" w:color="auto" w:fill="FFFFFF"/>
            <w:tcMar>
              <w:top w:w="35" w:type="dxa"/>
              <w:left w:w="35" w:type="dxa"/>
              <w:bottom w:w="35" w:type="dxa"/>
              <w:right w:w="35" w:type="dxa"/>
            </w:tcMar>
            <w:vAlign w:val="center"/>
          </w:tcPr>
          <w:p w14:paraId="43CA29A7" w14:textId="77777777" w:rsidR="00A06E61" w:rsidRDefault="00000000">
            <w:pPr>
              <w:jc w:val="center"/>
            </w:pPr>
            <w:r>
              <w:rPr>
                <w:color w:val="000000"/>
                <w:sz w:val="13"/>
              </w:rPr>
              <w:t>-</w:t>
            </w:r>
          </w:p>
        </w:tc>
        <w:tc>
          <w:tcPr>
            <w:tcW w:w="878" w:type="dxa"/>
            <w:shd w:val="clear" w:color="auto" w:fill="FFFFFF"/>
            <w:tcMar>
              <w:top w:w="35" w:type="dxa"/>
              <w:left w:w="35" w:type="dxa"/>
              <w:bottom w:w="35" w:type="dxa"/>
              <w:right w:w="35" w:type="dxa"/>
            </w:tcMar>
            <w:vAlign w:val="center"/>
          </w:tcPr>
          <w:p w14:paraId="3DACC73B" w14:textId="77777777" w:rsidR="00A06E61" w:rsidRDefault="00000000">
            <w:pPr>
              <w:jc w:val="center"/>
            </w:pPr>
            <w:r>
              <w:rPr>
                <w:color w:val="000000"/>
                <w:sz w:val="13"/>
              </w:rPr>
              <w:t>2</w:t>
            </w:r>
          </w:p>
        </w:tc>
        <w:tc>
          <w:tcPr>
            <w:tcW w:w="623" w:type="dxa"/>
            <w:shd w:val="clear" w:color="auto" w:fill="FFFFFF"/>
            <w:tcMar>
              <w:top w:w="35" w:type="dxa"/>
              <w:left w:w="35" w:type="dxa"/>
              <w:bottom w:w="35" w:type="dxa"/>
              <w:right w:w="35" w:type="dxa"/>
            </w:tcMar>
            <w:vAlign w:val="center"/>
          </w:tcPr>
          <w:p w14:paraId="2863FAED" w14:textId="0F80AA8D" w:rsidR="00A06E61" w:rsidRDefault="005E543A">
            <w:pPr>
              <w:jc w:val="center"/>
            </w:pPr>
            <w:r>
              <w:rPr>
                <w:color w:val="000000"/>
                <w:sz w:val="13"/>
              </w:rPr>
              <w:t>2</w:t>
            </w:r>
          </w:p>
        </w:tc>
      </w:tr>
      <w:tr w:rsidR="00A06E61" w14:paraId="22005BAD" w14:textId="77777777" w:rsidTr="00865662">
        <w:trPr>
          <w:jc w:val="center"/>
        </w:trPr>
        <w:tc>
          <w:tcPr>
            <w:tcW w:w="1701" w:type="dxa"/>
            <w:shd w:val="clear" w:color="auto" w:fill="DDEBF7"/>
            <w:tcMar>
              <w:top w:w="35" w:type="dxa"/>
              <w:left w:w="35" w:type="dxa"/>
              <w:bottom w:w="35" w:type="dxa"/>
              <w:right w:w="35" w:type="dxa"/>
            </w:tcMar>
            <w:vAlign w:val="center"/>
          </w:tcPr>
          <w:p w14:paraId="32DBDBCE" w14:textId="77777777" w:rsidR="00A06E61" w:rsidRDefault="00000000" w:rsidP="00865662">
            <w:r>
              <w:rPr>
                <w:color w:val="000000"/>
                <w:sz w:val="13"/>
              </w:rPr>
              <w:t>Wildlife Ecology and Management</w:t>
            </w:r>
          </w:p>
        </w:tc>
        <w:tc>
          <w:tcPr>
            <w:tcW w:w="1814" w:type="dxa"/>
            <w:shd w:val="clear" w:color="auto" w:fill="DDEBF7"/>
            <w:tcMar>
              <w:top w:w="35" w:type="dxa"/>
              <w:left w:w="35" w:type="dxa"/>
              <w:bottom w:w="35" w:type="dxa"/>
              <w:right w:w="35" w:type="dxa"/>
            </w:tcMar>
            <w:vAlign w:val="center"/>
          </w:tcPr>
          <w:p w14:paraId="378C3552" w14:textId="77777777" w:rsidR="00A06E61" w:rsidRDefault="00000000" w:rsidP="00865662">
            <w:r>
              <w:rPr>
                <w:color w:val="000000"/>
                <w:sz w:val="13"/>
              </w:rPr>
              <w:t>Wildlife Ecology and Management</w:t>
            </w:r>
          </w:p>
        </w:tc>
        <w:tc>
          <w:tcPr>
            <w:tcW w:w="907" w:type="dxa"/>
            <w:shd w:val="clear" w:color="auto" w:fill="DDEBF7"/>
            <w:tcMar>
              <w:top w:w="35" w:type="dxa"/>
              <w:left w:w="35" w:type="dxa"/>
              <w:bottom w:w="35" w:type="dxa"/>
              <w:right w:w="35" w:type="dxa"/>
            </w:tcMar>
            <w:vAlign w:val="center"/>
          </w:tcPr>
          <w:p w14:paraId="18E64935" w14:textId="77777777" w:rsidR="00A06E61" w:rsidRDefault="00000000">
            <w:pPr>
              <w:jc w:val="center"/>
            </w:pPr>
            <w:r>
              <w:rPr>
                <w:color w:val="000000"/>
                <w:sz w:val="13"/>
              </w:rPr>
              <w:t>SAY (55)</w:t>
            </w:r>
          </w:p>
        </w:tc>
        <w:tc>
          <w:tcPr>
            <w:tcW w:w="963" w:type="dxa"/>
            <w:shd w:val="clear" w:color="auto" w:fill="DDEBF7"/>
            <w:tcMar>
              <w:top w:w="35" w:type="dxa"/>
              <w:left w:w="35" w:type="dxa"/>
              <w:bottom w:w="35" w:type="dxa"/>
              <w:right w:w="35" w:type="dxa"/>
            </w:tcMar>
            <w:vAlign w:val="center"/>
          </w:tcPr>
          <w:p w14:paraId="5593357E" w14:textId="77777777" w:rsidR="00A06E61" w:rsidRDefault="00000000">
            <w:pPr>
              <w:jc w:val="center"/>
            </w:pPr>
            <w:r>
              <w:rPr>
                <w:color w:val="000000"/>
                <w:sz w:val="13"/>
              </w:rPr>
              <w:t>Not required</w:t>
            </w:r>
          </w:p>
        </w:tc>
        <w:tc>
          <w:tcPr>
            <w:tcW w:w="6917" w:type="dxa"/>
            <w:shd w:val="clear" w:color="auto" w:fill="DDEBF7"/>
            <w:tcMar>
              <w:top w:w="35" w:type="dxa"/>
              <w:left w:w="35" w:type="dxa"/>
              <w:bottom w:w="35" w:type="dxa"/>
              <w:right w:w="35" w:type="dxa"/>
            </w:tcMar>
          </w:tcPr>
          <w:p w14:paraId="0B78084E" w14:textId="77777777" w:rsidR="00A06E61" w:rsidRDefault="00000000">
            <w:r>
              <w:rPr>
                <w:b/>
                <w:color w:val="000000"/>
                <w:sz w:val="13"/>
              </w:rPr>
              <w:t>In-Field:</w:t>
            </w:r>
            <w:r>
              <w:rPr>
                <w:color w:val="000000"/>
                <w:sz w:val="13"/>
              </w:rPr>
              <w:t xml:space="preserve"> To be a graduate of one of the undergraduate programs in Nature Conservation and Biodiversity Management, Forest Engineering, or Wildlife Ecology and Management.</w:t>
            </w:r>
          </w:p>
          <w:p w14:paraId="16E35089" w14:textId="77777777" w:rsidR="00A06E61" w:rsidRDefault="00000000">
            <w:r>
              <w:rPr>
                <w:b/>
                <w:color w:val="000000"/>
                <w:sz w:val="13"/>
              </w:rPr>
              <w:t>Out-of-Field:</w:t>
            </w:r>
            <w:r>
              <w:rPr>
                <w:color w:val="000000"/>
                <w:sz w:val="13"/>
              </w:rPr>
              <w:t xml:space="preserve"> To be a graduate of one of the undergraduate programs in Biology, Genetics and Bioengineering, Surveying Engineering, Fisheries Engineering, Veterinary Medicine, or Animal Science.</w:t>
            </w:r>
          </w:p>
        </w:tc>
        <w:tc>
          <w:tcPr>
            <w:tcW w:w="708" w:type="dxa"/>
            <w:shd w:val="clear" w:color="auto" w:fill="DDEBF7"/>
            <w:tcMar>
              <w:top w:w="35" w:type="dxa"/>
              <w:left w:w="35" w:type="dxa"/>
              <w:bottom w:w="35" w:type="dxa"/>
              <w:right w:w="35" w:type="dxa"/>
            </w:tcMar>
            <w:vAlign w:val="center"/>
          </w:tcPr>
          <w:p w14:paraId="29955417" w14:textId="77777777" w:rsidR="00A06E61" w:rsidRDefault="00000000">
            <w:pPr>
              <w:jc w:val="center"/>
            </w:pPr>
            <w:r>
              <w:rPr>
                <w:color w:val="000000"/>
                <w:sz w:val="13"/>
              </w:rPr>
              <w:t>2</w:t>
            </w:r>
          </w:p>
        </w:tc>
        <w:tc>
          <w:tcPr>
            <w:tcW w:w="708" w:type="dxa"/>
            <w:shd w:val="clear" w:color="auto" w:fill="DDEBF7"/>
            <w:tcMar>
              <w:top w:w="35" w:type="dxa"/>
              <w:left w:w="35" w:type="dxa"/>
              <w:bottom w:w="35" w:type="dxa"/>
              <w:right w:w="35" w:type="dxa"/>
            </w:tcMar>
            <w:vAlign w:val="center"/>
          </w:tcPr>
          <w:p w14:paraId="60C7B24C" w14:textId="77777777" w:rsidR="00A06E61" w:rsidRDefault="00000000">
            <w:pPr>
              <w:jc w:val="center"/>
            </w:pPr>
            <w:r>
              <w:rPr>
                <w:color w:val="000000"/>
                <w:sz w:val="13"/>
              </w:rPr>
              <w:t>1</w:t>
            </w:r>
          </w:p>
        </w:tc>
        <w:tc>
          <w:tcPr>
            <w:tcW w:w="878" w:type="dxa"/>
            <w:shd w:val="clear" w:color="auto" w:fill="DDEBF7"/>
            <w:tcMar>
              <w:top w:w="35" w:type="dxa"/>
              <w:left w:w="35" w:type="dxa"/>
              <w:bottom w:w="35" w:type="dxa"/>
              <w:right w:w="35" w:type="dxa"/>
            </w:tcMar>
            <w:vAlign w:val="center"/>
          </w:tcPr>
          <w:p w14:paraId="680FF36F" w14:textId="77777777" w:rsidR="00A06E61" w:rsidRDefault="00000000">
            <w:pPr>
              <w:jc w:val="center"/>
            </w:pPr>
            <w:r>
              <w:rPr>
                <w:color w:val="000000"/>
                <w:sz w:val="13"/>
              </w:rPr>
              <w:t>2</w:t>
            </w:r>
          </w:p>
        </w:tc>
        <w:tc>
          <w:tcPr>
            <w:tcW w:w="623" w:type="dxa"/>
            <w:shd w:val="clear" w:color="auto" w:fill="DDEBF7"/>
            <w:tcMar>
              <w:top w:w="35" w:type="dxa"/>
              <w:left w:w="35" w:type="dxa"/>
              <w:bottom w:w="35" w:type="dxa"/>
              <w:right w:w="35" w:type="dxa"/>
            </w:tcMar>
            <w:vAlign w:val="center"/>
          </w:tcPr>
          <w:p w14:paraId="46FAE3C2" w14:textId="77777777" w:rsidR="00A06E61" w:rsidRDefault="00000000">
            <w:pPr>
              <w:jc w:val="center"/>
            </w:pPr>
            <w:r>
              <w:rPr>
                <w:color w:val="000000"/>
                <w:sz w:val="13"/>
              </w:rPr>
              <w:t>5</w:t>
            </w:r>
          </w:p>
        </w:tc>
      </w:tr>
    </w:tbl>
    <w:p w14:paraId="02C9B94B" w14:textId="77777777" w:rsidR="00A06E61" w:rsidRDefault="00A06E61"/>
    <w:p w14:paraId="0FD623A1" w14:textId="77777777" w:rsidR="00A06E61" w:rsidRDefault="00000000">
      <w:pPr>
        <w:spacing w:before="60" w:after="60"/>
        <w:jc w:val="center"/>
      </w:pPr>
      <w:r>
        <w:rPr>
          <w:b/>
          <w:sz w:val="20"/>
        </w:rPr>
        <w:t>Explanatory Notes</w:t>
      </w:r>
    </w:p>
    <w:p w14:paraId="25217F81" w14:textId="77777777" w:rsidR="00A06E61" w:rsidRDefault="00000000">
      <w:pPr>
        <w:spacing w:after="40"/>
        <w:ind w:left="142" w:hanging="142"/>
      </w:pPr>
      <w:r>
        <w:rPr>
          <w:sz w:val="16"/>
        </w:rPr>
        <w:t>1. Research assistants who have been appointed to a research assistant position at Kastamonu University and who are studying at another university, or who are studying in another program because the program corresponding to their position is not available, shall be entitled to transfer horizontally by decision of the Executive Board of the Institute, without any further requirement, provided that they apply when the graduate program corresponding to their position becomes available.</w:t>
      </w:r>
    </w:p>
    <w:p w14:paraId="11254232" w14:textId="77777777" w:rsidR="00A06E61" w:rsidRDefault="00000000">
      <w:pPr>
        <w:spacing w:after="40"/>
        <w:ind w:left="142" w:hanging="142"/>
      </w:pPr>
      <w:r>
        <w:rPr>
          <w:sz w:val="16"/>
        </w:rPr>
        <w:t>2. For out-of-field applicants, the Scientific Preparatory Program is compulsory in accordance with Article 13 of the Kastamonu University Institute of Graduate Education Graduate Education and Training Directive.</w:t>
      </w:r>
    </w:p>
    <w:p w14:paraId="5D6932D5" w14:textId="77777777" w:rsidR="00A06E61" w:rsidRDefault="00000000">
      <w:pPr>
        <w:spacing w:after="40"/>
        <w:ind w:left="142" w:hanging="142"/>
      </w:pPr>
      <w:r>
        <w:rPr>
          <w:sz w:val="16"/>
        </w:rPr>
        <w:t>3. Applicants must have a minimum undergraduate weighted grade point average of 2.00 out of 4.00.</w:t>
      </w:r>
    </w:p>
    <w:p w14:paraId="27CFF7D6" w14:textId="77777777" w:rsidR="00A06E61" w:rsidRDefault="00000000">
      <w:pPr>
        <w:spacing w:after="40"/>
        <w:ind w:left="142" w:hanging="142"/>
      </w:pPr>
      <w:r>
        <w:rPr>
          <w:sz w:val="16"/>
        </w:rPr>
        <w:t>4. International applicants must meet the in-field or out-of-field requirements in order to apply to the announced programs.</w:t>
      </w:r>
    </w:p>
    <w:p w14:paraId="70639A24" w14:textId="77777777" w:rsidR="00A06E61" w:rsidRDefault="00000000">
      <w:pPr>
        <w:spacing w:after="40"/>
        <w:ind w:left="142" w:hanging="142"/>
      </w:pPr>
      <w:r>
        <w:rPr>
          <w:sz w:val="16"/>
        </w:rPr>
        <w:t>5. Click here for the tuition fees to be paid by international applicants.</w:t>
      </w:r>
    </w:p>
    <w:p w14:paraId="381D4945" w14:textId="77777777" w:rsidR="00A06E61" w:rsidRDefault="00000000">
      <w:pPr>
        <w:spacing w:after="40"/>
        <w:ind w:left="142" w:hanging="142"/>
      </w:pPr>
      <w:r>
        <w:rPr>
          <w:sz w:val="16"/>
        </w:rPr>
        <w:t>6. Applicants may not apply to two different master’s programs with thesis at the same time.</w:t>
      </w:r>
    </w:p>
    <w:p w14:paraId="5690AF03" w14:textId="77777777" w:rsidR="00A06E61" w:rsidRDefault="00000000">
      <w:pPr>
        <w:spacing w:after="40"/>
        <w:ind w:left="142" w:hanging="142"/>
      </w:pPr>
      <w:r>
        <w:rPr>
          <w:sz w:val="16"/>
        </w:rPr>
        <w:lastRenderedPageBreak/>
        <w:t>7. No ALES score requirement is sought for admission to the relevant Institute programs for graduates of undergraduate programs of faculties of art and conservatories that admit students through a special talent examination. However, except for graduates of faculties of art and conservatories and graduates of equivalent programs of other faculties, undergraduate applicants must have a minimum score of 55 in the ALES verbal score type.</w:t>
      </w:r>
    </w:p>
    <w:p w14:paraId="0796E2DB" w14:textId="77777777" w:rsidR="00A06E61" w:rsidRDefault="00000000">
      <w:pPr>
        <w:spacing w:after="40"/>
        <w:ind w:left="142" w:hanging="142"/>
      </w:pPr>
      <w:r>
        <w:rPr>
          <w:sz w:val="16"/>
        </w:rPr>
        <w:t>8. Applicants who have graduated from doctoral, proficiency in art, medical specialty, dental specialty, veterinary medicine specialty, or pharmacy specialty programs are exempt from the ALES score requirement in their applications to master’s programs. If such applicants do not submit an ALES score, the minimum ALES score specified in the announcement for the program to which they apply shall be accepted as their ALES score.</w:t>
      </w:r>
    </w:p>
    <w:p w14:paraId="42899A17" w14:textId="77777777" w:rsidR="00A06E61" w:rsidRDefault="00000000">
      <w:pPr>
        <w:spacing w:after="40"/>
        <w:ind w:left="142" w:hanging="142"/>
      </w:pPr>
      <w:r>
        <w:rPr>
          <w:sz w:val="16"/>
        </w:rPr>
        <w:t>9. In accordance with Article 5 of the Kastamonu University Institute of Graduate Education Graduate Education and Training Directive, one additional quota shall be allocated to applicants who ranked first in their undergraduate department/program, disabled applicants, veterans, and relatives of martyrs.</w:t>
      </w:r>
    </w:p>
    <w:p w14:paraId="33E9367A" w14:textId="77777777" w:rsidR="00A06E61" w:rsidRDefault="00000000">
      <w:pPr>
        <w:spacing w:after="40"/>
        <w:ind w:left="142" w:hanging="142"/>
      </w:pPr>
      <w:r>
        <w:rPr>
          <w:sz w:val="16"/>
        </w:rPr>
        <w:t>10. International students who will apply within the scope of an international joint master’s program shall apply to the university in their own country.</w:t>
      </w:r>
    </w:p>
    <w:p w14:paraId="14DBC329" w14:textId="77777777" w:rsidR="00A06E61" w:rsidRDefault="00000000">
      <w:pPr>
        <w:spacing w:after="40"/>
        <w:ind w:left="142" w:hanging="142"/>
      </w:pPr>
      <w:r>
        <w:rPr>
          <w:sz w:val="16"/>
        </w:rPr>
        <w:t>11. Applications shall be deemed invalid if it is determined that the applicants do not meet the conditions stated in their declarations.</w:t>
      </w:r>
    </w:p>
    <w:p w14:paraId="4DDAB165" w14:textId="77777777" w:rsidR="00A06E61" w:rsidRDefault="00A06E61"/>
    <w:p w14:paraId="59D43DB1" w14:textId="77777777" w:rsidR="00A06E61" w:rsidRDefault="00000000">
      <w:r>
        <w:br w:type="page"/>
      </w:r>
    </w:p>
    <w:p w14:paraId="3E4F8C83" w14:textId="77777777" w:rsidR="00A06E61" w:rsidRDefault="00000000">
      <w:pPr>
        <w:shd w:val="clear" w:color="auto" w:fill="1F6AA5"/>
        <w:spacing w:before="120" w:after="60"/>
        <w:jc w:val="center"/>
      </w:pPr>
      <w:r>
        <w:rPr>
          <w:b/>
          <w:color w:val="FFFFFF"/>
          <w:sz w:val="24"/>
        </w:rPr>
        <w:lastRenderedPageBreak/>
        <w:t>EVENING EDUCATION NON-THESIS MASTER’S PROGRAMS</w:t>
      </w:r>
    </w:p>
    <w:tbl>
      <w:tblPr>
        <w:tblStyle w:val="TabloKlavuzu"/>
        <w:tblW w:w="5000" w:type="pct"/>
        <w:jc w:val="center"/>
        <w:tblLayout w:type="fixed"/>
        <w:tblLook w:val="04A0" w:firstRow="1" w:lastRow="0" w:firstColumn="1" w:lastColumn="0" w:noHBand="0" w:noVBand="1"/>
      </w:tblPr>
      <w:tblGrid>
        <w:gridCol w:w="1870"/>
        <w:gridCol w:w="1870"/>
        <w:gridCol w:w="1189"/>
        <w:gridCol w:w="8612"/>
        <w:gridCol w:w="793"/>
        <w:gridCol w:w="906"/>
        <w:gridCol w:w="680"/>
      </w:tblGrid>
      <w:tr w:rsidR="00A06E61" w14:paraId="0B9EC90C" w14:textId="77777777">
        <w:trPr>
          <w:tblHeader/>
          <w:jc w:val="center"/>
        </w:trPr>
        <w:tc>
          <w:tcPr>
            <w:tcW w:w="1871" w:type="dxa"/>
            <w:shd w:val="clear" w:color="auto" w:fill="1F6AA5"/>
            <w:tcMar>
              <w:top w:w="40" w:type="dxa"/>
              <w:left w:w="35" w:type="dxa"/>
              <w:bottom w:w="40" w:type="dxa"/>
              <w:right w:w="35" w:type="dxa"/>
            </w:tcMar>
          </w:tcPr>
          <w:p w14:paraId="0CCE55EF" w14:textId="77777777" w:rsidR="00A06E61" w:rsidRDefault="00000000">
            <w:pPr>
              <w:jc w:val="center"/>
            </w:pPr>
            <w:r>
              <w:rPr>
                <w:b/>
                <w:color w:val="FFFFFF"/>
                <w:sz w:val="14"/>
              </w:rPr>
              <w:t>Department / Department of Art</w:t>
            </w:r>
          </w:p>
        </w:tc>
        <w:tc>
          <w:tcPr>
            <w:tcW w:w="1871" w:type="dxa"/>
            <w:shd w:val="clear" w:color="auto" w:fill="1F6AA5"/>
            <w:tcMar>
              <w:top w:w="40" w:type="dxa"/>
              <w:left w:w="35" w:type="dxa"/>
              <w:bottom w:w="40" w:type="dxa"/>
              <w:right w:w="35" w:type="dxa"/>
            </w:tcMar>
          </w:tcPr>
          <w:p w14:paraId="62C36B38" w14:textId="77777777" w:rsidR="00A06E61" w:rsidRDefault="00000000">
            <w:pPr>
              <w:jc w:val="center"/>
            </w:pPr>
            <w:r>
              <w:rPr>
                <w:b/>
                <w:color w:val="FFFFFF"/>
                <w:sz w:val="14"/>
              </w:rPr>
              <w:t>Program</w:t>
            </w:r>
          </w:p>
        </w:tc>
        <w:tc>
          <w:tcPr>
            <w:tcW w:w="1190" w:type="dxa"/>
            <w:shd w:val="clear" w:color="auto" w:fill="1F6AA5"/>
            <w:tcMar>
              <w:top w:w="40" w:type="dxa"/>
              <w:left w:w="35" w:type="dxa"/>
              <w:bottom w:w="40" w:type="dxa"/>
              <w:right w:w="35" w:type="dxa"/>
            </w:tcMar>
          </w:tcPr>
          <w:p w14:paraId="7DF5226D" w14:textId="77777777" w:rsidR="00A06E61" w:rsidRDefault="00000000">
            <w:pPr>
              <w:jc w:val="center"/>
            </w:pPr>
            <w:r>
              <w:rPr>
                <w:b/>
                <w:color w:val="FFFFFF"/>
                <w:sz w:val="14"/>
              </w:rPr>
              <w:t>ALES Score</w:t>
            </w:r>
          </w:p>
        </w:tc>
        <w:tc>
          <w:tcPr>
            <w:tcW w:w="8618" w:type="dxa"/>
            <w:shd w:val="clear" w:color="auto" w:fill="1F6AA5"/>
            <w:tcMar>
              <w:top w:w="40" w:type="dxa"/>
              <w:left w:w="35" w:type="dxa"/>
              <w:bottom w:w="40" w:type="dxa"/>
              <w:right w:w="35" w:type="dxa"/>
            </w:tcMar>
          </w:tcPr>
          <w:p w14:paraId="40369CB2" w14:textId="77777777" w:rsidR="00A06E61" w:rsidRDefault="00000000">
            <w:pPr>
              <w:jc w:val="center"/>
            </w:pPr>
            <w:r>
              <w:rPr>
                <w:b/>
                <w:color w:val="FFFFFF"/>
                <w:sz w:val="14"/>
              </w:rPr>
              <w:t>Application Requirements</w:t>
            </w:r>
          </w:p>
        </w:tc>
        <w:tc>
          <w:tcPr>
            <w:tcW w:w="793" w:type="dxa"/>
            <w:shd w:val="clear" w:color="auto" w:fill="1F6AA5"/>
            <w:tcMar>
              <w:top w:w="40" w:type="dxa"/>
              <w:left w:w="35" w:type="dxa"/>
              <w:bottom w:w="40" w:type="dxa"/>
              <w:right w:w="35" w:type="dxa"/>
            </w:tcMar>
          </w:tcPr>
          <w:p w14:paraId="0A261E20" w14:textId="77777777" w:rsidR="00A06E61" w:rsidRDefault="00000000">
            <w:pPr>
              <w:jc w:val="center"/>
            </w:pPr>
            <w:r>
              <w:rPr>
                <w:b/>
                <w:color w:val="FFFFFF"/>
                <w:sz w:val="14"/>
              </w:rPr>
              <w:t>Quota</w:t>
            </w:r>
          </w:p>
        </w:tc>
        <w:tc>
          <w:tcPr>
            <w:tcW w:w="907" w:type="dxa"/>
            <w:shd w:val="clear" w:color="auto" w:fill="1F6AA5"/>
            <w:tcMar>
              <w:top w:w="40" w:type="dxa"/>
              <w:left w:w="35" w:type="dxa"/>
              <w:bottom w:w="40" w:type="dxa"/>
              <w:right w:w="35" w:type="dxa"/>
            </w:tcMar>
          </w:tcPr>
          <w:p w14:paraId="735E73B5" w14:textId="77777777" w:rsidR="00A06E61" w:rsidRDefault="00000000">
            <w:pPr>
              <w:jc w:val="center"/>
            </w:pPr>
            <w:r>
              <w:rPr>
                <w:b/>
                <w:color w:val="FFFFFF"/>
                <w:sz w:val="14"/>
              </w:rPr>
              <w:t>International</w:t>
            </w:r>
          </w:p>
        </w:tc>
        <w:tc>
          <w:tcPr>
            <w:tcW w:w="680" w:type="dxa"/>
            <w:shd w:val="clear" w:color="auto" w:fill="1F6AA5"/>
            <w:tcMar>
              <w:top w:w="40" w:type="dxa"/>
              <w:left w:w="35" w:type="dxa"/>
              <w:bottom w:w="40" w:type="dxa"/>
              <w:right w:w="35" w:type="dxa"/>
            </w:tcMar>
          </w:tcPr>
          <w:p w14:paraId="0989EEE7" w14:textId="77777777" w:rsidR="00A06E61" w:rsidRDefault="00000000">
            <w:pPr>
              <w:jc w:val="center"/>
            </w:pPr>
            <w:r>
              <w:rPr>
                <w:b/>
                <w:color w:val="FFFFFF"/>
                <w:sz w:val="14"/>
              </w:rPr>
              <w:t>Total</w:t>
            </w:r>
          </w:p>
        </w:tc>
      </w:tr>
      <w:tr w:rsidR="00A06E61" w14:paraId="16C60A5C" w14:textId="77777777">
        <w:trPr>
          <w:jc w:val="center"/>
        </w:trPr>
        <w:tc>
          <w:tcPr>
            <w:tcW w:w="1871" w:type="dxa"/>
            <w:shd w:val="clear" w:color="auto" w:fill="DDEBF7"/>
            <w:tcMar>
              <w:top w:w="35" w:type="dxa"/>
              <w:left w:w="35" w:type="dxa"/>
              <w:bottom w:w="35" w:type="dxa"/>
              <w:right w:w="35" w:type="dxa"/>
            </w:tcMar>
            <w:vAlign w:val="center"/>
          </w:tcPr>
          <w:p w14:paraId="65937C84" w14:textId="77777777" w:rsidR="00A06E61" w:rsidRDefault="00000000">
            <w:r>
              <w:rPr>
                <w:color w:val="000000"/>
                <w:sz w:val="13"/>
              </w:rPr>
              <w:t>Economics</w:t>
            </w:r>
          </w:p>
        </w:tc>
        <w:tc>
          <w:tcPr>
            <w:tcW w:w="1871" w:type="dxa"/>
            <w:shd w:val="clear" w:color="auto" w:fill="DDEBF7"/>
            <w:tcMar>
              <w:top w:w="35" w:type="dxa"/>
              <w:left w:w="35" w:type="dxa"/>
              <w:bottom w:w="35" w:type="dxa"/>
              <w:right w:w="35" w:type="dxa"/>
            </w:tcMar>
            <w:vAlign w:val="center"/>
          </w:tcPr>
          <w:p w14:paraId="661CC5C4" w14:textId="77777777" w:rsidR="00A06E61" w:rsidRDefault="00000000">
            <w:r>
              <w:rPr>
                <w:color w:val="000000"/>
                <w:sz w:val="13"/>
              </w:rPr>
              <w:t>Economics</w:t>
            </w:r>
          </w:p>
        </w:tc>
        <w:tc>
          <w:tcPr>
            <w:tcW w:w="1190" w:type="dxa"/>
            <w:shd w:val="clear" w:color="auto" w:fill="DDEBF7"/>
            <w:tcMar>
              <w:top w:w="35" w:type="dxa"/>
              <w:left w:w="35" w:type="dxa"/>
              <w:bottom w:w="35" w:type="dxa"/>
              <w:right w:w="35" w:type="dxa"/>
            </w:tcMar>
            <w:vAlign w:val="center"/>
          </w:tcPr>
          <w:p w14:paraId="78DBED08" w14:textId="77777777" w:rsidR="00A06E61" w:rsidRDefault="00000000">
            <w:pPr>
              <w:jc w:val="center"/>
            </w:pPr>
            <w:r>
              <w:rPr>
                <w:color w:val="000000"/>
                <w:sz w:val="13"/>
              </w:rPr>
              <w:t>No ALES score requirement</w:t>
            </w:r>
          </w:p>
        </w:tc>
        <w:tc>
          <w:tcPr>
            <w:tcW w:w="8618" w:type="dxa"/>
            <w:shd w:val="clear" w:color="auto" w:fill="DDEBF7"/>
            <w:tcMar>
              <w:top w:w="35" w:type="dxa"/>
              <w:left w:w="35" w:type="dxa"/>
              <w:bottom w:w="35" w:type="dxa"/>
              <w:right w:w="35" w:type="dxa"/>
            </w:tcMar>
          </w:tcPr>
          <w:p w14:paraId="28213D46" w14:textId="77777777" w:rsidR="00A06E61" w:rsidRDefault="00000000">
            <w:r>
              <w:rPr>
                <w:color w:val="000000"/>
                <w:sz w:val="13"/>
              </w:rPr>
              <w:t>1. To hold an undergraduate degree.</w:t>
            </w:r>
          </w:p>
          <w:p w14:paraId="1E387987" w14:textId="77777777" w:rsidR="00A06E61" w:rsidRDefault="00000000">
            <w:r>
              <w:rPr>
                <w:color w:val="000000"/>
                <w:sz w:val="13"/>
              </w:rPr>
              <w:t>2. Success ranking shall be determined based on the undergraduate graduation grade. If the graduation grade submitted in the application is based on a grading system other than the 4.00 grading system used by the candidate’s university during their education, the candidate’s graduation grade shall be calculated and evaluated according to the grade conversion table determined by the Council of Higher Education.</w:t>
            </w:r>
          </w:p>
          <w:p w14:paraId="779AF460" w14:textId="77777777" w:rsidR="00A06E61" w:rsidRDefault="00000000">
            <w:r>
              <w:rPr>
                <w:color w:val="000000"/>
                <w:sz w:val="13"/>
              </w:rPr>
              <w:t>3. The tuition fee is 50,000.00 TRY. The fee shall be collected in two equal installments in the first two semesters, and each installment shall be 25,000.00 TRY. If a failed course is retaken in the non-thesis master’s program, the tuition fee shall be paid again for each course, at 5,000.00 TRY per course.</w:t>
            </w:r>
          </w:p>
          <w:p w14:paraId="0E9DF9E5" w14:textId="77777777" w:rsidR="00A06E61" w:rsidRDefault="00000000">
            <w:r>
              <w:rPr>
                <w:color w:val="000000"/>
                <w:sz w:val="13"/>
              </w:rPr>
              <w:t>4. International students must have a Turkish language proficiency certificate at C1 level.</w:t>
            </w:r>
          </w:p>
          <w:p w14:paraId="5D8872C6" w14:textId="77777777" w:rsidR="00A06E61" w:rsidRDefault="00000000">
            <w:r>
              <w:rPr>
                <w:color w:val="000000"/>
                <w:sz w:val="13"/>
              </w:rPr>
              <w:t>5. If the number of applicants who apply for registration in the programs is fewer than 10, the program shall not be opened. Final registration procedures shall not be carried out, and the fees paid shall be refunded.</w:t>
            </w:r>
          </w:p>
        </w:tc>
        <w:tc>
          <w:tcPr>
            <w:tcW w:w="793" w:type="dxa"/>
            <w:shd w:val="clear" w:color="auto" w:fill="DDEBF7"/>
            <w:tcMar>
              <w:top w:w="35" w:type="dxa"/>
              <w:left w:w="35" w:type="dxa"/>
              <w:bottom w:w="35" w:type="dxa"/>
              <w:right w:w="35" w:type="dxa"/>
            </w:tcMar>
            <w:vAlign w:val="center"/>
          </w:tcPr>
          <w:p w14:paraId="56A7F2B1" w14:textId="18D25BF1" w:rsidR="00A06E61" w:rsidRDefault="005E543A">
            <w:pPr>
              <w:jc w:val="center"/>
            </w:pPr>
            <w:r>
              <w:rPr>
                <w:color w:val="000000"/>
                <w:sz w:val="13"/>
              </w:rPr>
              <w:t>29</w:t>
            </w:r>
          </w:p>
        </w:tc>
        <w:tc>
          <w:tcPr>
            <w:tcW w:w="907" w:type="dxa"/>
            <w:shd w:val="clear" w:color="auto" w:fill="DDEBF7"/>
            <w:tcMar>
              <w:top w:w="35" w:type="dxa"/>
              <w:left w:w="35" w:type="dxa"/>
              <w:bottom w:w="35" w:type="dxa"/>
              <w:right w:w="35" w:type="dxa"/>
            </w:tcMar>
            <w:vAlign w:val="center"/>
          </w:tcPr>
          <w:p w14:paraId="04164533" w14:textId="2FC8107E" w:rsidR="00A06E61" w:rsidRDefault="005E543A">
            <w:pPr>
              <w:jc w:val="center"/>
            </w:pPr>
            <w:r>
              <w:rPr>
                <w:color w:val="000000"/>
                <w:sz w:val="13"/>
              </w:rPr>
              <w:t>18</w:t>
            </w:r>
          </w:p>
        </w:tc>
        <w:tc>
          <w:tcPr>
            <w:tcW w:w="680" w:type="dxa"/>
            <w:shd w:val="clear" w:color="auto" w:fill="DDEBF7"/>
            <w:tcMar>
              <w:top w:w="35" w:type="dxa"/>
              <w:left w:w="35" w:type="dxa"/>
              <w:bottom w:w="35" w:type="dxa"/>
              <w:right w:w="35" w:type="dxa"/>
            </w:tcMar>
            <w:vAlign w:val="center"/>
          </w:tcPr>
          <w:p w14:paraId="65696149" w14:textId="530AE836" w:rsidR="00A06E61" w:rsidRDefault="005E543A">
            <w:pPr>
              <w:jc w:val="center"/>
            </w:pPr>
            <w:r>
              <w:rPr>
                <w:color w:val="000000"/>
                <w:sz w:val="13"/>
              </w:rPr>
              <w:t>47</w:t>
            </w:r>
          </w:p>
        </w:tc>
      </w:tr>
      <w:tr w:rsidR="00A06E61" w14:paraId="381AA070" w14:textId="77777777">
        <w:trPr>
          <w:jc w:val="center"/>
        </w:trPr>
        <w:tc>
          <w:tcPr>
            <w:tcW w:w="1871" w:type="dxa"/>
            <w:shd w:val="clear" w:color="auto" w:fill="FFFFFF"/>
            <w:tcMar>
              <w:top w:w="35" w:type="dxa"/>
              <w:left w:w="35" w:type="dxa"/>
              <w:bottom w:w="35" w:type="dxa"/>
              <w:right w:w="35" w:type="dxa"/>
            </w:tcMar>
            <w:vAlign w:val="center"/>
          </w:tcPr>
          <w:p w14:paraId="468820EC" w14:textId="77777777" w:rsidR="00A06E61" w:rsidRDefault="00000000">
            <w:r>
              <w:rPr>
                <w:color w:val="000000"/>
                <w:sz w:val="13"/>
              </w:rPr>
              <w:t>Political Science and Public Administration</w:t>
            </w:r>
          </w:p>
        </w:tc>
        <w:tc>
          <w:tcPr>
            <w:tcW w:w="1871" w:type="dxa"/>
            <w:shd w:val="clear" w:color="auto" w:fill="FFFFFF"/>
            <w:tcMar>
              <w:top w:w="35" w:type="dxa"/>
              <w:left w:w="35" w:type="dxa"/>
              <w:bottom w:w="35" w:type="dxa"/>
              <w:right w:w="35" w:type="dxa"/>
            </w:tcMar>
            <w:vAlign w:val="center"/>
          </w:tcPr>
          <w:p w14:paraId="6F63CBBB" w14:textId="77777777" w:rsidR="00A06E61" w:rsidRDefault="00000000">
            <w:r>
              <w:rPr>
                <w:color w:val="000000"/>
                <w:sz w:val="13"/>
              </w:rPr>
              <w:t>Political Science and Public Administration</w:t>
            </w:r>
          </w:p>
        </w:tc>
        <w:tc>
          <w:tcPr>
            <w:tcW w:w="1190" w:type="dxa"/>
            <w:shd w:val="clear" w:color="auto" w:fill="FFFFFF"/>
            <w:tcMar>
              <w:top w:w="35" w:type="dxa"/>
              <w:left w:w="35" w:type="dxa"/>
              <w:bottom w:w="35" w:type="dxa"/>
              <w:right w:w="35" w:type="dxa"/>
            </w:tcMar>
            <w:vAlign w:val="center"/>
          </w:tcPr>
          <w:p w14:paraId="628BC882" w14:textId="77777777" w:rsidR="00A06E61" w:rsidRDefault="00000000">
            <w:pPr>
              <w:jc w:val="center"/>
            </w:pPr>
            <w:r>
              <w:rPr>
                <w:color w:val="000000"/>
                <w:sz w:val="13"/>
              </w:rPr>
              <w:t>No ALES score requirement</w:t>
            </w:r>
          </w:p>
        </w:tc>
        <w:tc>
          <w:tcPr>
            <w:tcW w:w="8618" w:type="dxa"/>
            <w:shd w:val="clear" w:color="auto" w:fill="FFFFFF"/>
            <w:tcMar>
              <w:top w:w="35" w:type="dxa"/>
              <w:left w:w="35" w:type="dxa"/>
              <w:bottom w:w="35" w:type="dxa"/>
              <w:right w:w="35" w:type="dxa"/>
            </w:tcMar>
          </w:tcPr>
          <w:p w14:paraId="2797FB92" w14:textId="77777777" w:rsidR="00A06E61" w:rsidRDefault="00000000">
            <w:r>
              <w:rPr>
                <w:color w:val="000000"/>
                <w:sz w:val="13"/>
              </w:rPr>
              <w:t>1. To hold an undergraduate degree.</w:t>
            </w:r>
          </w:p>
          <w:p w14:paraId="0C9AC970" w14:textId="77777777" w:rsidR="00A06E61" w:rsidRDefault="00000000">
            <w:r>
              <w:rPr>
                <w:color w:val="000000"/>
                <w:sz w:val="13"/>
              </w:rPr>
              <w:t>2. Success ranking shall be determined based on the undergraduate graduation grade. If the graduation grade submitted in the application is based on a grading system other than the 4.00 grading system used by the candidate’s university during their education, the candidate’s graduation grade shall be calculated and evaluated according to the grade conversion table determined by the Council of Higher Education.</w:t>
            </w:r>
          </w:p>
          <w:p w14:paraId="292E8669" w14:textId="77777777" w:rsidR="00A06E61" w:rsidRDefault="00000000">
            <w:r>
              <w:rPr>
                <w:color w:val="000000"/>
                <w:sz w:val="13"/>
              </w:rPr>
              <w:t>3. The tuition fee is 50,000.00 TRY. The fee shall be collected in two equal installments in the first two semesters, and each installment shall be 25,000.00 TRY. If a failed course is retaken in the non-thesis master’s program, the tuition fee shall be paid again for each course, at 5,000.00 TRY per course.</w:t>
            </w:r>
          </w:p>
          <w:p w14:paraId="78E730E0" w14:textId="77777777" w:rsidR="00A06E61" w:rsidRDefault="00000000">
            <w:r>
              <w:rPr>
                <w:color w:val="000000"/>
                <w:sz w:val="13"/>
              </w:rPr>
              <w:t>4. International students must have a Turkish language proficiency certificate at C1 level.</w:t>
            </w:r>
          </w:p>
          <w:p w14:paraId="584AED32" w14:textId="77777777" w:rsidR="00A06E61" w:rsidRDefault="00000000">
            <w:r>
              <w:rPr>
                <w:color w:val="000000"/>
                <w:sz w:val="13"/>
              </w:rPr>
              <w:t>5. If the number of applicants who apply for registration in the programs is fewer than 10, the program shall not be opened. Final registration procedures shall not be carried out, and the fees paid shall be refunded.</w:t>
            </w:r>
          </w:p>
        </w:tc>
        <w:tc>
          <w:tcPr>
            <w:tcW w:w="793" w:type="dxa"/>
            <w:shd w:val="clear" w:color="auto" w:fill="FFFFFF"/>
            <w:tcMar>
              <w:top w:w="35" w:type="dxa"/>
              <w:left w:w="35" w:type="dxa"/>
              <w:bottom w:w="35" w:type="dxa"/>
              <w:right w:w="35" w:type="dxa"/>
            </w:tcMar>
            <w:vAlign w:val="center"/>
          </w:tcPr>
          <w:p w14:paraId="4D7A7FB0" w14:textId="47654122" w:rsidR="00A06E61" w:rsidRDefault="005E543A">
            <w:pPr>
              <w:jc w:val="center"/>
            </w:pPr>
            <w:r>
              <w:rPr>
                <w:color w:val="000000"/>
                <w:sz w:val="13"/>
              </w:rPr>
              <w:t>40</w:t>
            </w:r>
          </w:p>
        </w:tc>
        <w:tc>
          <w:tcPr>
            <w:tcW w:w="907" w:type="dxa"/>
            <w:shd w:val="clear" w:color="auto" w:fill="FFFFFF"/>
            <w:tcMar>
              <w:top w:w="35" w:type="dxa"/>
              <w:left w:w="35" w:type="dxa"/>
              <w:bottom w:w="35" w:type="dxa"/>
              <w:right w:w="35" w:type="dxa"/>
            </w:tcMar>
            <w:vAlign w:val="center"/>
          </w:tcPr>
          <w:p w14:paraId="6F816BAF" w14:textId="77777777" w:rsidR="00A06E61" w:rsidRDefault="00000000">
            <w:pPr>
              <w:jc w:val="center"/>
            </w:pPr>
            <w:r>
              <w:rPr>
                <w:color w:val="000000"/>
                <w:sz w:val="13"/>
              </w:rPr>
              <w:t>5</w:t>
            </w:r>
          </w:p>
        </w:tc>
        <w:tc>
          <w:tcPr>
            <w:tcW w:w="680" w:type="dxa"/>
            <w:shd w:val="clear" w:color="auto" w:fill="FFFFFF"/>
            <w:tcMar>
              <w:top w:w="35" w:type="dxa"/>
              <w:left w:w="35" w:type="dxa"/>
              <w:bottom w:w="35" w:type="dxa"/>
              <w:right w:w="35" w:type="dxa"/>
            </w:tcMar>
            <w:vAlign w:val="center"/>
          </w:tcPr>
          <w:p w14:paraId="530D163A" w14:textId="75FD2FF1" w:rsidR="00A06E61" w:rsidRDefault="005E543A">
            <w:pPr>
              <w:jc w:val="center"/>
            </w:pPr>
            <w:r>
              <w:rPr>
                <w:color w:val="000000"/>
                <w:sz w:val="13"/>
              </w:rPr>
              <w:t>45</w:t>
            </w:r>
          </w:p>
        </w:tc>
      </w:tr>
    </w:tbl>
    <w:p w14:paraId="7089BBB5" w14:textId="77777777" w:rsidR="00A06E61" w:rsidRDefault="00A06E61"/>
    <w:p w14:paraId="6EF2F27B" w14:textId="77777777" w:rsidR="00A06E61" w:rsidRDefault="00000000">
      <w:pPr>
        <w:shd w:val="clear" w:color="auto" w:fill="1F6AA5"/>
        <w:spacing w:before="120" w:after="60"/>
        <w:jc w:val="center"/>
      </w:pPr>
      <w:r>
        <w:rPr>
          <w:b/>
          <w:color w:val="FFFFFF"/>
          <w:sz w:val="24"/>
        </w:rPr>
        <w:t>DISTANCE EDUCATION NON-THESIS MASTER’S PROGRAMS</w:t>
      </w:r>
    </w:p>
    <w:tbl>
      <w:tblPr>
        <w:tblStyle w:val="TabloKlavuzu"/>
        <w:tblW w:w="5000" w:type="pct"/>
        <w:jc w:val="center"/>
        <w:tblLayout w:type="fixed"/>
        <w:tblLook w:val="04A0" w:firstRow="1" w:lastRow="0" w:firstColumn="1" w:lastColumn="0" w:noHBand="0" w:noVBand="1"/>
      </w:tblPr>
      <w:tblGrid>
        <w:gridCol w:w="1870"/>
        <w:gridCol w:w="1870"/>
        <w:gridCol w:w="1189"/>
        <w:gridCol w:w="8612"/>
        <w:gridCol w:w="793"/>
        <w:gridCol w:w="906"/>
        <w:gridCol w:w="680"/>
      </w:tblGrid>
      <w:tr w:rsidR="00A06E61" w14:paraId="7AA1C313" w14:textId="77777777">
        <w:trPr>
          <w:tblHeader/>
          <w:jc w:val="center"/>
        </w:trPr>
        <w:tc>
          <w:tcPr>
            <w:tcW w:w="1871" w:type="dxa"/>
            <w:shd w:val="clear" w:color="auto" w:fill="1F6AA5"/>
            <w:tcMar>
              <w:top w:w="40" w:type="dxa"/>
              <w:left w:w="35" w:type="dxa"/>
              <w:bottom w:w="40" w:type="dxa"/>
              <w:right w:w="35" w:type="dxa"/>
            </w:tcMar>
          </w:tcPr>
          <w:p w14:paraId="794D4FE4" w14:textId="77777777" w:rsidR="00A06E61" w:rsidRDefault="00000000">
            <w:pPr>
              <w:jc w:val="center"/>
            </w:pPr>
            <w:r>
              <w:rPr>
                <w:b/>
                <w:color w:val="FFFFFF"/>
                <w:sz w:val="14"/>
              </w:rPr>
              <w:t>Department / Department of Art</w:t>
            </w:r>
          </w:p>
        </w:tc>
        <w:tc>
          <w:tcPr>
            <w:tcW w:w="1871" w:type="dxa"/>
            <w:shd w:val="clear" w:color="auto" w:fill="1F6AA5"/>
            <w:tcMar>
              <w:top w:w="40" w:type="dxa"/>
              <w:left w:w="35" w:type="dxa"/>
              <w:bottom w:w="40" w:type="dxa"/>
              <w:right w:w="35" w:type="dxa"/>
            </w:tcMar>
          </w:tcPr>
          <w:p w14:paraId="25FEDDBC" w14:textId="77777777" w:rsidR="00A06E61" w:rsidRDefault="00000000">
            <w:pPr>
              <w:jc w:val="center"/>
            </w:pPr>
            <w:r>
              <w:rPr>
                <w:b/>
                <w:color w:val="FFFFFF"/>
                <w:sz w:val="14"/>
              </w:rPr>
              <w:t>Program</w:t>
            </w:r>
          </w:p>
        </w:tc>
        <w:tc>
          <w:tcPr>
            <w:tcW w:w="1190" w:type="dxa"/>
            <w:shd w:val="clear" w:color="auto" w:fill="1F6AA5"/>
            <w:tcMar>
              <w:top w:w="40" w:type="dxa"/>
              <w:left w:w="35" w:type="dxa"/>
              <w:bottom w:w="40" w:type="dxa"/>
              <w:right w:w="35" w:type="dxa"/>
            </w:tcMar>
          </w:tcPr>
          <w:p w14:paraId="3D8D2B2C" w14:textId="77777777" w:rsidR="00A06E61" w:rsidRDefault="00000000">
            <w:pPr>
              <w:jc w:val="center"/>
            </w:pPr>
            <w:r>
              <w:rPr>
                <w:b/>
                <w:color w:val="FFFFFF"/>
                <w:sz w:val="14"/>
              </w:rPr>
              <w:t>ALES Score</w:t>
            </w:r>
          </w:p>
        </w:tc>
        <w:tc>
          <w:tcPr>
            <w:tcW w:w="8618" w:type="dxa"/>
            <w:shd w:val="clear" w:color="auto" w:fill="1F6AA5"/>
            <w:tcMar>
              <w:top w:w="40" w:type="dxa"/>
              <w:left w:w="35" w:type="dxa"/>
              <w:bottom w:w="40" w:type="dxa"/>
              <w:right w:w="35" w:type="dxa"/>
            </w:tcMar>
          </w:tcPr>
          <w:p w14:paraId="6BBE0176" w14:textId="77777777" w:rsidR="00A06E61" w:rsidRDefault="00000000">
            <w:pPr>
              <w:jc w:val="center"/>
            </w:pPr>
            <w:r>
              <w:rPr>
                <w:b/>
                <w:color w:val="FFFFFF"/>
                <w:sz w:val="14"/>
              </w:rPr>
              <w:t>Application Requirements</w:t>
            </w:r>
          </w:p>
        </w:tc>
        <w:tc>
          <w:tcPr>
            <w:tcW w:w="793" w:type="dxa"/>
            <w:shd w:val="clear" w:color="auto" w:fill="1F6AA5"/>
            <w:tcMar>
              <w:top w:w="40" w:type="dxa"/>
              <w:left w:w="35" w:type="dxa"/>
              <w:bottom w:w="40" w:type="dxa"/>
              <w:right w:w="35" w:type="dxa"/>
            </w:tcMar>
          </w:tcPr>
          <w:p w14:paraId="734AFAD5" w14:textId="77777777" w:rsidR="00A06E61" w:rsidRDefault="00000000">
            <w:pPr>
              <w:jc w:val="center"/>
            </w:pPr>
            <w:r>
              <w:rPr>
                <w:b/>
                <w:color w:val="FFFFFF"/>
                <w:sz w:val="14"/>
              </w:rPr>
              <w:t>Quota</w:t>
            </w:r>
          </w:p>
        </w:tc>
        <w:tc>
          <w:tcPr>
            <w:tcW w:w="907" w:type="dxa"/>
            <w:shd w:val="clear" w:color="auto" w:fill="1F6AA5"/>
            <w:tcMar>
              <w:top w:w="40" w:type="dxa"/>
              <w:left w:w="35" w:type="dxa"/>
              <w:bottom w:w="40" w:type="dxa"/>
              <w:right w:w="35" w:type="dxa"/>
            </w:tcMar>
          </w:tcPr>
          <w:p w14:paraId="1E85BE08" w14:textId="77777777" w:rsidR="00A06E61" w:rsidRDefault="00000000">
            <w:pPr>
              <w:jc w:val="center"/>
            </w:pPr>
            <w:r>
              <w:rPr>
                <w:b/>
                <w:color w:val="FFFFFF"/>
                <w:sz w:val="14"/>
              </w:rPr>
              <w:t>International</w:t>
            </w:r>
          </w:p>
        </w:tc>
        <w:tc>
          <w:tcPr>
            <w:tcW w:w="680" w:type="dxa"/>
            <w:shd w:val="clear" w:color="auto" w:fill="1F6AA5"/>
            <w:tcMar>
              <w:top w:w="40" w:type="dxa"/>
              <w:left w:w="35" w:type="dxa"/>
              <w:bottom w:w="40" w:type="dxa"/>
              <w:right w:w="35" w:type="dxa"/>
            </w:tcMar>
          </w:tcPr>
          <w:p w14:paraId="0BD80E1A" w14:textId="77777777" w:rsidR="00A06E61" w:rsidRDefault="00000000">
            <w:pPr>
              <w:jc w:val="center"/>
            </w:pPr>
            <w:r>
              <w:rPr>
                <w:b/>
                <w:color w:val="FFFFFF"/>
                <w:sz w:val="14"/>
              </w:rPr>
              <w:t>Total</w:t>
            </w:r>
          </w:p>
        </w:tc>
      </w:tr>
      <w:tr w:rsidR="00A06E61" w14:paraId="14D077DF" w14:textId="77777777">
        <w:trPr>
          <w:jc w:val="center"/>
        </w:trPr>
        <w:tc>
          <w:tcPr>
            <w:tcW w:w="1871" w:type="dxa"/>
            <w:shd w:val="clear" w:color="auto" w:fill="DDEBF7"/>
            <w:tcMar>
              <w:top w:w="35" w:type="dxa"/>
              <w:left w:w="35" w:type="dxa"/>
              <w:bottom w:w="35" w:type="dxa"/>
              <w:right w:w="35" w:type="dxa"/>
            </w:tcMar>
            <w:vAlign w:val="center"/>
          </w:tcPr>
          <w:p w14:paraId="2AC5A29F" w14:textId="77777777" w:rsidR="00A06E61" w:rsidRDefault="00000000">
            <w:r>
              <w:rPr>
                <w:color w:val="000000"/>
                <w:sz w:val="13"/>
              </w:rPr>
              <w:t>Banking and Finance</w:t>
            </w:r>
          </w:p>
        </w:tc>
        <w:tc>
          <w:tcPr>
            <w:tcW w:w="1871" w:type="dxa"/>
            <w:shd w:val="clear" w:color="auto" w:fill="DDEBF7"/>
            <w:tcMar>
              <w:top w:w="35" w:type="dxa"/>
              <w:left w:w="35" w:type="dxa"/>
              <w:bottom w:w="35" w:type="dxa"/>
              <w:right w:w="35" w:type="dxa"/>
            </w:tcMar>
            <w:vAlign w:val="center"/>
          </w:tcPr>
          <w:p w14:paraId="7AFC64D5" w14:textId="77777777" w:rsidR="00A06E61" w:rsidRDefault="00000000">
            <w:r>
              <w:rPr>
                <w:color w:val="000000"/>
                <w:sz w:val="13"/>
              </w:rPr>
              <w:t>Financial Reporting and Auditing</w:t>
            </w:r>
          </w:p>
        </w:tc>
        <w:tc>
          <w:tcPr>
            <w:tcW w:w="1190" w:type="dxa"/>
            <w:shd w:val="clear" w:color="auto" w:fill="DDEBF7"/>
            <w:tcMar>
              <w:top w:w="35" w:type="dxa"/>
              <w:left w:w="35" w:type="dxa"/>
              <w:bottom w:w="35" w:type="dxa"/>
              <w:right w:w="35" w:type="dxa"/>
            </w:tcMar>
            <w:vAlign w:val="center"/>
          </w:tcPr>
          <w:p w14:paraId="3FB52CA0" w14:textId="77777777" w:rsidR="00A06E61" w:rsidRDefault="00000000">
            <w:pPr>
              <w:jc w:val="center"/>
            </w:pPr>
            <w:r>
              <w:rPr>
                <w:color w:val="000000"/>
                <w:sz w:val="13"/>
              </w:rPr>
              <w:t>No ALES score requirement</w:t>
            </w:r>
          </w:p>
        </w:tc>
        <w:tc>
          <w:tcPr>
            <w:tcW w:w="8618" w:type="dxa"/>
            <w:shd w:val="clear" w:color="auto" w:fill="DDEBF7"/>
            <w:tcMar>
              <w:top w:w="35" w:type="dxa"/>
              <w:left w:w="35" w:type="dxa"/>
              <w:bottom w:w="35" w:type="dxa"/>
              <w:right w:w="35" w:type="dxa"/>
            </w:tcMar>
          </w:tcPr>
          <w:p w14:paraId="247DC9AC" w14:textId="77777777" w:rsidR="00A06E61" w:rsidRDefault="00000000">
            <w:r>
              <w:rPr>
                <w:color w:val="000000"/>
                <w:sz w:val="13"/>
              </w:rPr>
              <w:t>1. To hold an undergraduate degree.</w:t>
            </w:r>
          </w:p>
          <w:p w14:paraId="08AE9345" w14:textId="77777777" w:rsidR="00A06E61" w:rsidRDefault="00000000">
            <w:r>
              <w:rPr>
                <w:color w:val="000000"/>
                <w:sz w:val="13"/>
              </w:rPr>
              <w:t>2. Success ranking shall be determined based on the undergraduate graduation grade. If the graduation grade submitted in the application is based on a grading system other than the 4.00 grading system used by the candidate’s university during their education, the candidate’s graduation grade shall be calculated and evaluated according to the grade conversion table determined by the Council of Higher Education.</w:t>
            </w:r>
          </w:p>
          <w:p w14:paraId="2C5471FE" w14:textId="77777777" w:rsidR="00A06E61" w:rsidRDefault="00000000">
            <w:r>
              <w:rPr>
                <w:color w:val="000000"/>
                <w:sz w:val="13"/>
              </w:rPr>
              <w:t>3. The tuition fee is 50,000.00 TRY. The fee shall be collected in two equal installments in the first two terms, and each installment shall be 25,000.00 TRY. If a failed course is retaken in the non-thesis master’s program, the tuition fee shall be paid again for each course, at 5,000.00 TRY per course.</w:t>
            </w:r>
          </w:p>
          <w:p w14:paraId="3EA5F264" w14:textId="77777777" w:rsidR="00A06E61" w:rsidRDefault="00000000">
            <w:r>
              <w:rPr>
                <w:color w:val="000000"/>
                <w:sz w:val="13"/>
              </w:rPr>
              <w:t>4. If the number of applicants who apply for registration in the programs is fewer than 10, the program shall not be opened. Final registration procedures shall not be carried out, and the fees paid shall be refunded.</w:t>
            </w:r>
          </w:p>
        </w:tc>
        <w:tc>
          <w:tcPr>
            <w:tcW w:w="793" w:type="dxa"/>
            <w:shd w:val="clear" w:color="auto" w:fill="DDEBF7"/>
            <w:tcMar>
              <w:top w:w="35" w:type="dxa"/>
              <w:left w:w="35" w:type="dxa"/>
              <w:bottom w:w="35" w:type="dxa"/>
              <w:right w:w="35" w:type="dxa"/>
            </w:tcMar>
            <w:vAlign w:val="center"/>
          </w:tcPr>
          <w:p w14:paraId="7F50CD5A" w14:textId="77777777" w:rsidR="00A06E61" w:rsidRDefault="00000000">
            <w:pPr>
              <w:jc w:val="center"/>
            </w:pPr>
            <w:r>
              <w:rPr>
                <w:color w:val="000000"/>
                <w:sz w:val="13"/>
              </w:rPr>
              <w:t>50</w:t>
            </w:r>
          </w:p>
        </w:tc>
        <w:tc>
          <w:tcPr>
            <w:tcW w:w="907" w:type="dxa"/>
            <w:shd w:val="clear" w:color="auto" w:fill="DDEBF7"/>
            <w:tcMar>
              <w:top w:w="35" w:type="dxa"/>
              <w:left w:w="35" w:type="dxa"/>
              <w:bottom w:w="35" w:type="dxa"/>
              <w:right w:w="35" w:type="dxa"/>
            </w:tcMar>
            <w:vAlign w:val="center"/>
          </w:tcPr>
          <w:p w14:paraId="59E2EC88" w14:textId="77777777" w:rsidR="00A06E61" w:rsidRDefault="00000000">
            <w:pPr>
              <w:jc w:val="center"/>
            </w:pPr>
            <w:r>
              <w:rPr>
                <w:color w:val="000000"/>
                <w:sz w:val="13"/>
              </w:rPr>
              <w:t>-</w:t>
            </w:r>
          </w:p>
        </w:tc>
        <w:tc>
          <w:tcPr>
            <w:tcW w:w="680" w:type="dxa"/>
            <w:shd w:val="clear" w:color="auto" w:fill="DDEBF7"/>
            <w:tcMar>
              <w:top w:w="35" w:type="dxa"/>
              <w:left w:w="35" w:type="dxa"/>
              <w:bottom w:w="35" w:type="dxa"/>
              <w:right w:w="35" w:type="dxa"/>
            </w:tcMar>
            <w:vAlign w:val="center"/>
          </w:tcPr>
          <w:p w14:paraId="7198FA8A" w14:textId="77777777" w:rsidR="00A06E61" w:rsidRDefault="00000000">
            <w:pPr>
              <w:jc w:val="center"/>
            </w:pPr>
            <w:r>
              <w:rPr>
                <w:color w:val="000000"/>
                <w:sz w:val="13"/>
              </w:rPr>
              <w:t>50</w:t>
            </w:r>
          </w:p>
        </w:tc>
      </w:tr>
      <w:tr w:rsidR="00A06E61" w14:paraId="4383EF17" w14:textId="77777777">
        <w:trPr>
          <w:jc w:val="center"/>
        </w:trPr>
        <w:tc>
          <w:tcPr>
            <w:tcW w:w="1871" w:type="dxa"/>
            <w:shd w:val="clear" w:color="auto" w:fill="FFFFFF"/>
            <w:tcMar>
              <w:top w:w="35" w:type="dxa"/>
              <w:left w:w="35" w:type="dxa"/>
              <w:bottom w:w="35" w:type="dxa"/>
              <w:right w:w="35" w:type="dxa"/>
            </w:tcMar>
            <w:vAlign w:val="center"/>
          </w:tcPr>
          <w:p w14:paraId="1C9363AE" w14:textId="77777777" w:rsidR="00A06E61" w:rsidRDefault="00000000">
            <w:r>
              <w:rPr>
                <w:color w:val="000000"/>
                <w:sz w:val="13"/>
              </w:rPr>
              <w:t>Business Administration</w:t>
            </w:r>
          </w:p>
        </w:tc>
        <w:tc>
          <w:tcPr>
            <w:tcW w:w="1871" w:type="dxa"/>
            <w:shd w:val="clear" w:color="auto" w:fill="FFFFFF"/>
            <w:tcMar>
              <w:top w:w="35" w:type="dxa"/>
              <w:left w:w="35" w:type="dxa"/>
              <w:bottom w:w="35" w:type="dxa"/>
              <w:right w:w="35" w:type="dxa"/>
            </w:tcMar>
            <w:vAlign w:val="center"/>
          </w:tcPr>
          <w:p w14:paraId="5D63D07E" w14:textId="77777777" w:rsidR="00A06E61" w:rsidRDefault="00000000">
            <w:r>
              <w:rPr>
                <w:color w:val="000000"/>
                <w:sz w:val="13"/>
              </w:rPr>
              <w:t>Management and Organization</w:t>
            </w:r>
          </w:p>
        </w:tc>
        <w:tc>
          <w:tcPr>
            <w:tcW w:w="1190" w:type="dxa"/>
            <w:shd w:val="clear" w:color="auto" w:fill="FFFFFF"/>
            <w:tcMar>
              <w:top w:w="35" w:type="dxa"/>
              <w:left w:w="35" w:type="dxa"/>
              <w:bottom w:w="35" w:type="dxa"/>
              <w:right w:w="35" w:type="dxa"/>
            </w:tcMar>
            <w:vAlign w:val="center"/>
          </w:tcPr>
          <w:p w14:paraId="59425A26" w14:textId="77777777" w:rsidR="00A06E61" w:rsidRDefault="00000000">
            <w:pPr>
              <w:jc w:val="center"/>
            </w:pPr>
            <w:r>
              <w:rPr>
                <w:color w:val="000000"/>
                <w:sz w:val="13"/>
              </w:rPr>
              <w:t>No ALES score requirement</w:t>
            </w:r>
          </w:p>
        </w:tc>
        <w:tc>
          <w:tcPr>
            <w:tcW w:w="8618" w:type="dxa"/>
            <w:shd w:val="clear" w:color="auto" w:fill="FFFFFF"/>
            <w:tcMar>
              <w:top w:w="35" w:type="dxa"/>
              <w:left w:w="35" w:type="dxa"/>
              <w:bottom w:w="35" w:type="dxa"/>
              <w:right w:w="35" w:type="dxa"/>
            </w:tcMar>
          </w:tcPr>
          <w:p w14:paraId="61893E9E" w14:textId="77777777" w:rsidR="00A06E61" w:rsidRDefault="00000000">
            <w:r>
              <w:rPr>
                <w:color w:val="000000"/>
                <w:sz w:val="13"/>
              </w:rPr>
              <w:t>1. To hold an undergraduate degree.</w:t>
            </w:r>
          </w:p>
          <w:p w14:paraId="693412EE" w14:textId="77777777" w:rsidR="00A06E61" w:rsidRDefault="00000000">
            <w:r>
              <w:rPr>
                <w:color w:val="000000"/>
                <w:sz w:val="13"/>
              </w:rPr>
              <w:t>2. Success ranking shall be determined based on the undergraduate graduation grade. If the graduation grade submitted in the application is based on a grading system other than the 4.00 grading system used by the candidate’s university during their education, the candidate’s graduation grade shall be calculated and evaluated according to the grade conversion table determined by the Council of Higher Education.</w:t>
            </w:r>
          </w:p>
          <w:p w14:paraId="0DC72502" w14:textId="77777777" w:rsidR="00A06E61" w:rsidRDefault="00000000">
            <w:r>
              <w:rPr>
                <w:color w:val="000000"/>
                <w:sz w:val="13"/>
              </w:rPr>
              <w:t>3. The tuition fee is 50,000.00 TRY. The fee shall be collected in two equal installments in the first two terms, and each installment shall be 25,000.00 TRY. If a failed course is retaken in the non-thesis master’s program, the tuition fee shall be paid again for each course, at 5,000.00 TRY per course.</w:t>
            </w:r>
          </w:p>
          <w:p w14:paraId="2BE36A76" w14:textId="77777777" w:rsidR="00A06E61" w:rsidRDefault="00000000">
            <w:r>
              <w:rPr>
                <w:color w:val="000000"/>
                <w:sz w:val="13"/>
              </w:rPr>
              <w:t>4. If the number of applicants who apply for registration in the programs is fewer than 10, the program shall not be opened. Final registration procedures shall not be carried out, and the fees paid shall be refunded.</w:t>
            </w:r>
          </w:p>
        </w:tc>
        <w:tc>
          <w:tcPr>
            <w:tcW w:w="793" w:type="dxa"/>
            <w:shd w:val="clear" w:color="auto" w:fill="FFFFFF"/>
            <w:tcMar>
              <w:top w:w="35" w:type="dxa"/>
              <w:left w:w="35" w:type="dxa"/>
              <w:bottom w:w="35" w:type="dxa"/>
              <w:right w:w="35" w:type="dxa"/>
            </w:tcMar>
            <w:vAlign w:val="center"/>
          </w:tcPr>
          <w:p w14:paraId="4E77F534" w14:textId="651461B8" w:rsidR="00A06E61" w:rsidRDefault="005E543A">
            <w:pPr>
              <w:jc w:val="center"/>
            </w:pPr>
            <w:r>
              <w:rPr>
                <w:color w:val="000000"/>
                <w:sz w:val="13"/>
              </w:rPr>
              <w:t>40</w:t>
            </w:r>
          </w:p>
        </w:tc>
        <w:tc>
          <w:tcPr>
            <w:tcW w:w="907" w:type="dxa"/>
            <w:shd w:val="clear" w:color="auto" w:fill="FFFFFF"/>
            <w:tcMar>
              <w:top w:w="35" w:type="dxa"/>
              <w:left w:w="35" w:type="dxa"/>
              <w:bottom w:w="35" w:type="dxa"/>
              <w:right w:w="35" w:type="dxa"/>
            </w:tcMar>
            <w:vAlign w:val="center"/>
          </w:tcPr>
          <w:p w14:paraId="6B06988A" w14:textId="77777777" w:rsidR="00A06E61" w:rsidRDefault="00000000">
            <w:pPr>
              <w:jc w:val="center"/>
            </w:pPr>
            <w:r>
              <w:rPr>
                <w:color w:val="000000"/>
                <w:sz w:val="13"/>
              </w:rPr>
              <w:t>-</w:t>
            </w:r>
          </w:p>
        </w:tc>
        <w:tc>
          <w:tcPr>
            <w:tcW w:w="680" w:type="dxa"/>
            <w:shd w:val="clear" w:color="auto" w:fill="FFFFFF"/>
            <w:tcMar>
              <w:top w:w="35" w:type="dxa"/>
              <w:left w:w="35" w:type="dxa"/>
              <w:bottom w:w="35" w:type="dxa"/>
              <w:right w:w="35" w:type="dxa"/>
            </w:tcMar>
            <w:vAlign w:val="center"/>
          </w:tcPr>
          <w:p w14:paraId="7716DF5D" w14:textId="4501DC21" w:rsidR="00A06E61" w:rsidRDefault="005E543A">
            <w:pPr>
              <w:jc w:val="center"/>
            </w:pPr>
            <w:r>
              <w:rPr>
                <w:color w:val="000000"/>
                <w:sz w:val="13"/>
              </w:rPr>
              <w:t>40</w:t>
            </w:r>
          </w:p>
        </w:tc>
      </w:tr>
      <w:tr w:rsidR="00A06E61" w14:paraId="66C36C29" w14:textId="77777777">
        <w:trPr>
          <w:jc w:val="center"/>
        </w:trPr>
        <w:tc>
          <w:tcPr>
            <w:tcW w:w="1871" w:type="dxa"/>
            <w:shd w:val="clear" w:color="auto" w:fill="DDEBF7"/>
            <w:tcMar>
              <w:top w:w="35" w:type="dxa"/>
              <w:left w:w="35" w:type="dxa"/>
              <w:bottom w:w="35" w:type="dxa"/>
              <w:right w:w="35" w:type="dxa"/>
            </w:tcMar>
            <w:vAlign w:val="center"/>
          </w:tcPr>
          <w:p w14:paraId="37782C62" w14:textId="77777777" w:rsidR="00A06E61" w:rsidRDefault="00000000">
            <w:r>
              <w:rPr>
                <w:color w:val="000000"/>
                <w:sz w:val="13"/>
              </w:rPr>
              <w:t>Occupational Health and Safety</w:t>
            </w:r>
          </w:p>
        </w:tc>
        <w:tc>
          <w:tcPr>
            <w:tcW w:w="1871" w:type="dxa"/>
            <w:shd w:val="clear" w:color="auto" w:fill="DDEBF7"/>
            <w:tcMar>
              <w:top w:w="35" w:type="dxa"/>
              <w:left w:w="35" w:type="dxa"/>
              <w:bottom w:w="35" w:type="dxa"/>
              <w:right w:w="35" w:type="dxa"/>
            </w:tcMar>
            <w:vAlign w:val="center"/>
          </w:tcPr>
          <w:p w14:paraId="184B7C14" w14:textId="77777777" w:rsidR="00A06E61" w:rsidRDefault="00000000">
            <w:r>
              <w:rPr>
                <w:color w:val="000000"/>
                <w:sz w:val="13"/>
              </w:rPr>
              <w:t>Occupational Health and Safety</w:t>
            </w:r>
          </w:p>
        </w:tc>
        <w:tc>
          <w:tcPr>
            <w:tcW w:w="1190" w:type="dxa"/>
            <w:shd w:val="clear" w:color="auto" w:fill="DDEBF7"/>
            <w:tcMar>
              <w:top w:w="35" w:type="dxa"/>
              <w:left w:w="35" w:type="dxa"/>
              <w:bottom w:w="35" w:type="dxa"/>
              <w:right w:w="35" w:type="dxa"/>
            </w:tcMar>
            <w:vAlign w:val="center"/>
          </w:tcPr>
          <w:p w14:paraId="22E3C1E4" w14:textId="77777777" w:rsidR="00A06E61" w:rsidRDefault="00000000">
            <w:pPr>
              <w:jc w:val="center"/>
            </w:pPr>
            <w:r>
              <w:rPr>
                <w:color w:val="000000"/>
                <w:sz w:val="13"/>
              </w:rPr>
              <w:t>No ALES score requirement</w:t>
            </w:r>
          </w:p>
        </w:tc>
        <w:tc>
          <w:tcPr>
            <w:tcW w:w="8618" w:type="dxa"/>
            <w:shd w:val="clear" w:color="auto" w:fill="DDEBF7"/>
            <w:tcMar>
              <w:top w:w="35" w:type="dxa"/>
              <w:left w:w="35" w:type="dxa"/>
              <w:bottom w:w="35" w:type="dxa"/>
              <w:right w:w="35" w:type="dxa"/>
            </w:tcMar>
          </w:tcPr>
          <w:p w14:paraId="16920B44" w14:textId="77777777" w:rsidR="00A06E61" w:rsidRDefault="00000000">
            <w:r>
              <w:rPr>
                <w:color w:val="000000"/>
                <w:sz w:val="13"/>
              </w:rPr>
              <w:t>1. To hold an undergraduate degree.</w:t>
            </w:r>
          </w:p>
          <w:p w14:paraId="7BC6F575" w14:textId="77777777" w:rsidR="00A06E61" w:rsidRDefault="00000000">
            <w:r>
              <w:rPr>
                <w:color w:val="000000"/>
                <w:sz w:val="13"/>
              </w:rPr>
              <w:t>2. Success ranking shall be determined based on the undergraduate graduation grade. If the graduation grade submitted in the application is based on a grading system other than the 4.00 grading system used by the candidate’s university during their education, the candidate’s graduation grade shall be calculated and evaluated according to the grade conversion table determined by the Council of Higher Education.</w:t>
            </w:r>
          </w:p>
          <w:p w14:paraId="1AC38DD4" w14:textId="77777777" w:rsidR="00A06E61" w:rsidRDefault="00000000">
            <w:r>
              <w:rPr>
                <w:color w:val="000000"/>
                <w:sz w:val="13"/>
              </w:rPr>
              <w:t>3. The tuition fee is 50,000.00 TRY. The fee shall be collected in two equal installments in the first two terms, and each installment shall be 25,000.00 TRY. If a failed course is retaken in the non-thesis master’s program, the tuition fee shall be paid again for each course, at 5,000.00 TRY per course.</w:t>
            </w:r>
          </w:p>
          <w:p w14:paraId="5B24CF76" w14:textId="77777777" w:rsidR="00A06E61" w:rsidRDefault="00000000">
            <w:r>
              <w:rPr>
                <w:color w:val="000000"/>
                <w:sz w:val="13"/>
              </w:rPr>
              <w:t>4. If the number of applicants who apply for registration in the programs is fewer than 10, the program shall not be opened. Final registration procedures shall not be carried out, and the fees paid shall be refunded.</w:t>
            </w:r>
          </w:p>
        </w:tc>
        <w:tc>
          <w:tcPr>
            <w:tcW w:w="793" w:type="dxa"/>
            <w:shd w:val="clear" w:color="auto" w:fill="DDEBF7"/>
            <w:tcMar>
              <w:top w:w="35" w:type="dxa"/>
              <w:left w:w="35" w:type="dxa"/>
              <w:bottom w:w="35" w:type="dxa"/>
              <w:right w:w="35" w:type="dxa"/>
            </w:tcMar>
            <w:vAlign w:val="center"/>
          </w:tcPr>
          <w:p w14:paraId="2E37CCB7" w14:textId="4B56C32F" w:rsidR="00A06E61" w:rsidRDefault="005E543A">
            <w:pPr>
              <w:jc w:val="center"/>
            </w:pPr>
            <w:r>
              <w:rPr>
                <w:color w:val="000000"/>
                <w:sz w:val="13"/>
              </w:rPr>
              <w:t>12</w:t>
            </w:r>
          </w:p>
        </w:tc>
        <w:tc>
          <w:tcPr>
            <w:tcW w:w="907" w:type="dxa"/>
            <w:shd w:val="clear" w:color="auto" w:fill="DDEBF7"/>
            <w:tcMar>
              <w:top w:w="35" w:type="dxa"/>
              <w:left w:w="35" w:type="dxa"/>
              <w:bottom w:w="35" w:type="dxa"/>
              <w:right w:w="35" w:type="dxa"/>
            </w:tcMar>
            <w:vAlign w:val="center"/>
          </w:tcPr>
          <w:p w14:paraId="2DB56312" w14:textId="77777777" w:rsidR="00A06E61" w:rsidRDefault="00000000">
            <w:pPr>
              <w:jc w:val="center"/>
            </w:pPr>
            <w:r>
              <w:rPr>
                <w:color w:val="000000"/>
                <w:sz w:val="13"/>
              </w:rPr>
              <w:t>-</w:t>
            </w:r>
          </w:p>
        </w:tc>
        <w:tc>
          <w:tcPr>
            <w:tcW w:w="680" w:type="dxa"/>
            <w:shd w:val="clear" w:color="auto" w:fill="DDEBF7"/>
            <w:tcMar>
              <w:top w:w="35" w:type="dxa"/>
              <w:left w:w="35" w:type="dxa"/>
              <w:bottom w:w="35" w:type="dxa"/>
              <w:right w:w="35" w:type="dxa"/>
            </w:tcMar>
            <w:vAlign w:val="center"/>
          </w:tcPr>
          <w:p w14:paraId="22A6742B" w14:textId="38003D9F" w:rsidR="00A06E61" w:rsidRDefault="005E543A">
            <w:pPr>
              <w:jc w:val="center"/>
            </w:pPr>
            <w:r>
              <w:rPr>
                <w:color w:val="000000"/>
                <w:sz w:val="13"/>
              </w:rPr>
              <w:t>12</w:t>
            </w:r>
          </w:p>
        </w:tc>
      </w:tr>
    </w:tbl>
    <w:p w14:paraId="7219593A" w14:textId="77777777" w:rsidR="00A06E61" w:rsidRDefault="00A06E61"/>
    <w:p w14:paraId="5180FB55" w14:textId="77777777" w:rsidR="00A06E61" w:rsidRDefault="00000000">
      <w:r>
        <w:br w:type="page"/>
      </w:r>
    </w:p>
    <w:p w14:paraId="5C36D00E" w14:textId="77777777" w:rsidR="00A06E61" w:rsidRDefault="00000000">
      <w:pPr>
        <w:shd w:val="clear" w:color="auto" w:fill="1F6AA5"/>
        <w:spacing w:before="120" w:after="60"/>
        <w:jc w:val="center"/>
      </w:pPr>
      <w:r>
        <w:rPr>
          <w:b/>
          <w:color w:val="FFFFFF"/>
          <w:sz w:val="24"/>
        </w:rPr>
        <w:lastRenderedPageBreak/>
        <w:t>APPLICATION CALENDAR FOR DOCTORAL / PROFICIENCY IN ART AND MASTER’S PROGRAMS WITH THESIS</w:t>
      </w:r>
    </w:p>
    <w:tbl>
      <w:tblPr>
        <w:tblStyle w:val="TabloKlavuzu"/>
        <w:tblW w:w="5000" w:type="pct"/>
        <w:jc w:val="center"/>
        <w:tblLayout w:type="fixed"/>
        <w:tblLook w:val="04A0" w:firstRow="1" w:lastRow="0" w:firstColumn="1" w:lastColumn="0" w:noHBand="0" w:noVBand="1"/>
      </w:tblPr>
      <w:tblGrid>
        <w:gridCol w:w="2948"/>
        <w:gridCol w:w="12972"/>
      </w:tblGrid>
      <w:tr w:rsidR="00A06E61" w14:paraId="4B82142D" w14:textId="77777777">
        <w:trPr>
          <w:tblHeader/>
          <w:jc w:val="center"/>
        </w:trPr>
        <w:tc>
          <w:tcPr>
            <w:tcW w:w="2835" w:type="dxa"/>
            <w:shd w:val="clear" w:color="auto" w:fill="1F6AA5"/>
            <w:tcMar>
              <w:top w:w="40" w:type="dxa"/>
              <w:left w:w="35" w:type="dxa"/>
              <w:bottom w:w="40" w:type="dxa"/>
              <w:right w:w="35" w:type="dxa"/>
            </w:tcMar>
          </w:tcPr>
          <w:p w14:paraId="3DD8A3AB" w14:textId="77777777" w:rsidR="00A06E61" w:rsidRDefault="00000000">
            <w:pPr>
              <w:jc w:val="center"/>
            </w:pPr>
            <w:r>
              <w:rPr>
                <w:b/>
                <w:color w:val="FFFFFF"/>
                <w:sz w:val="15"/>
              </w:rPr>
              <w:t>Date</w:t>
            </w:r>
          </w:p>
        </w:tc>
        <w:tc>
          <w:tcPr>
            <w:tcW w:w="12474" w:type="dxa"/>
            <w:shd w:val="clear" w:color="auto" w:fill="1F6AA5"/>
            <w:tcMar>
              <w:top w:w="40" w:type="dxa"/>
              <w:left w:w="35" w:type="dxa"/>
              <w:bottom w:w="40" w:type="dxa"/>
              <w:right w:w="35" w:type="dxa"/>
            </w:tcMar>
          </w:tcPr>
          <w:p w14:paraId="3B0BB741" w14:textId="77777777" w:rsidR="00A06E61" w:rsidRDefault="00000000">
            <w:pPr>
              <w:jc w:val="center"/>
            </w:pPr>
            <w:r>
              <w:rPr>
                <w:b/>
                <w:color w:val="FFFFFF"/>
                <w:sz w:val="15"/>
              </w:rPr>
              <w:t>Description</w:t>
            </w:r>
          </w:p>
        </w:tc>
      </w:tr>
      <w:tr w:rsidR="00A06E61" w14:paraId="1BE564E4" w14:textId="77777777">
        <w:trPr>
          <w:jc w:val="center"/>
        </w:trPr>
        <w:tc>
          <w:tcPr>
            <w:tcW w:w="2835" w:type="dxa"/>
            <w:shd w:val="clear" w:color="auto" w:fill="DDEBF7"/>
            <w:tcMar>
              <w:top w:w="35" w:type="dxa"/>
              <w:left w:w="35" w:type="dxa"/>
              <w:bottom w:w="35" w:type="dxa"/>
              <w:right w:w="35" w:type="dxa"/>
            </w:tcMar>
            <w:vAlign w:val="center"/>
          </w:tcPr>
          <w:p w14:paraId="584CDAD6" w14:textId="57EA27C1" w:rsidR="00A06E61" w:rsidRDefault="005E543A">
            <w:pPr>
              <w:jc w:val="center"/>
            </w:pPr>
            <w:r>
              <w:rPr>
                <w:color w:val="000000"/>
                <w:sz w:val="14"/>
              </w:rPr>
              <w:t>17 August - 27 August 2026</w:t>
            </w:r>
          </w:p>
        </w:tc>
        <w:tc>
          <w:tcPr>
            <w:tcW w:w="12474" w:type="dxa"/>
            <w:shd w:val="clear" w:color="auto" w:fill="DDEBF7"/>
            <w:tcMar>
              <w:top w:w="35" w:type="dxa"/>
              <w:left w:w="35" w:type="dxa"/>
              <w:bottom w:w="35" w:type="dxa"/>
              <w:right w:w="35" w:type="dxa"/>
            </w:tcMar>
            <w:vAlign w:val="center"/>
          </w:tcPr>
          <w:p w14:paraId="17743171" w14:textId="77777777" w:rsidR="00A06E61" w:rsidRDefault="00000000">
            <w:r>
              <w:rPr>
                <w:color w:val="000000"/>
                <w:sz w:val="14"/>
              </w:rPr>
              <w:t>Receipt of Applications: Applications shall be submitted online via the internet at:</w:t>
            </w:r>
          </w:p>
          <w:p w14:paraId="5F996C87" w14:textId="77777777" w:rsidR="00A06E61" w:rsidRDefault="00000000">
            <w:r>
              <w:rPr>
                <w:color w:val="000000"/>
                <w:sz w:val="14"/>
              </w:rPr>
              <w:t>https://ubys.kastamonu.edu.tr/AIS/ApplicationForms/Home/Index?apptype=2</w:t>
            </w:r>
          </w:p>
        </w:tc>
      </w:tr>
      <w:tr w:rsidR="00A06E61" w14:paraId="3BB60627" w14:textId="77777777">
        <w:trPr>
          <w:jc w:val="center"/>
        </w:trPr>
        <w:tc>
          <w:tcPr>
            <w:tcW w:w="2835" w:type="dxa"/>
            <w:shd w:val="clear" w:color="auto" w:fill="FFFFFF"/>
            <w:tcMar>
              <w:top w:w="35" w:type="dxa"/>
              <w:left w:w="35" w:type="dxa"/>
              <w:bottom w:w="35" w:type="dxa"/>
              <w:right w:w="35" w:type="dxa"/>
            </w:tcMar>
            <w:vAlign w:val="center"/>
          </w:tcPr>
          <w:p w14:paraId="4A5C3D3E" w14:textId="2C95316D" w:rsidR="00A06E61" w:rsidRDefault="005E543A" w:rsidP="005E543A">
            <w:pPr>
              <w:jc w:val="center"/>
            </w:pPr>
            <w:r>
              <w:rPr>
                <w:color w:val="000000"/>
                <w:sz w:val="14"/>
              </w:rPr>
              <w:t>28 August 2026</w:t>
            </w:r>
          </w:p>
        </w:tc>
        <w:tc>
          <w:tcPr>
            <w:tcW w:w="12474" w:type="dxa"/>
            <w:shd w:val="clear" w:color="auto" w:fill="FFFFFF"/>
            <w:tcMar>
              <w:top w:w="35" w:type="dxa"/>
              <w:left w:w="35" w:type="dxa"/>
              <w:bottom w:w="35" w:type="dxa"/>
              <w:right w:w="35" w:type="dxa"/>
            </w:tcMar>
            <w:vAlign w:val="center"/>
          </w:tcPr>
          <w:p w14:paraId="4FA65920" w14:textId="77777777" w:rsidR="00A06E61" w:rsidRDefault="00000000">
            <w:r>
              <w:rPr>
                <w:color w:val="000000"/>
                <w:sz w:val="14"/>
              </w:rPr>
              <w:t>Announcement of candidates who will take the written or oral examination</w:t>
            </w:r>
          </w:p>
        </w:tc>
      </w:tr>
      <w:tr w:rsidR="00A06E61" w14:paraId="32FDF78F" w14:textId="77777777">
        <w:trPr>
          <w:jc w:val="center"/>
        </w:trPr>
        <w:tc>
          <w:tcPr>
            <w:tcW w:w="2835" w:type="dxa"/>
            <w:shd w:val="clear" w:color="auto" w:fill="DDEBF7"/>
            <w:tcMar>
              <w:top w:w="35" w:type="dxa"/>
              <w:left w:w="35" w:type="dxa"/>
              <w:bottom w:w="35" w:type="dxa"/>
              <w:right w:w="35" w:type="dxa"/>
            </w:tcMar>
            <w:vAlign w:val="center"/>
          </w:tcPr>
          <w:p w14:paraId="5116E4BA" w14:textId="6C49ABBB" w:rsidR="00A06E61" w:rsidRDefault="005E543A">
            <w:pPr>
              <w:jc w:val="center"/>
            </w:pPr>
            <w:r>
              <w:rPr>
                <w:color w:val="000000"/>
                <w:sz w:val="14"/>
              </w:rPr>
              <w:t>1-2 September 2026</w:t>
            </w:r>
          </w:p>
        </w:tc>
        <w:tc>
          <w:tcPr>
            <w:tcW w:w="12474" w:type="dxa"/>
            <w:shd w:val="clear" w:color="auto" w:fill="DDEBF7"/>
            <w:tcMar>
              <w:top w:w="35" w:type="dxa"/>
              <w:left w:w="35" w:type="dxa"/>
              <w:bottom w:w="35" w:type="dxa"/>
              <w:right w:w="35" w:type="dxa"/>
            </w:tcMar>
            <w:vAlign w:val="center"/>
          </w:tcPr>
          <w:p w14:paraId="7651963F" w14:textId="77777777" w:rsidR="00A06E61" w:rsidRDefault="00000000">
            <w:r>
              <w:rPr>
                <w:color w:val="000000"/>
                <w:sz w:val="14"/>
              </w:rPr>
              <w:t>Written or oral examination</w:t>
            </w:r>
          </w:p>
        </w:tc>
      </w:tr>
      <w:tr w:rsidR="00A06E61" w14:paraId="509145F6" w14:textId="77777777">
        <w:trPr>
          <w:jc w:val="center"/>
        </w:trPr>
        <w:tc>
          <w:tcPr>
            <w:tcW w:w="2835" w:type="dxa"/>
            <w:shd w:val="clear" w:color="auto" w:fill="FFFFFF"/>
            <w:tcMar>
              <w:top w:w="35" w:type="dxa"/>
              <w:left w:w="35" w:type="dxa"/>
              <w:bottom w:w="35" w:type="dxa"/>
              <w:right w:w="35" w:type="dxa"/>
            </w:tcMar>
            <w:vAlign w:val="center"/>
          </w:tcPr>
          <w:p w14:paraId="540EE86A" w14:textId="6E39A532" w:rsidR="00A06E61" w:rsidRDefault="005E543A">
            <w:pPr>
              <w:jc w:val="center"/>
            </w:pPr>
            <w:r>
              <w:rPr>
                <w:color w:val="000000"/>
                <w:sz w:val="14"/>
              </w:rPr>
              <w:t>4 September 2026</w:t>
            </w:r>
          </w:p>
        </w:tc>
        <w:tc>
          <w:tcPr>
            <w:tcW w:w="12474" w:type="dxa"/>
            <w:shd w:val="clear" w:color="auto" w:fill="FFFFFF"/>
            <w:tcMar>
              <w:top w:w="35" w:type="dxa"/>
              <w:left w:w="35" w:type="dxa"/>
              <w:bottom w:w="35" w:type="dxa"/>
              <w:right w:w="35" w:type="dxa"/>
            </w:tcMar>
            <w:vAlign w:val="center"/>
          </w:tcPr>
          <w:p w14:paraId="5AF6FE93" w14:textId="77777777" w:rsidR="00A06E61" w:rsidRDefault="00000000">
            <w:r>
              <w:rPr>
                <w:color w:val="000000"/>
                <w:sz w:val="14"/>
              </w:rPr>
              <w:t>Announcement of examination results</w:t>
            </w:r>
          </w:p>
        </w:tc>
      </w:tr>
      <w:tr w:rsidR="00A06E61" w14:paraId="57FDE305" w14:textId="77777777">
        <w:trPr>
          <w:jc w:val="center"/>
        </w:trPr>
        <w:tc>
          <w:tcPr>
            <w:tcW w:w="2835" w:type="dxa"/>
            <w:shd w:val="clear" w:color="auto" w:fill="DDEBF7"/>
            <w:tcMar>
              <w:top w:w="35" w:type="dxa"/>
              <w:left w:w="35" w:type="dxa"/>
              <w:bottom w:w="35" w:type="dxa"/>
              <w:right w:w="35" w:type="dxa"/>
            </w:tcMar>
            <w:vAlign w:val="center"/>
          </w:tcPr>
          <w:p w14:paraId="7035D22B" w14:textId="09D5323A" w:rsidR="00A06E61" w:rsidRDefault="005E543A">
            <w:pPr>
              <w:jc w:val="center"/>
            </w:pPr>
            <w:r>
              <w:rPr>
                <w:color w:val="000000"/>
                <w:sz w:val="14"/>
              </w:rPr>
              <w:t>7-8-9 September 2026</w:t>
            </w:r>
          </w:p>
        </w:tc>
        <w:tc>
          <w:tcPr>
            <w:tcW w:w="12474" w:type="dxa"/>
            <w:shd w:val="clear" w:color="auto" w:fill="DDEBF7"/>
            <w:tcMar>
              <w:top w:w="35" w:type="dxa"/>
              <w:left w:w="35" w:type="dxa"/>
              <w:bottom w:w="35" w:type="dxa"/>
              <w:right w:w="35" w:type="dxa"/>
            </w:tcMar>
            <w:vAlign w:val="center"/>
          </w:tcPr>
          <w:p w14:paraId="5BCCB9B9" w14:textId="77777777" w:rsidR="00A06E61" w:rsidRDefault="00000000">
            <w:r>
              <w:rPr>
                <w:color w:val="000000"/>
                <w:sz w:val="14"/>
              </w:rPr>
              <w:t>Final registration for candidates who are entitled to register from the principal list</w:t>
            </w:r>
          </w:p>
        </w:tc>
      </w:tr>
      <w:tr w:rsidR="00A06E61" w14:paraId="67A04CD4" w14:textId="77777777">
        <w:trPr>
          <w:jc w:val="center"/>
        </w:trPr>
        <w:tc>
          <w:tcPr>
            <w:tcW w:w="2835" w:type="dxa"/>
            <w:shd w:val="clear" w:color="auto" w:fill="FFFFFF"/>
            <w:tcMar>
              <w:top w:w="35" w:type="dxa"/>
              <w:left w:w="35" w:type="dxa"/>
              <w:bottom w:w="35" w:type="dxa"/>
              <w:right w:w="35" w:type="dxa"/>
            </w:tcMar>
            <w:vAlign w:val="center"/>
          </w:tcPr>
          <w:p w14:paraId="41FB1779" w14:textId="79F8F169" w:rsidR="00A06E61" w:rsidRDefault="005E543A">
            <w:pPr>
              <w:jc w:val="center"/>
            </w:pPr>
            <w:r>
              <w:rPr>
                <w:color w:val="000000"/>
                <w:sz w:val="14"/>
              </w:rPr>
              <w:t>10-11 September 2026</w:t>
            </w:r>
          </w:p>
        </w:tc>
        <w:tc>
          <w:tcPr>
            <w:tcW w:w="12474" w:type="dxa"/>
            <w:shd w:val="clear" w:color="auto" w:fill="FFFFFF"/>
            <w:tcMar>
              <w:top w:w="35" w:type="dxa"/>
              <w:left w:w="35" w:type="dxa"/>
              <w:bottom w:w="35" w:type="dxa"/>
              <w:right w:w="35" w:type="dxa"/>
            </w:tcMar>
            <w:vAlign w:val="center"/>
          </w:tcPr>
          <w:p w14:paraId="58C062EF" w14:textId="77777777" w:rsidR="00A06E61" w:rsidRDefault="00000000">
            <w:r>
              <w:rPr>
                <w:color w:val="000000"/>
                <w:sz w:val="14"/>
              </w:rPr>
              <w:t>Final registration for reserve candidates who become entitled to final registration</w:t>
            </w:r>
          </w:p>
        </w:tc>
      </w:tr>
    </w:tbl>
    <w:p w14:paraId="0BB05156" w14:textId="77777777" w:rsidR="00A06E61" w:rsidRDefault="00A06E61"/>
    <w:p w14:paraId="062D0E70" w14:textId="77777777" w:rsidR="00A06E61" w:rsidRDefault="00000000">
      <w:pPr>
        <w:shd w:val="clear" w:color="auto" w:fill="1F6AA5"/>
        <w:spacing w:before="120" w:after="60"/>
        <w:jc w:val="center"/>
      </w:pPr>
      <w:r>
        <w:rPr>
          <w:b/>
          <w:color w:val="FFFFFF"/>
          <w:sz w:val="24"/>
        </w:rPr>
        <w:t>APPLICATION CALENDAR FOR NON-THESIS MASTER’S PROGRAMS</w:t>
      </w:r>
    </w:p>
    <w:tbl>
      <w:tblPr>
        <w:tblStyle w:val="TabloKlavuzu"/>
        <w:tblW w:w="5000" w:type="pct"/>
        <w:jc w:val="center"/>
        <w:tblLayout w:type="fixed"/>
        <w:tblLook w:val="04A0" w:firstRow="1" w:lastRow="0" w:firstColumn="1" w:lastColumn="0" w:noHBand="0" w:noVBand="1"/>
      </w:tblPr>
      <w:tblGrid>
        <w:gridCol w:w="2948"/>
        <w:gridCol w:w="12972"/>
      </w:tblGrid>
      <w:tr w:rsidR="00A06E61" w14:paraId="283EDB31" w14:textId="77777777" w:rsidTr="005E543A">
        <w:trPr>
          <w:tblHeader/>
          <w:jc w:val="center"/>
        </w:trPr>
        <w:tc>
          <w:tcPr>
            <w:tcW w:w="2948" w:type="dxa"/>
            <w:shd w:val="clear" w:color="auto" w:fill="1F6AA5"/>
            <w:tcMar>
              <w:top w:w="40" w:type="dxa"/>
              <w:left w:w="35" w:type="dxa"/>
              <w:bottom w:w="40" w:type="dxa"/>
              <w:right w:w="35" w:type="dxa"/>
            </w:tcMar>
          </w:tcPr>
          <w:p w14:paraId="098F8907" w14:textId="77777777" w:rsidR="00A06E61" w:rsidRDefault="00000000">
            <w:pPr>
              <w:jc w:val="center"/>
            </w:pPr>
            <w:r>
              <w:rPr>
                <w:b/>
                <w:color w:val="FFFFFF"/>
                <w:sz w:val="15"/>
              </w:rPr>
              <w:t>Date</w:t>
            </w:r>
          </w:p>
        </w:tc>
        <w:tc>
          <w:tcPr>
            <w:tcW w:w="12972" w:type="dxa"/>
            <w:shd w:val="clear" w:color="auto" w:fill="1F6AA5"/>
            <w:tcMar>
              <w:top w:w="40" w:type="dxa"/>
              <w:left w:w="35" w:type="dxa"/>
              <w:bottom w:w="40" w:type="dxa"/>
              <w:right w:w="35" w:type="dxa"/>
            </w:tcMar>
          </w:tcPr>
          <w:p w14:paraId="628876B5" w14:textId="77777777" w:rsidR="00A06E61" w:rsidRDefault="00000000">
            <w:pPr>
              <w:jc w:val="center"/>
            </w:pPr>
            <w:r>
              <w:rPr>
                <w:b/>
                <w:color w:val="FFFFFF"/>
                <w:sz w:val="15"/>
              </w:rPr>
              <w:t>Description</w:t>
            </w:r>
          </w:p>
        </w:tc>
      </w:tr>
      <w:tr w:rsidR="005E543A" w14:paraId="0188DB82" w14:textId="77777777" w:rsidTr="005E543A">
        <w:trPr>
          <w:jc w:val="center"/>
        </w:trPr>
        <w:tc>
          <w:tcPr>
            <w:tcW w:w="2948" w:type="dxa"/>
            <w:shd w:val="clear" w:color="auto" w:fill="DDEBF7"/>
            <w:tcMar>
              <w:top w:w="35" w:type="dxa"/>
              <w:left w:w="35" w:type="dxa"/>
              <w:bottom w:w="35" w:type="dxa"/>
              <w:right w:w="35" w:type="dxa"/>
            </w:tcMar>
            <w:vAlign w:val="center"/>
          </w:tcPr>
          <w:p w14:paraId="0E6BADB0" w14:textId="79D922C0" w:rsidR="005E543A" w:rsidRDefault="005E543A" w:rsidP="005E543A">
            <w:pPr>
              <w:jc w:val="center"/>
            </w:pPr>
            <w:r>
              <w:rPr>
                <w:color w:val="000000"/>
                <w:sz w:val="14"/>
              </w:rPr>
              <w:t>17 August - 27 August 2026</w:t>
            </w:r>
          </w:p>
        </w:tc>
        <w:tc>
          <w:tcPr>
            <w:tcW w:w="12972" w:type="dxa"/>
            <w:shd w:val="clear" w:color="auto" w:fill="DDEBF7"/>
            <w:tcMar>
              <w:top w:w="35" w:type="dxa"/>
              <w:left w:w="35" w:type="dxa"/>
              <w:bottom w:w="35" w:type="dxa"/>
              <w:right w:w="35" w:type="dxa"/>
            </w:tcMar>
            <w:vAlign w:val="center"/>
          </w:tcPr>
          <w:p w14:paraId="53F2E5F8" w14:textId="77777777" w:rsidR="005E543A" w:rsidRDefault="005E543A" w:rsidP="005E543A">
            <w:r>
              <w:rPr>
                <w:color w:val="000000"/>
                <w:sz w:val="14"/>
              </w:rPr>
              <w:t>Receipt of Applications: Applications shall be submitted online via the internet at:</w:t>
            </w:r>
          </w:p>
          <w:p w14:paraId="286D3B4E" w14:textId="77777777" w:rsidR="005E543A" w:rsidRDefault="005E543A" w:rsidP="005E543A">
            <w:r>
              <w:rPr>
                <w:color w:val="000000"/>
                <w:sz w:val="14"/>
              </w:rPr>
              <w:t>https://ubys.kastamonu.edu.tr/AIS/ApplicationForms/Home/Index?apptype=2</w:t>
            </w:r>
          </w:p>
        </w:tc>
      </w:tr>
      <w:tr w:rsidR="005E543A" w14:paraId="42903CCC" w14:textId="77777777" w:rsidTr="005E543A">
        <w:trPr>
          <w:jc w:val="center"/>
        </w:trPr>
        <w:tc>
          <w:tcPr>
            <w:tcW w:w="2948" w:type="dxa"/>
            <w:shd w:val="clear" w:color="auto" w:fill="FFFFFF"/>
            <w:tcMar>
              <w:top w:w="35" w:type="dxa"/>
              <w:left w:w="35" w:type="dxa"/>
              <w:bottom w:w="35" w:type="dxa"/>
              <w:right w:w="35" w:type="dxa"/>
            </w:tcMar>
            <w:vAlign w:val="center"/>
          </w:tcPr>
          <w:p w14:paraId="7A59B83B" w14:textId="05065BD2" w:rsidR="005E543A" w:rsidRDefault="005E543A" w:rsidP="005E543A">
            <w:pPr>
              <w:jc w:val="center"/>
            </w:pPr>
            <w:r>
              <w:rPr>
                <w:color w:val="000000"/>
                <w:sz w:val="14"/>
              </w:rPr>
              <w:t>28 August 2026</w:t>
            </w:r>
          </w:p>
        </w:tc>
        <w:tc>
          <w:tcPr>
            <w:tcW w:w="12972" w:type="dxa"/>
            <w:shd w:val="clear" w:color="auto" w:fill="FFFFFF"/>
            <w:tcMar>
              <w:top w:w="35" w:type="dxa"/>
              <w:left w:w="35" w:type="dxa"/>
              <w:bottom w:w="35" w:type="dxa"/>
              <w:right w:w="35" w:type="dxa"/>
            </w:tcMar>
            <w:vAlign w:val="center"/>
          </w:tcPr>
          <w:p w14:paraId="5EFD9D81" w14:textId="77777777" w:rsidR="005E543A" w:rsidRDefault="005E543A" w:rsidP="005E543A">
            <w:r>
              <w:rPr>
                <w:color w:val="000000"/>
                <w:sz w:val="14"/>
              </w:rPr>
              <w:t>Announcement of results</w:t>
            </w:r>
          </w:p>
        </w:tc>
      </w:tr>
      <w:tr w:rsidR="00A06E61" w14:paraId="08243FE8" w14:textId="77777777" w:rsidTr="005E543A">
        <w:trPr>
          <w:jc w:val="center"/>
        </w:trPr>
        <w:tc>
          <w:tcPr>
            <w:tcW w:w="2948" w:type="dxa"/>
            <w:shd w:val="clear" w:color="auto" w:fill="DDEBF7"/>
            <w:tcMar>
              <w:top w:w="35" w:type="dxa"/>
              <w:left w:w="35" w:type="dxa"/>
              <w:bottom w:w="35" w:type="dxa"/>
              <w:right w:w="35" w:type="dxa"/>
            </w:tcMar>
            <w:vAlign w:val="center"/>
          </w:tcPr>
          <w:p w14:paraId="32793D45" w14:textId="5EF873F1" w:rsidR="00A06E61" w:rsidRDefault="005E543A">
            <w:pPr>
              <w:jc w:val="center"/>
            </w:pPr>
            <w:r>
              <w:rPr>
                <w:color w:val="000000"/>
                <w:sz w:val="14"/>
              </w:rPr>
              <w:t>31 August-4 September 2026</w:t>
            </w:r>
          </w:p>
        </w:tc>
        <w:tc>
          <w:tcPr>
            <w:tcW w:w="12972" w:type="dxa"/>
            <w:shd w:val="clear" w:color="auto" w:fill="DDEBF7"/>
            <w:tcMar>
              <w:top w:w="35" w:type="dxa"/>
              <w:left w:w="35" w:type="dxa"/>
              <w:bottom w:w="35" w:type="dxa"/>
              <w:right w:w="35" w:type="dxa"/>
            </w:tcMar>
            <w:vAlign w:val="center"/>
          </w:tcPr>
          <w:p w14:paraId="70304DC4" w14:textId="77777777" w:rsidR="00A06E61" w:rsidRDefault="00000000">
            <w:r>
              <w:rPr>
                <w:color w:val="000000"/>
                <w:sz w:val="14"/>
              </w:rPr>
              <w:t>Final registration for candidates who are entitled to register from the principal list</w:t>
            </w:r>
          </w:p>
        </w:tc>
      </w:tr>
      <w:tr w:rsidR="00A06E61" w14:paraId="6B31C379" w14:textId="77777777" w:rsidTr="005E543A">
        <w:trPr>
          <w:jc w:val="center"/>
        </w:trPr>
        <w:tc>
          <w:tcPr>
            <w:tcW w:w="2948" w:type="dxa"/>
            <w:shd w:val="clear" w:color="auto" w:fill="FFFFFF"/>
            <w:tcMar>
              <w:top w:w="35" w:type="dxa"/>
              <w:left w:w="35" w:type="dxa"/>
              <w:bottom w:w="35" w:type="dxa"/>
              <w:right w:w="35" w:type="dxa"/>
            </w:tcMar>
            <w:vAlign w:val="center"/>
          </w:tcPr>
          <w:p w14:paraId="71B469BD" w14:textId="5B88EE13" w:rsidR="00A06E61" w:rsidRDefault="005E543A">
            <w:pPr>
              <w:jc w:val="center"/>
            </w:pPr>
            <w:r>
              <w:rPr>
                <w:color w:val="000000"/>
                <w:sz w:val="14"/>
              </w:rPr>
              <w:t>7 September 2026</w:t>
            </w:r>
          </w:p>
        </w:tc>
        <w:tc>
          <w:tcPr>
            <w:tcW w:w="12972" w:type="dxa"/>
            <w:shd w:val="clear" w:color="auto" w:fill="FFFFFF"/>
            <w:tcMar>
              <w:top w:w="35" w:type="dxa"/>
              <w:left w:w="35" w:type="dxa"/>
              <w:bottom w:w="35" w:type="dxa"/>
              <w:right w:w="35" w:type="dxa"/>
            </w:tcMar>
            <w:vAlign w:val="center"/>
          </w:tcPr>
          <w:p w14:paraId="31497C49" w14:textId="57905130" w:rsidR="00A06E61" w:rsidRDefault="00000000">
            <w:r>
              <w:rPr>
                <w:color w:val="000000"/>
                <w:sz w:val="14"/>
              </w:rPr>
              <w:t>Announcement of reserve candidates who become entitled to final registration</w:t>
            </w:r>
          </w:p>
        </w:tc>
      </w:tr>
      <w:tr w:rsidR="00A06E61" w14:paraId="1C59181E" w14:textId="77777777" w:rsidTr="005E543A">
        <w:trPr>
          <w:jc w:val="center"/>
        </w:trPr>
        <w:tc>
          <w:tcPr>
            <w:tcW w:w="2948" w:type="dxa"/>
            <w:shd w:val="clear" w:color="auto" w:fill="DDEBF7"/>
            <w:tcMar>
              <w:top w:w="35" w:type="dxa"/>
              <w:left w:w="35" w:type="dxa"/>
              <w:bottom w:w="35" w:type="dxa"/>
              <w:right w:w="35" w:type="dxa"/>
            </w:tcMar>
            <w:vAlign w:val="center"/>
          </w:tcPr>
          <w:p w14:paraId="6F24F9AE" w14:textId="048DA739" w:rsidR="00A06E61" w:rsidRDefault="005E543A">
            <w:pPr>
              <w:jc w:val="center"/>
            </w:pPr>
            <w:r>
              <w:rPr>
                <w:color w:val="000000"/>
                <w:sz w:val="14"/>
              </w:rPr>
              <w:t>7-11 September 2026</w:t>
            </w:r>
          </w:p>
        </w:tc>
        <w:tc>
          <w:tcPr>
            <w:tcW w:w="12972" w:type="dxa"/>
            <w:shd w:val="clear" w:color="auto" w:fill="DDEBF7"/>
            <w:tcMar>
              <w:top w:w="35" w:type="dxa"/>
              <w:left w:w="35" w:type="dxa"/>
              <w:bottom w:w="35" w:type="dxa"/>
              <w:right w:w="35" w:type="dxa"/>
            </w:tcMar>
            <w:vAlign w:val="center"/>
          </w:tcPr>
          <w:p w14:paraId="788B8ACF" w14:textId="4204BEBA" w:rsidR="00A06E61" w:rsidRDefault="00000000">
            <w:r>
              <w:rPr>
                <w:color w:val="000000"/>
                <w:sz w:val="14"/>
              </w:rPr>
              <w:t>Final registration for candidates who are entitled to register from the Reserve Lis</w:t>
            </w:r>
            <w:r w:rsidR="005E543A">
              <w:rPr>
                <w:color w:val="000000"/>
                <w:sz w:val="14"/>
              </w:rPr>
              <w:t>t</w:t>
            </w:r>
          </w:p>
        </w:tc>
      </w:tr>
    </w:tbl>
    <w:p w14:paraId="10CC75E7" w14:textId="77777777" w:rsidR="00A06E61" w:rsidRDefault="00A06E61"/>
    <w:p w14:paraId="0ED3D9BD" w14:textId="77777777" w:rsidR="00A06E61" w:rsidRDefault="00000000">
      <w:pPr>
        <w:shd w:val="clear" w:color="auto" w:fill="1F6AA5"/>
        <w:spacing w:before="120" w:after="60"/>
        <w:jc w:val="center"/>
      </w:pPr>
      <w:r>
        <w:rPr>
          <w:b/>
          <w:color w:val="FFFFFF"/>
          <w:sz w:val="24"/>
        </w:rPr>
        <w:t>TURKISH LANGUAGE EXAMINATION FOR INTERNATIONAL STUDENTS</w:t>
      </w:r>
    </w:p>
    <w:tbl>
      <w:tblPr>
        <w:tblStyle w:val="TabloKlavuzu"/>
        <w:tblW w:w="5000" w:type="pct"/>
        <w:jc w:val="center"/>
        <w:tblLayout w:type="fixed"/>
        <w:tblLook w:val="04A0" w:firstRow="1" w:lastRow="0" w:firstColumn="1" w:lastColumn="0" w:noHBand="0" w:noVBand="1"/>
      </w:tblPr>
      <w:tblGrid>
        <w:gridCol w:w="2358"/>
        <w:gridCol w:w="3538"/>
        <w:gridCol w:w="1769"/>
        <w:gridCol w:w="8255"/>
      </w:tblGrid>
      <w:tr w:rsidR="00A06E61" w14:paraId="7109EF3A" w14:textId="77777777">
        <w:trPr>
          <w:tblHeader/>
          <w:jc w:val="center"/>
        </w:trPr>
        <w:tc>
          <w:tcPr>
            <w:tcW w:w="2268" w:type="dxa"/>
            <w:shd w:val="clear" w:color="auto" w:fill="1F6AA5"/>
            <w:tcMar>
              <w:top w:w="40" w:type="dxa"/>
              <w:left w:w="35" w:type="dxa"/>
              <w:bottom w:w="40" w:type="dxa"/>
              <w:right w:w="35" w:type="dxa"/>
            </w:tcMar>
          </w:tcPr>
          <w:p w14:paraId="7054F1B0" w14:textId="77777777" w:rsidR="00A06E61" w:rsidRDefault="00000000">
            <w:pPr>
              <w:jc w:val="center"/>
            </w:pPr>
            <w:r>
              <w:rPr>
                <w:b/>
                <w:color w:val="FFFFFF"/>
                <w:sz w:val="15"/>
              </w:rPr>
              <w:t>Exam Date</w:t>
            </w:r>
          </w:p>
        </w:tc>
        <w:tc>
          <w:tcPr>
            <w:tcW w:w="3402" w:type="dxa"/>
            <w:shd w:val="clear" w:color="auto" w:fill="1F6AA5"/>
            <w:tcMar>
              <w:top w:w="40" w:type="dxa"/>
              <w:left w:w="35" w:type="dxa"/>
              <w:bottom w:w="40" w:type="dxa"/>
              <w:right w:w="35" w:type="dxa"/>
            </w:tcMar>
          </w:tcPr>
          <w:p w14:paraId="05C8D877" w14:textId="77777777" w:rsidR="00A06E61" w:rsidRDefault="00000000">
            <w:pPr>
              <w:jc w:val="center"/>
            </w:pPr>
            <w:r>
              <w:rPr>
                <w:b/>
                <w:color w:val="FFFFFF"/>
                <w:sz w:val="15"/>
              </w:rPr>
              <w:t>Exam Venue</w:t>
            </w:r>
          </w:p>
        </w:tc>
        <w:tc>
          <w:tcPr>
            <w:tcW w:w="1701" w:type="dxa"/>
            <w:shd w:val="clear" w:color="auto" w:fill="1F6AA5"/>
            <w:tcMar>
              <w:top w:w="40" w:type="dxa"/>
              <w:left w:w="35" w:type="dxa"/>
              <w:bottom w:w="40" w:type="dxa"/>
              <w:right w:w="35" w:type="dxa"/>
            </w:tcMar>
          </w:tcPr>
          <w:p w14:paraId="0524F386" w14:textId="77777777" w:rsidR="00A06E61" w:rsidRDefault="00000000">
            <w:pPr>
              <w:jc w:val="center"/>
            </w:pPr>
            <w:r>
              <w:rPr>
                <w:b/>
                <w:color w:val="FFFFFF"/>
                <w:sz w:val="15"/>
              </w:rPr>
              <w:t>Exam Time</w:t>
            </w:r>
          </w:p>
        </w:tc>
        <w:tc>
          <w:tcPr>
            <w:tcW w:w="7938" w:type="dxa"/>
            <w:shd w:val="clear" w:color="auto" w:fill="1F6AA5"/>
            <w:tcMar>
              <w:top w:w="40" w:type="dxa"/>
              <w:left w:w="35" w:type="dxa"/>
              <w:bottom w:w="40" w:type="dxa"/>
              <w:right w:w="35" w:type="dxa"/>
            </w:tcMar>
          </w:tcPr>
          <w:p w14:paraId="759F082F" w14:textId="77777777" w:rsidR="00A06E61" w:rsidRDefault="00000000">
            <w:pPr>
              <w:jc w:val="center"/>
            </w:pPr>
            <w:r>
              <w:rPr>
                <w:b/>
                <w:color w:val="FFFFFF"/>
                <w:sz w:val="15"/>
              </w:rPr>
              <w:t>Description</w:t>
            </w:r>
          </w:p>
        </w:tc>
      </w:tr>
      <w:tr w:rsidR="00A06E61" w14:paraId="77D75C5B" w14:textId="77777777">
        <w:trPr>
          <w:jc w:val="center"/>
        </w:trPr>
        <w:tc>
          <w:tcPr>
            <w:tcW w:w="2268" w:type="dxa"/>
            <w:shd w:val="clear" w:color="auto" w:fill="DDEBF7"/>
            <w:tcMar>
              <w:top w:w="35" w:type="dxa"/>
              <w:left w:w="35" w:type="dxa"/>
              <w:bottom w:w="35" w:type="dxa"/>
              <w:right w:w="35" w:type="dxa"/>
            </w:tcMar>
            <w:vAlign w:val="center"/>
          </w:tcPr>
          <w:p w14:paraId="252B8386" w14:textId="40064B1A" w:rsidR="00A06E61" w:rsidRDefault="005E543A">
            <w:pPr>
              <w:jc w:val="center"/>
            </w:pPr>
            <w:r>
              <w:rPr>
                <w:color w:val="000000"/>
                <w:sz w:val="14"/>
              </w:rPr>
              <w:t>14 September 2026</w:t>
            </w:r>
          </w:p>
        </w:tc>
        <w:tc>
          <w:tcPr>
            <w:tcW w:w="3402" w:type="dxa"/>
            <w:shd w:val="clear" w:color="auto" w:fill="DDEBF7"/>
            <w:tcMar>
              <w:top w:w="35" w:type="dxa"/>
              <w:left w:w="35" w:type="dxa"/>
              <w:bottom w:w="35" w:type="dxa"/>
              <w:right w:w="35" w:type="dxa"/>
            </w:tcMar>
            <w:vAlign w:val="center"/>
          </w:tcPr>
          <w:p w14:paraId="11618479" w14:textId="77777777" w:rsidR="00A06E61" w:rsidRDefault="00000000">
            <w:r>
              <w:rPr>
                <w:color w:val="000000"/>
                <w:sz w:val="14"/>
              </w:rPr>
              <w:t>Faculty of Theology, Classroom No. 1 (D1)</w:t>
            </w:r>
          </w:p>
        </w:tc>
        <w:tc>
          <w:tcPr>
            <w:tcW w:w="1701" w:type="dxa"/>
            <w:shd w:val="clear" w:color="auto" w:fill="DDEBF7"/>
            <w:tcMar>
              <w:top w:w="35" w:type="dxa"/>
              <w:left w:w="35" w:type="dxa"/>
              <w:bottom w:w="35" w:type="dxa"/>
              <w:right w:w="35" w:type="dxa"/>
            </w:tcMar>
            <w:vAlign w:val="center"/>
          </w:tcPr>
          <w:p w14:paraId="6523D2CC" w14:textId="77777777" w:rsidR="00A06E61" w:rsidRDefault="00000000">
            <w:r>
              <w:rPr>
                <w:color w:val="000000"/>
                <w:sz w:val="14"/>
              </w:rPr>
              <w:t>14:00</w:t>
            </w:r>
          </w:p>
        </w:tc>
        <w:tc>
          <w:tcPr>
            <w:tcW w:w="7938" w:type="dxa"/>
            <w:shd w:val="clear" w:color="auto" w:fill="DDEBF7"/>
            <w:tcMar>
              <w:top w:w="35" w:type="dxa"/>
              <w:left w:w="35" w:type="dxa"/>
              <w:bottom w:w="35" w:type="dxa"/>
              <w:right w:w="35" w:type="dxa"/>
            </w:tcMar>
            <w:vAlign w:val="center"/>
          </w:tcPr>
          <w:p w14:paraId="2A5AC8D5" w14:textId="77777777" w:rsidR="00A06E61" w:rsidRDefault="00000000">
            <w:r>
              <w:rPr>
                <w:color w:val="000000"/>
                <w:sz w:val="14"/>
              </w:rPr>
              <w:t>A Turkish Language Examination for international students shall be administered by the Turkish Language Teaching Application and Research Center (TÖMER) of our University.</w:t>
            </w:r>
          </w:p>
        </w:tc>
      </w:tr>
    </w:tbl>
    <w:p w14:paraId="1BFF0C1E" w14:textId="77777777" w:rsidR="00A06E61" w:rsidRDefault="00A06E61"/>
    <w:p w14:paraId="22809485" w14:textId="77777777" w:rsidR="00A06E61" w:rsidRDefault="00000000">
      <w:pPr>
        <w:spacing w:before="60" w:after="60"/>
        <w:jc w:val="center"/>
      </w:pPr>
      <w:r>
        <w:rPr>
          <w:b/>
          <w:sz w:val="20"/>
        </w:rPr>
        <w:t>Evaluation of International Students</w:t>
      </w:r>
    </w:p>
    <w:p w14:paraId="39CE7FF1" w14:textId="77777777" w:rsidR="00A06E61" w:rsidRDefault="00000000">
      <w:pPr>
        <w:spacing w:after="40"/>
        <w:ind w:left="142" w:hanging="142"/>
      </w:pPr>
      <w:r>
        <w:rPr>
          <w:sz w:val="16"/>
        </w:rPr>
        <w:t>1. In the calculation of the success evaluation score, 80% of the undergraduate graduation grade point average and 20% of the Turkish Language score shall be taken into consideration for applications to master’s programs. For applications to doctoral programs, 80% of the master’s grade point average and 20% of the Turkish Language score shall be taken into consideration. For international applicants who graduated from a Turkish-medium program at a higher education institution in Türkiye, the Turkish Language score shall be accepted as 65.</w:t>
      </w:r>
    </w:p>
    <w:p w14:paraId="420F2149" w14:textId="77777777" w:rsidR="00A06E61" w:rsidRDefault="00000000">
      <w:pPr>
        <w:spacing w:after="40"/>
        <w:ind w:left="142" w:hanging="142"/>
      </w:pPr>
      <w:r>
        <w:rPr>
          <w:sz w:val="16"/>
        </w:rPr>
        <w:t>2. Applicants may submit a document, if available, showing Turkish language proficiency at C1 level or 65/100 level, obtained from TÖMER within the last three years. No Turkish Language requirement shall be sought for international applicants who graduated from a Turkish-medium program at a higher education institution in Türkiye. No foreign language requirement shall be sought for applications to departments whose program language is Turkish. If the applicant does not have a document showing language proficiency, the applicant is required to fulfill the language proficiency requirement within two semesters from the date of final registration. Students who fail to meet the language proficiency requirement by the end of the specified period shall be dismissed from the program.</w:t>
      </w:r>
    </w:p>
    <w:p w14:paraId="597CB41A" w14:textId="77777777" w:rsidR="00A06E61" w:rsidRDefault="00000000">
      <w:pPr>
        <w:spacing w:after="40"/>
        <w:ind w:left="142" w:hanging="142"/>
      </w:pPr>
      <w:r>
        <w:rPr>
          <w:sz w:val="16"/>
        </w:rPr>
        <w:t>3. Applicants who apply to become graduate students by documenting that they are scholarship holders funded by the Republic of Türkiye or by their own governments may be admitted to graduate programs, outside the announced quotas, by decision of the Executive Board of the Institute.</w:t>
      </w:r>
    </w:p>
    <w:p w14:paraId="20162755" w14:textId="77777777" w:rsidR="00A06E61" w:rsidRDefault="00000000">
      <w:pPr>
        <w:spacing w:after="40"/>
        <w:ind w:left="142" w:hanging="142"/>
      </w:pPr>
      <w:r>
        <w:rPr>
          <w:sz w:val="16"/>
        </w:rPr>
        <w:t>4. Applicants who apply for graduate education within the scope of bilateral agreements or protocols to which Kastamonu University is a party may be admitted as students, outside the announced quotas, by decision of the Executive Board of the relevant program.</w:t>
      </w:r>
    </w:p>
    <w:p w14:paraId="0CEFB236" w14:textId="77777777" w:rsidR="00A06E61" w:rsidRDefault="00000000">
      <w:pPr>
        <w:spacing w:after="40"/>
        <w:ind w:left="142" w:hanging="142"/>
        <w:rPr>
          <w:sz w:val="16"/>
        </w:rPr>
      </w:pPr>
      <w:r>
        <w:rPr>
          <w:sz w:val="16"/>
        </w:rPr>
        <w:t>5. Final registration procedures for international students shall be carried out face to face between the dates specified in the application calendar.</w:t>
      </w:r>
    </w:p>
    <w:p w14:paraId="52F0CC04" w14:textId="77777777" w:rsidR="00865662" w:rsidRDefault="00865662">
      <w:pPr>
        <w:spacing w:after="40"/>
        <w:ind w:left="142" w:hanging="142"/>
      </w:pPr>
    </w:p>
    <w:p w14:paraId="62947C49" w14:textId="77777777" w:rsidR="00A06E61" w:rsidRDefault="00A06E61"/>
    <w:p w14:paraId="7570DEF9" w14:textId="77777777" w:rsidR="00A06E61" w:rsidRDefault="00000000">
      <w:pPr>
        <w:shd w:val="clear" w:color="auto" w:fill="1F6AA5"/>
        <w:spacing w:before="120" w:after="60"/>
        <w:jc w:val="center"/>
      </w:pPr>
      <w:r>
        <w:rPr>
          <w:b/>
          <w:color w:val="FFFFFF"/>
          <w:sz w:val="24"/>
        </w:rPr>
        <w:t>CONTACT</w:t>
      </w:r>
    </w:p>
    <w:tbl>
      <w:tblPr>
        <w:tblStyle w:val="TabloKlavuzu"/>
        <w:tblW w:w="5000" w:type="pct"/>
        <w:jc w:val="center"/>
        <w:tblLayout w:type="fixed"/>
        <w:tblLook w:val="04A0" w:firstRow="1" w:lastRow="0" w:firstColumn="1" w:lastColumn="0" w:noHBand="0" w:noVBand="1"/>
      </w:tblPr>
      <w:tblGrid>
        <w:gridCol w:w="2948"/>
        <w:gridCol w:w="12972"/>
      </w:tblGrid>
      <w:tr w:rsidR="00A06E61" w14:paraId="41F83296" w14:textId="77777777">
        <w:trPr>
          <w:tblHeader/>
          <w:jc w:val="center"/>
        </w:trPr>
        <w:tc>
          <w:tcPr>
            <w:tcW w:w="2835" w:type="dxa"/>
            <w:shd w:val="clear" w:color="auto" w:fill="1F6AA5"/>
            <w:tcMar>
              <w:top w:w="40" w:type="dxa"/>
              <w:left w:w="35" w:type="dxa"/>
              <w:bottom w:w="40" w:type="dxa"/>
              <w:right w:w="35" w:type="dxa"/>
            </w:tcMar>
          </w:tcPr>
          <w:p w14:paraId="0626EA3A" w14:textId="77777777" w:rsidR="00A06E61" w:rsidRDefault="00000000">
            <w:pPr>
              <w:jc w:val="center"/>
            </w:pPr>
            <w:r>
              <w:rPr>
                <w:b/>
                <w:color w:val="FFFFFF"/>
                <w:sz w:val="15"/>
              </w:rPr>
              <w:lastRenderedPageBreak/>
              <w:t>Item</w:t>
            </w:r>
          </w:p>
        </w:tc>
        <w:tc>
          <w:tcPr>
            <w:tcW w:w="12474" w:type="dxa"/>
            <w:shd w:val="clear" w:color="auto" w:fill="1F6AA5"/>
            <w:tcMar>
              <w:top w:w="40" w:type="dxa"/>
              <w:left w:w="35" w:type="dxa"/>
              <w:bottom w:w="40" w:type="dxa"/>
              <w:right w:w="35" w:type="dxa"/>
            </w:tcMar>
          </w:tcPr>
          <w:p w14:paraId="1DF4589D" w14:textId="77777777" w:rsidR="00A06E61" w:rsidRDefault="00000000">
            <w:pPr>
              <w:jc w:val="center"/>
            </w:pPr>
            <w:r>
              <w:rPr>
                <w:b/>
                <w:color w:val="FFFFFF"/>
                <w:sz w:val="15"/>
              </w:rPr>
              <w:t>Information</w:t>
            </w:r>
          </w:p>
        </w:tc>
      </w:tr>
      <w:tr w:rsidR="00A06E61" w14:paraId="50C1E05C" w14:textId="77777777">
        <w:trPr>
          <w:jc w:val="center"/>
        </w:trPr>
        <w:tc>
          <w:tcPr>
            <w:tcW w:w="2835" w:type="dxa"/>
            <w:shd w:val="clear" w:color="auto" w:fill="DDEBF7"/>
            <w:tcMar>
              <w:top w:w="35" w:type="dxa"/>
              <w:left w:w="35" w:type="dxa"/>
              <w:bottom w:w="35" w:type="dxa"/>
              <w:right w:w="35" w:type="dxa"/>
            </w:tcMar>
            <w:vAlign w:val="center"/>
          </w:tcPr>
          <w:p w14:paraId="69B97D21" w14:textId="77777777" w:rsidR="00A06E61" w:rsidRDefault="00000000">
            <w:pPr>
              <w:jc w:val="center"/>
            </w:pPr>
            <w:r>
              <w:rPr>
                <w:color w:val="000000"/>
                <w:sz w:val="14"/>
              </w:rPr>
              <w:t>Website</w:t>
            </w:r>
          </w:p>
        </w:tc>
        <w:tc>
          <w:tcPr>
            <w:tcW w:w="12474" w:type="dxa"/>
            <w:shd w:val="clear" w:color="auto" w:fill="DDEBF7"/>
            <w:tcMar>
              <w:top w:w="35" w:type="dxa"/>
              <w:left w:w="35" w:type="dxa"/>
              <w:bottom w:w="35" w:type="dxa"/>
              <w:right w:w="35" w:type="dxa"/>
            </w:tcMar>
            <w:vAlign w:val="center"/>
          </w:tcPr>
          <w:p w14:paraId="0C0256A0" w14:textId="77777777" w:rsidR="00A06E61" w:rsidRDefault="00000000">
            <w:r>
              <w:rPr>
                <w:color w:val="000000"/>
                <w:sz w:val="14"/>
              </w:rPr>
              <w:t>kastamonu.edu.tr</w:t>
            </w:r>
          </w:p>
        </w:tc>
      </w:tr>
      <w:tr w:rsidR="00A06E61" w14:paraId="633E2731" w14:textId="77777777">
        <w:trPr>
          <w:jc w:val="center"/>
        </w:trPr>
        <w:tc>
          <w:tcPr>
            <w:tcW w:w="2835" w:type="dxa"/>
            <w:shd w:val="clear" w:color="auto" w:fill="FFFFFF"/>
            <w:tcMar>
              <w:top w:w="35" w:type="dxa"/>
              <w:left w:w="35" w:type="dxa"/>
              <w:bottom w:w="35" w:type="dxa"/>
              <w:right w:w="35" w:type="dxa"/>
            </w:tcMar>
            <w:vAlign w:val="center"/>
          </w:tcPr>
          <w:p w14:paraId="38C91804" w14:textId="77777777" w:rsidR="00A06E61" w:rsidRDefault="00000000">
            <w:pPr>
              <w:jc w:val="center"/>
            </w:pPr>
            <w:r>
              <w:rPr>
                <w:color w:val="000000"/>
                <w:sz w:val="14"/>
              </w:rPr>
              <w:t>Social Media</w:t>
            </w:r>
          </w:p>
        </w:tc>
        <w:tc>
          <w:tcPr>
            <w:tcW w:w="12474" w:type="dxa"/>
            <w:shd w:val="clear" w:color="auto" w:fill="FFFFFF"/>
            <w:tcMar>
              <w:top w:w="35" w:type="dxa"/>
              <w:left w:w="35" w:type="dxa"/>
              <w:bottom w:w="35" w:type="dxa"/>
              <w:right w:w="35" w:type="dxa"/>
            </w:tcMar>
            <w:vAlign w:val="center"/>
          </w:tcPr>
          <w:p w14:paraId="15AB2F31" w14:textId="77777777" w:rsidR="00A06E61" w:rsidRDefault="00000000">
            <w:r>
              <w:rPr>
                <w:color w:val="000000"/>
                <w:sz w:val="14"/>
              </w:rPr>
              <w:t>kastamonuunv | kastamonu.unv | kastamonuunv | KastamonuÜniversitesi</w:t>
            </w:r>
          </w:p>
        </w:tc>
      </w:tr>
      <w:tr w:rsidR="00A06E61" w14:paraId="1F09931E" w14:textId="77777777">
        <w:trPr>
          <w:jc w:val="center"/>
        </w:trPr>
        <w:tc>
          <w:tcPr>
            <w:tcW w:w="2835" w:type="dxa"/>
            <w:shd w:val="clear" w:color="auto" w:fill="DDEBF7"/>
            <w:tcMar>
              <w:top w:w="35" w:type="dxa"/>
              <w:left w:w="35" w:type="dxa"/>
              <w:bottom w:w="35" w:type="dxa"/>
              <w:right w:w="35" w:type="dxa"/>
            </w:tcMar>
            <w:vAlign w:val="center"/>
          </w:tcPr>
          <w:p w14:paraId="62726C13" w14:textId="77777777" w:rsidR="00A06E61" w:rsidRDefault="00000000">
            <w:pPr>
              <w:jc w:val="center"/>
            </w:pPr>
            <w:r>
              <w:rPr>
                <w:color w:val="000000"/>
                <w:sz w:val="14"/>
              </w:rPr>
              <w:t>Switchboard</w:t>
            </w:r>
          </w:p>
        </w:tc>
        <w:tc>
          <w:tcPr>
            <w:tcW w:w="12474" w:type="dxa"/>
            <w:shd w:val="clear" w:color="auto" w:fill="DDEBF7"/>
            <w:tcMar>
              <w:top w:w="35" w:type="dxa"/>
              <w:left w:w="35" w:type="dxa"/>
              <w:bottom w:w="35" w:type="dxa"/>
              <w:right w:w="35" w:type="dxa"/>
            </w:tcMar>
            <w:vAlign w:val="center"/>
          </w:tcPr>
          <w:p w14:paraId="5AA8F69C" w14:textId="77777777" w:rsidR="00A06E61" w:rsidRDefault="00000000">
            <w:r>
              <w:rPr>
                <w:color w:val="000000"/>
                <w:sz w:val="14"/>
              </w:rPr>
              <w:t>+90 366 280 10 00</w:t>
            </w:r>
          </w:p>
        </w:tc>
      </w:tr>
      <w:tr w:rsidR="00A06E61" w14:paraId="5B05FF8F" w14:textId="77777777">
        <w:trPr>
          <w:jc w:val="center"/>
        </w:trPr>
        <w:tc>
          <w:tcPr>
            <w:tcW w:w="2835" w:type="dxa"/>
            <w:shd w:val="clear" w:color="auto" w:fill="FFFFFF"/>
            <w:tcMar>
              <w:top w:w="35" w:type="dxa"/>
              <w:left w:w="35" w:type="dxa"/>
              <w:bottom w:w="35" w:type="dxa"/>
              <w:right w:w="35" w:type="dxa"/>
            </w:tcMar>
            <w:vAlign w:val="center"/>
          </w:tcPr>
          <w:p w14:paraId="4D5DB493" w14:textId="77777777" w:rsidR="00A06E61" w:rsidRDefault="00000000">
            <w:pPr>
              <w:jc w:val="center"/>
            </w:pPr>
            <w:r>
              <w:rPr>
                <w:color w:val="000000"/>
                <w:sz w:val="14"/>
              </w:rPr>
              <w:t>Fax</w:t>
            </w:r>
          </w:p>
        </w:tc>
        <w:tc>
          <w:tcPr>
            <w:tcW w:w="12474" w:type="dxa"/>
            <w:shd w:val="clear" w:color="auto" w:fill="FFFFFF"/>
            <w:tcMar>
              <w:top w:w="35" w:type="dxa"/>
              <w:left w:w="35" w:type="dxa"/>
              <w:bottom w:w="35" w:type="dxa"/>
              <w:right w:w="35" w:type="dxa"/>
            </w:tcMar>
            <w:vAlign w:val="center"/>
          </w:tcPr>
          <w:p w14:paraId="1EE53A9B" w14:textId="77777777" w:rsidR="00A06E61" w:rsidRDefault="00000000">
            <w:r>
              <w:rPr>
                <w:color w:val="000000"/>
                <w:sz w:val="14"/>
              </w:rPr>
              <w:t>+90 366 280 11 39</w:t>
            </w:r>
          </w:p>
        </w:tc>
      </w:tr>
      <w:tr w:rsidR="00A06E61" w14:paraId="01E651EC" w14:textId="77777777">
        <w:trPr>
          <w:jc w:val="center"/>
        </w:trPr>
        <w:tc>
          <w:tcPr>
            <w:tcW w:w="2835" w:type="dxa"/>
            <w:shd w:val="clear" w:color="auto" w:fill="DDEBF7"/>
            <w:tcMar>
              <w:top w:w="35" w:type="dxa"/>
              <w:left w:w="35" w:type="dxa"/>
              <w:bottom w:w="35" w:type="dxa"/>
              <w:right w:w="35" w:type="dxa"/>
            </w:tcMar>
            <w:vAlign w:val="center"/>
          </w:tcPr>
          <w:p w14:paraId="1029F415" w14:textId="77777777" w:rsidR="00A06E61" w:rsidRDefault="00000000">
            <w:pPr>
              <w:jc w:val="center"/>
            </w:pPr>
            <w:r>
              <w:rPr>
                <w:color w:val="000000"/>
                <w:sz w:val="14"/>
              </w:rPr>
              <w:t>Directory Application</w:t>
            </w:r>
          </w:p>
        </w:tc>
        <w:tc>
          <w:tcPr>
            <w:tcW w:w="12474" w:type="dxa"/>
            <w:shd w:val="clear" w:color="auto" w:fill="DDEBF7"/>
            <w:tcMar>
              <w:top w:w="35" w:type="dxa"/>
              <w:left w:w="35" w:type="dxa"/>
              <w:bottom w:w="35" w:type="dxa"/>
              <w:right w:w="35" w:type="dxa"/>
            </w:tcMar>
            <w:vAlign w:val="center"/>
          </w:tcPr>
          <w:p w14:paraId="34858905" w14:textId="77777777" w:rsidR="00A06E61" w:rsidRDefault="00000000">
            <w:r>
              <w:rPr>
                <w:color w:val="000000"/>
                <w:sz w:val="14"/>
              </w:rPr>
              <w:t>rehber.kastamonu.edu.tr</w:t>
            </w:r>
          </w:p>
        </w:tc>
      </w:tr>
    </w:tbl>
    <w:p w14:paraId="7BE17AAF" w14:textId="77777777" w:rsidR="00A06E61" w:rsidRDefault="00A06E61"/>
    <w:sectPr w:rsidR="00A06E61" w:rsidSect="00034616">
      <w:footerReference w:type="default" r:id="rId8"/>
      <w:pgSz w:w="16838" w:h="11906" w:orient="landscape"/>
      <w:pgMar w:top="454" w:right="454" w:bottom="454" w:left="45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3F1F0" w14:textId="77777777" w:rsidR="00A167B1" w:rsidRDefault="00A167B1">
      <w:pPr>
        <w:spacing w:after="0" w:line="240" w:lineRule="auto"/>
      </w:pPr>
      <w:r>
        <w:separator/>
      </w:r>
    </w:p>
  </w:endnote>
  <w:endnote w:type="continuationSeparator" w:id="0">
    <w:p w14:paraId="24D312B4" w14:textId="77777777" w:rsidR="00A167B1" w:rsidRDefault="00A16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1027" w14:textId="77777777" w:rsidR="00A06E61" w:rsidRDefault="00000000">
    <w:pPr>
      <w:pStyle w:val="AltBilgi"/>
      <w:jc w:val="center"/>
    </w:pPr>
    <w:r>
      <w:rPr>
        <w:color w:val="505050"/>
        <w:sz w:val="16"/>
      </w:rPr>
      <w:t>Kastamonu University 2026-2027 Academic Year Fall Semester Student Admission Announcement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084C1" w14:textId="77777777" w:rsidR="00A167B1" w:rsidRDefault="00A167B1">
      <w:pPr>
        <w:spacing w:after="0" w:line="240" w:lineRule="auto"/>
      </w:pPr>
      <w:r>
        <w:separator/>
      </w:r>
    </w:p>
  </w:footnote>
  <w:footnote w:type="continuationSeparator" w:id="0">
    <w:p w14:paraId="6A2A476B" w14:textId="77777777" w:rsidR="00A167B1" w:rsidRDefault="00A167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10565908">
    <w:abstractNumId w:val="8"/>
  </w:num>
  <w:num w:numId="2" w16cid:durableId="2000378072">
    <w:abstractNumId w:val="6"/>
  </w:num>
  <w:num w:numId="3" w16cid:durableId="1202476321">
    <w:abstractNumId w:val="5"/>
  </w:num>
  <w:num w:numId="4" w16cid:durableId="1121071471">
    <w:abstractNumId w:val="4"/>
  </w:num>
  <w:num w:numId="5" w16cid:durableId="180246082">
    <w:abstractNumId w:val="7"/>
  </w:num>
  <w:num w:numId="6" w16cid:durableId="310065126">
    <w:abstractNumId w:val="3"/>
  </w:num>
  <w:num w:numId="7" w16cid:durableId="721905643">
    <w:abstractNumId w:val="2"/>
  </w:num>
  <w:num w:numId="8" w16cid:durableId="372458805">
    <w:abstractNumId w:val="1"/>
  </w:num>
  <w:num w:numId="9" w16cid:durableId="18062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0D09"/>
    <w:rsid w:val="0029639D"/>
    <w:rsid w:val="002A7645"/>
    <w:rsid w:val="00326F90"/>
    <w:rsid w:val="0033243A"/>
    <w:rsid w:val="00433341"/>
    <w:rsid w:val="00452488"/>
    <w:rsid w:val="00472F69"/>
    <w:rsid w:val="005E543A"/>
    <w:rsid w:val="006811E5"/>
    <w:rsid w:val="006B5A72"/>
    <w:rsid w:val="007370D2"/>
    <w:rsid w:val="00865662"/>
    <w:rsid w:val="00A06E61"/>
    <w:rsid w:val="00A167B1"/>
    <w:rsid w:val="00AA1D8D"/>
    <w:rsid w:val="00B47730"/>
    <w:rsid w:val="00CB0664"/>
    <w:rsid w:val="00E51F14"/>
    <w:rsid w:val="00E74BCE"/>
    <w:rsid w:val="00FC693F"/>
    <w:rsid w:val="00FD0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FC9480"/>
  <w14:defaultImageDpi w14:val="300"/>
  <w15:docId w15:val="{2700DC85-F2FA-4CB7-BFC1-4D99ED9E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8670</Words>
  <Characters>49419</Characters>
  <Application>Microsoft Office Word</Application>
  <DocSecurity>0</DocSecurity>
  <Lines>411</Lines>
  <Paragraphs>115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57974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2</cp:revision>
  <dcterms:created xsi:type="dcterms:W3CDTF">2026-08-14T14:24:00Z</dcterms:created>
  <dcterms:modified xsi:type="dcterms:W3CDTF">2026-08-14T14:24:00Z</dcterms:modified>
  <cp:category/>
</cp:coreProperties>
</file>